
<file path=[Content_Types].xml><?xml version="1.0" encoding="utf-8"?>
<Types xmlns="http://schemas.openxmlformats.org/package/2006/content-types">
  <Default Extension="png" ContentType="image/png"/>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2680C5E" w14:textId="0EAFD1F8" w:rsidR="000C4860" w:rsidRPr="00D1548C" w:rsidRDefault="000C4860" w:rsidP="000C4860">
      <w:pPr>
        <w:spacing w:after="0" w:line="240" w:lineRule="auto"/>
        <w:jc w:val="center"/>
        <w:rPr>
          <w:rFonts w:ascii="Comic Sans MS" w:eastAsia="Times New Roman" w:hAnsi="Comic Sans MS" w:cs="Times New Roman"/>
          <w:b/>
          <w:sz w:val="36"/>
          <w:szCs w:val="36"/>
          <w:u w:val="single"/>
        </w:rPr>
      </w:pPr>
      <w:r w:rsidRPr="00D1548C">
        <w:rPr>
          <w:rFonts w:ascii="Comic Sans MS" w:eastAsia="Times New Roman" w:hAnsi="Comic Sans MS" w:cs="Times New Roman"/>
          <w:b/>
          <w:sz w:val="36"/>
          <w:szCs w:val="36"/>
          <w:u w:val="single"/>
        </w:rPr>
        <w:t xml:space="preserve">William Cassidi Church of England </w:t>
      </w:r>
      <w:r w:rsidR="00D1548C" w:rsidRPr="00D1548C">
        <w:rPr>
          <w:rFonts w:ascii="Comic Sans MS" w:eastAsia="Times New Roman" w:hAnsi="Comic Sans MS" w:cs="Times New Roman"/>
          <w:b/>
          <w:sz w:val="36"/>
          <w:szCs w:val="36"/>
          <w:u w:val="single"/>
        </w:rPr>
        <w:t xml:space="preserve">Aided </w:t>
      </w:r>
      <w:r w:rsidRPr="00D1548C">
        <w:rPr>
          <w:rFonts w:ascii="Comic Sans MS" w:eastAsia="Times New Roman" w:hAnsi="Comic Sans MS" w:cs="Times New Roman"/>
          <w:b/>
          <w:sz w:val="36"/>
          <w:szCs w:val="36"/>
          <w:u w:val="single"/>
        </w:rPr>
        <w:t>Primary School</w:t>
      </w:r>
    </w:p>
    <w:p w14:paraId="2CAF44CC" w14:textId="77777777" w:rsidR="000C4860" w:rsidRPr="00D1548C" w:rsidRDefault="000C4860" w:rsidP="000C4860">
      <w:pPr>
        <w:spacing w:after="0" w:line="240" w:lineRule="auto"/>
        <w:jc w:val="center"/>
        <w:rPr>
          <w:rFonts w:ascii="Comic Sans MS" w:eastAsia="Times New Roman" w:hAnsi="Comic Sans MS" w:cs="Times New Roman"/>
          <w:b/>
          <w:sz w:val="36"/>
          <w:szCs w:val="36"/>
          <w:u w:val="single"/>
        </w:rPr>
      </w:pPr>
    </w:p>
    <w:p w14:paraId="5AEF06FF" w14:textId="5C0016D9" w:rsidR="000C4860" w:rsidRPr="00D1548C" w:rsidRDefault="00490471" w:rsidP="000C4860">
      <w:pPr>
        <w:spacing w:after="0" w:line="240" w:lineRule="auto"/>
        <w:jc w:val="center"/>
        <w:rPr>
          <w:rFonts w:ascii="Comic Sans MS" w:eastAsia="Times New Roman" w:hAnsi="Comic Sans MS" w:cs="Times New Roman"/>
          <w:b/>
          <w:sz w:val="36"/>
          <w:szCs w:val="36"/>
          <w:u w:val="single"/>
        </w:rPr>
      </w:pPr>
      <w:r w:rsidRPr="00D1548C">
        <w:rPr>
          <w:rFonts w:ascii="Comic Sans MS" w:eastAsia="Times New Roman" w:hAnsi="Comic Sans MS" w:cs="Times New Roman"/>
          <w:b/>
          <w:sz w:val="36"/>
          <w:szCs w:val="36"/>
          <w:u w:val="single"/>
        </w:rPr>
        <w:t>Oral Health Policy</w:t>
      </w:r>
    </w:p>
    <w:p w14:paraId="1EEC4A04" w14:textId="77777777" w:rsidR="000C4860" w:rsidRPr="00D1548C" w:rsidRDefault="000C4860" w:rsidP="000C4860">
      <w:pPr>
        <w:spacing w:after="0" w:line="240" w:lineRule="auto"/>
        <w:jc w:val="center"/>
        <w:rPr>
          <w:rFonts w:ascii="Comic Sans MS" w:eastAsia="Times New Roman" w:hAnsi="Comic Sans MS" w:cs="Times New Roman"/>
          <w:b/>
          <w:sz w:val="24"/>
          <w:szCs w:val="24"/>
        </w:rPr>
      </w:pPr>
    </w:p>
    <w:p w14:paraId="69E04C13" w14:textId="77777777" w:rsidR="000C4860" w:rsidRPr="00D1548C" w:rsidRDefault="000C4860" w:rsidP="000C4860">
      <w:pPr>
        <w:spacing w:after="0" w:line="240" w:lineRule="auto"/>
        <w:jc w:val="center"/>
        <w:rPr>
          <w:rFonts w:ascii="Comic Sans MS" w:eastAsia="Times New Roman" w:hAnsi="Comic Sans MS" w:cs="Times New Roman"/>
          <w:b/>
          <w:i/>
          <w:sz w:val="28"/>
          <w:szCs w:val="28"/>
        </w:rPr>
      </w:pPr>
      <w:r w:rsidRPr="00D1548C">
        <w:rPr>
          <w:rFonts w:ascii="Comic Sans MS" w:eastAsia="Times New Roman" w:hAnsi="Comic Sans MS" w:cs="Times New Roman"/>
          <w:b/>
          <w:i/>
          <w:sz w:val="28"/>
          <w:szCs w:val="28"/>
        </w:rPr>
        <w:t>‘Life in all Fullness’</w:t>
      </w:r>
    </w:p>
    <w:p w14:paraId="5CD35FD3" w14:textId="77777777" w:rsidR="000C4860" w:rsidRPr="00D1548C" w:rsidRDefault="000C4860" w:rsidP="000C4860">
      <w:pPr>
        <w:spacing w:after="0" w:line="240" w:lineRule="auto"/>
        <w:jc w:val="center"/>
        <w:rPr>
          <w:rFonts w:ascii="Comic Sans MS" w:eastAsia="Times New Roman" w:hAnsi="Comic Sans MS" w:cs="Times New Roman"/>
          <w:b/>
          <w:i/>
          <w:sz w:val="28"/>
          <w:szCs w:val="28"/>
        </w:rPr>
      </w:pPr>
      <w:r w:rsidRPr="00D1548C">
        <w:rPr>
          <w:rFonts w:ascii="Comic Sans MS" w:eastAsia="Times New Roman" w:hAnsi="Comic Sans MS" w:cs="Times New Roman"/>
          <w:b/>
          <w:i/>
          <w:sz w:val="28"/>
          <w:szCs w:val="28"/>
        </w:rPr>
        <w:t>(John 10:10)</w:t>
      </w:r>
    </w:p>
    <w:p w14:paraId="34100336" w14:textId="77777777" w:rsidR="000C4860" w:rsidRPr="003D01EC" w:rsidRDefault="000C4860" w:rsidP="000C4860">
      <w:pPr>
        <w:spacing w:after="0" w:line="240" w:lineRule="auto"/>
        <w:rPr>
          <w:rFonts w:ascii="Letter-join 1" w:eastAsia="Times New Roman" w:hAnsi="Letter-join 1" w:cs="Times New Roman"/>
          <w:b/>
          <w:sz w:val="24"/>
          <w:szCs w:val="24"/>
        </w:rPr>
      </w:pPr>
    </w:p>
    <w:p w14:paraId="6557F51F" w14:textId="77777777" w:rsidR="000C4860" w:rsidRPr="003D01EC" w:rsidRDefault="000C4860" w:rsidP="000C4860">
      <w:pPr>
        <w:spacing w:after="0" w:line="240" w:lineRule="auto"/>
        <w:rPr>
          <w:rFonts w:ascii="Letter-join 1" w:eastAsia="Times New Roman" w:hAnsi="Letter-join 1" w:cs="Times New Roman"/>
          <w:b/>
          <w:sz w:val="24"/>
          <w:szCs w:val="24"/>
        </w:rPr>
      </w:pPr>
    </w:p>
    <w:p w14:paraId="7A63A38A" w14:textId="77777777" w:rsidR="000C4860" w:rsidRPr="003D01EC" w:rsidRDefault="000C4860" w:rsidP="000C4860">
      <w:pPr>
        <w:spacing w:after="0" w:line="240" w:lineRule="auto"/>
        <w:rPr>
          <w:rFonts w:ascii="Letter-join 1" w:eastAsia="Times New Roman" w:hAnsi="Letter-join 1" w:cs="Times New Roman"/>
          <w:b/>
          <w:sz w:val="24"/>
          <w:szCs w:val="24"/>
        </w:rPr>
      </w:pPr>
    </w:p>
    <w:p w14:paraId="5B85D9F2" w14:textId="77777777" w:rsidR="000C4860" w:rsidRPr="003D01EC" w:rsidRDefault="000C4860" w:rsidP="000C4860">
      <w:pPr>
        <w:spacing w:after="0" w:line="240" w:lineRule="auto"/>
        <w:jc w:val="center"/>
        <w:rPr>
          <w:rFonts w:ascii="Letter-join 1" w:eastAsia="Times New Roman" w:hAnsi="Letter-join 1" w:cs="Times New Roman"/>
          <w:b/>
          <w:sz w:val="24"/>
          <w:szCs w:val="24"/>
        </w:rPr>
      </w:pPr>
      <w:r w:rsidRPr="003D01EC">
        <w:rPr>
          <w:rFonts w:ascii="Letter-join 1" w:hAnsi="Letter-join 1"/>
          <w:b/>
          <w:noProof/>
        </w:rPr>
        <w:drawing>
          <wp:inline distT="0" distB="0" distL="0" distR="0" wp14:anchorId="08F8EB70" wp14:editId="506CCF54">
            <wp:extent cx="2108946" cy="2311982"/>
            <wp:effectExtent l="0" t="0" r="571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2421323" cy="2654432"/>
                    </a:xfrm>
                    <a:prstGeom prst="rect">
                      <a:avLst/>
                    </a:prstGeom>
                  </pic:spPr>
                </pic:pic>
              </a:graphicData>
            </a:graphic>
          </wp:inline>
        </w:drawing>
      </w:r>
    </w:p>
    <w:p w14:paraId="3906F9A6" w14:textId="77777777" w:rsidR="000C4860" w:rsidRPr="003D01EC" w:rsidRDefault="000C4860" w:rsidP="000C4860">
      <w:pPr>
        <w:spacing w:after="0" w:line="240" w:lineRule="auto"/>
        <w:rPr>
          <w:rFonts w:ascii="Letter-join 1" w:eastAsia="Times New Roman" w:hAnsi="Letter-join 1" w:cs="Times New Roman"/>
          <w:b/>
          <w:sz w:val="24"/>
          <w:szCs w:val="24"/>
        </w:rPr>
      </w:pPr>
    </w:p>
    <w:p w14:paraId="5BA41BE3" w14:textId="77777777" w:rsidR="000C4860" w:rsidRPr="003D01EC" w:rsidRDefault="000C4860" w:rsidP="000C4860">
      <w:pPr>
        <w:spacing w:after="0" w:line="240" w:lineRule="auto"/>
        <w:rPr>
          <w:rFonts w:ascii="Letter-join 1" w:eastAsia="Times New Roman" w:hAnsi="Letter-join 1" w:cs="Times New Roman"/>
          <w:b/>
          <w:sz w:val="24"/>
          <w:szCs w:val="24"/>
        </w:rPr>
      </w:pPr>
    </w:p>
    <w:p w14:paraId="41CEB15A" w14:textId="77777777" w:rsidR="000C4860" w:rsidRPr="003D01EC" w:rsidRDefault="000C4860" w:rsidP="000C4860">
      <w:pPr>
        <w:spacing w:after="0" w:line="240" w:lineRule="auto"/>
        <w:rPr>
          <w:rFonts w:ascii="Letter-join 1" w:eastAsia="Times New Roman" w:hAnsi="Letter-join 1" w:cs="Times New Roman"/>
          <w:b/>
          <w:sz w:val="24"/>
          <w:szCs w:val="24"/>
        </w:rPr>
      </w:pPr>
    </w:p>
    <w:p w14:paraId="31769407" w14:textId="77777777" w:rsidR="000C4860" w:rsidRPr="003D01EC" w:rsidRDefault="000C4860" w:rsidP="000C4860">
      <w:pPr>
        <w:spacing w:after="0" w:line="240" w:lineRule="auto"/>
        <w:rPr>
          <w:rFonts w:ascii="Letter-join 1" w:eastAsia="Times New Roman" w:hAnsi="Letter-join 1" w:cs="Times New Roman"/>
          <w:b/>
          <w:sz w:val="24"/>
          <w:szCs w:val="24"/>
        </w:rPr>
      </w:pPr>
    </w:p>
    <w:p w14:paraId="2D198B37" w14:textId="77777777" w:rsidR="000C4860" w:rsidRDefault="000C4860" w:rsidP="000C4860">
      <w:pPr>
        <w:spacing w:after="0" w:line="240" w:lineRule="auto"/>
        <w:rPr>
          <w:rFonts w:ascii="Letter-join 1" w:eastAsia="Times New Roman" w:hAnsi="Letter-join 1" w:cs="Times New Roman"/>
          <w:b/>
          <w:sz w:val="20"/>
          <w:szCs w:val="20"/>
        </w:rPr>
      </w:pPr>
    </w:p>
    <w:p w14:paraId="47FE7913" w14:textId="77777777" w:rsidR="000C4860" w:rsidRPr="00D1548C" w:rsidRDefault="000C4860" w:rsidP="000C4860">
      <w:pPr>
        <w:spacing w:after="0" w:line="240" w:lineRule="auto"/>
        <w:rPr>
          <w:rFonts w:ascii="Comic Sans MS" w:eastAsia="Times New Roman" w:hAnsi="Comic Sans MS" w:cs="Times New Roman"/>
          <w:b/>
          <w:sz w:val="20"/>
          <w:szCs w:val="20"/>
        </w:rPr>
      </w:pPr>
    </w:p>
    <w:p w14:paraId="08779B4F" w14:textId="77777777" w:rsidR="000C4860" w:rsidRPr="00D1548C" w:rsidRDefault="000C4860" w:rsidP="000C4860">
      <w:pPr>
        <w:spacing w:after="0" w:line="240" w:lineRule="auto"/>
        <w:rPr>
          <w:rFonts w:ascii="Comic Sans MS" w:eastAsia="Times New Roman" w:hAnsi="Comic Sans MS" w:cs="Times New Roman"/>
          <w:b/>
          <w:sz w:val="20"/>
          <w:szCs w:val="20"/>
        </w:rPr>
      </w:pPr>
    </w:p>
    <w:p w14:paraId="6F8DCB29" w14:textId="77777777" w:rsidR="000C4860" w:rsidRPr="00D1548C" w:rsidRDefault="000C4860" w:rsidP="000C4860">
      <w:pPr>
        <w:spacing w:after="0" w:line="240" w:lineRule="auto"/>
        <w:rPr>
          <w:rFonts w:ascii="Comic Sans MS" w:eastAsia="Times New Roman" w:hAnsi="Comic Sans MS" w:cs="Times New Roman"/>
          <w:b/>
          <w:sz w:val="20"/>
          <w:szCs w:val="20"/>
        </w:rPr>
      </w:pPr>
    </w:p>
    <w:p w14:paraId="2DB7DD34" w14:textId="77777777" w:rsidR="000C4860" w:rsidRPr="00D1548C" w:rsidRDefault="000C4860" w:rsidP="000C4860">
      <w:pPr>
        <w:spacing w:after="0" w:line="240" w:lineRule="auto"/>
        <w:rPr>
          <w:rFonts w:ascii="Comic Sans MS" w:eastAsia="Times New Roman" w:hAnsi="Comic Sans MS" w:cs="Times New Roman"/>
          <w:b/>
          <w:sz w:val="20"/>
          <w:szCs w:val="20"/>
        </w:rPr>
      </w:pPr>
    </w:p>
    <w:p w14:paraId="01ADF0BB" w14:textId="77777777" w:rsidR="000C4860" w:rsidRPr="00D1548C" w:rsidRDefault="000C4860" w:rsidP="000C4860">
      <w:pPr>
        <w:spacing w:after="0" w:line="240" w:lineRule="auto"/>
        <w:jc w:val="center"/>
        <w:rPr>
          <w:rFonts w:ascii="Comic Sans MS" w:eastAsia="Times New Roman" w:hAnsi="Comic Sans MS" w:cs="Arial"/>
          <w:sz w:val="20"/>
          <w:szCs w:val="20"/>
          <w:lang w:eastAsia="en-GB"/>
        </w:rPr>
      </w:pPr>
      <w:r w:rsidRPr="00D1548C">
        <w:rPr>
          <w:rFonts w:ascii="Comic Sans MS" w:eastAsia="Times New Roman" w:hAnsi="Comic Sans MS" w:cs="Arial"/>
          <w:color w:val="000000"/>
          <w:sz w:val="20"/>
          <w:szCs w:val="20"/>
          <w:shd w:val="clear" w:color="auto" w:fill="FFFFFF"/>
          <w:lang w:eastAsia="en-GB"/>
        </w:rPr>
        <w:t>As a school,</w:t>
      </w:r>
      <w:r w:rsidRPr="00D1548C">
        <w:rPr>
          <w:rFonts w:ascii="Comic Sans MS" w:eastAsia="Times New Roman" w:hAnsi="Comic Sans MS" w:cs="Calibri"/>
          <w:color w:val="000000"/>
          <w:sz w:val="20"/>
          <w:szCs w:val="20"/>
          <w:shd w:val="clear" w:color="auto" w:fill="FFFFFF"/>
          <w:lang w:eastAsia="en-GB"/>
        </w:rPr>
        <w:t> </w:t>
      </w:r>
      <w:r w:rsidRPr="00D1548C">
        <w:rPr>
          <w:rFonts w:ascii="Comic Sans MS" w:eastAsia="Times New Roman" w:hAnsi="Comic Sans MS" w:cs="Arial"/>
          <w:color w:val="000000"/>
          <w:sz w:val="20"/>
          <w:szCs w:val="20"/>
          <w:shd w:val="clear" w:color="auto" w:fill="FFFFFF"/>
          <w:lang w:eastAsia="en-GB"/>
        </w:rPr>
        <w:t>we want to provide our learners with the very best education. To let them experience life in all its fullness and living with all their heart. Our main core value of love underpins all that we do.  Our school is Christ-</w:t>
      </w:r>
      <w:proofErr w:type="spellStart"/>
      <w:r w:rsidRPr="00D1548C">
        <w:rPr>
          <w:rFonts w:ascii="Comic Sans MS" w:eastAsia="Times New Roman" w:hAnsi="Comic Sans MS" w:cs="Arial"/>
          <w:color w:val="000000"/>
          <w:sz w:val="20"/>
          <w:szCs w:val="20"/>
          <w:shd w:val="clear" w:color="auto" w:fill="FFFFFF"/>
          <w:lang w:eastAsia="en-GB"/>
        </w:rPr>
        <w:t>centred</w:t>
      </w:r>
      <w:proofErr w:type="spellEnd"/>
      <w:r w:rsidRPr="00D1548C">
        <w:rPr>
          <w:rFonts w:ascii="Comic Sans MS" w:eastAsia="Times New Roman" w:hAnsi="Comic Sans MS" w:cs="Arial"/>
          <w:color w:val="000000"/>
          <w:sz w:val="20"/>
          <w:szCs w:val="20"/>
          <w:shd w:val="clear" w:color="auto" w:fill="FFFFFF"/>
          <w:lang w:eastAsia="en-GB"/>
        </w:rPr>
        <w:t xml:space="preserve"> and our core Christian values of love, respect, courage, service and resilience flow through every aspect of school life. It is on this bedrock that we provide an excellent education for our whole school family. We want our entire school community to be the very best that they can be and to </w:t>
      </w:r>
      <w:proofErr w:type="spellStart"/>
      <w:r w:rsidRPr="00D1548C">
        <w:rPr>
          <w:rFonts w:ascii="Comic Sans MS" w:eastAsia="Times New Roman" w:hAnsi="Comic Sans MS" w:cs="Arial"/>
          <w:color w:val="000000"/>
          <w:sz w:val="20"/>
          <w:szCs w:val="20"/>
          <w:shd w:val="clear" w:color="auto" w:fill="FFFFFF"/>
          <w:lang w:eastAsia="en-GB"/>
        </w:rPr>
        <w:t>recognise</w:t>
      </w:r>
      <w:proofErr w:type="spellEnd"/>
      <w:r w:rsidRPr="00D1548C">
        <w:rPr>
          <w:rFonts w:ascii="Comic Sans MS" w:eastAsia="Times New Roman" w:hAnsi="Comic Sans MS" w:cs="Arial"/>
          <w:color w:val="000000"/>
          <w:sz w:val="20"/>
          <w:szCs w:val="20"/>
          <w:shd w:val="clear" w:color="auto" w:fill="FFFFFF"/>
          <w:lang w:eastAsia="en-GB"/>
        </w:rPr>
        <w:t xml:space="preserve"> that they are precious, loved and valued.</w:t>
      </w:r>
    </w:p>
    <w:p w14:paraId="5D7AF1AA" w14:textId="77777777" w:rsidR="000C4860" w:rsidRPr="00D1548C" w:rsidRDefault="000C4860" w:rsidP="00283578">
      <w:pPr>
        <w:rPr>
          <w:rFonts w:ascii="Comic Sans MS" w:hAnsi="Comic Sans MS"/>
          <w:b/>
          <w:bCs/>
          <w:color w:val="0070C0"/>
          <w:sz w:val="28"/>
          <w:szCs w:val="28"/>
        </w:rPr>
      </w:pPr>
    </w:p>
    <w:p w14:paraId="250EEEA1" w14:textId="77777777" w:rsidR="000C4860" w:rsidRPr="00D1548C" w:rsidRDefault="000C4860" w:rsidP="00283578">
      <w:pPr>
        <w:rPr>
          <w:rFonts w:ascii="Comic Sans MS" w:hAnsi="Comic Sans MS"/>
          <w:b/>
          <w:bCs/>
          <w:color w:val="0070C0"/>
          <w:sz w:val="28"/>
          <w:szCs w:val="28"/>
        </w:rPr>
      </w:pPr>
    </w:p>
    <w:p w14:paraId="22C2F2D5" w14:textId="77777777" w:rsidR="000C4860" w:rsidRDefault="000C4860" w:rsidP="00283578">
      <w:pPr>
        <w:rPr>
          <w:rFonts w:ascii="Letter-join 1" w:hAnsi="Letter-join 1"/>
          <w:b/>
          <w:bCs/>
          <w:color w:val="0070C0"/>
          <w:sz w:val="28"/>
          <w:szCs w:val="28"/>
        </w:rPr>
      </w:pPr>
    </w:p>
    <w:p w14:paraId="603D8378" w14:textId="77777777" w:rsidR="000C4860" w:rsidRDefault="000C4860" w:rsidP="00283578">
      <w:pPr>
        <w:rPr>
          <w:rFonts w:ascii="Letter-join 1" w:hAnsi="Letter-join 1"/>
          <w:b/>
          <w:bCs/>
          <w:color w:val="0070C0"/>
          <w:sz w:val="28"/>
          <w:szCs w:val="28"/>
        </w:rPr>
      </w:pPr>
    </w:p>
    <w:p w14:paraId="6EB6AF34" w14:textId="77777777" w:rsidR="00490471" w:rsidRDefault="00490471" w:rsidP="00283578">
      <w:pPr>
        <w:rPr>
          <w:rFonts w:ascii="Letter-join 1" w:hAnsi="Letter-join 1"/>
          <w:b/>
          <w:bCs/>
          <w:color w:val="0070C0"/>
          <w:sz w:val="28"/>
          <w:szCs w:val="28"/>
        </w:rPr>
      </w:pPr>
    </w:p>
    <w:p w14:paraId="58D69D8E" w14:textId="0A7968D0" w:rsidR="00BF2D56" w:rsidRPr="00D1548C" w:rsidRDefault="00490471" w:rsidP="00283578">
      <w:pPr>
        <w:rPr>
          <w:rFonts w:ascii="Comic Sans MS" w:hAnsi="Comic Sans MS"/>
          <w:b/>
          <w:bCs/>
          <w:color w:val="0070C0"/>
          <w:sz w:val="20"/>
          <w:szCs w:val="20"/>
        </w:rPr>
      </w:pPr>
      <w:r w:rsidRPr="00D1548C">
        <w:rPr>
          <w:rFonts w:ascii="Comic Sans MS" w:hAnsi="Comic Sans MS"/>
          <w:b/>
          <w:bCs/>
          <w:color w:val="0070C0"/>
          <w:sz w:val="20"/>
          <w:szCs w:val="20"/>
        </w:rPr>
        <w:t>Document Control</w:t>
      </w:r>
    </w:p>
    <w:tbl>
      <w:tblPr>
        <w:tblStyle w:val="TableGrid"/>
        <w:tblW w:w="0" w:type="auto"/>
        <w:tblLook w:val="04A0" w:firstRow="1" w:lastRow="0" w:firstColumn="1" w:lastColumn="0" w:noHBand="0" w:noVBand="1"/>
      </w:tblPr>
      <w:tblGrid>
        <w:gridCol w:w="4320"/>
        <w:gridCol w:w="4320"/>
      </w:tblGrid>
      <w:tr w:rsidR="00BF2D56" w:rsidRPr="00D1548C" w14:paraId="7FB40914" w14:textId="77777777">
        <w:tc>
          <w:tcPr>
            <w:tcW w:w="4320" w:type="dxa"/>
          </w:tcPr>
          <w:p w14:paraId="3C672F00" w14:textId="77777777" w:rsidR="00BF2D56" w:rsidRPr="00D1548C" w:rsidRDefault="00490471">
            <w:pPr>
              <w:rPr>
                <w:rFonts w:ascii="Comic Sans MS" w:hAnsi="Comic Sans MS"/>
                <w:sz w:val="20"/>
                <w:szCs w:val="20"/>
              </w:rPr>
            </w:pPr>
            <w:r w:rsidRPr="00D1548C">
              <w:rPr>
                <w:rFonts w:ascii="Comic Sans MS" w:hAnsi="Comic Sans MS"/>
                <w:sz w:val="20"/>
                <w:szCs w:val="20"/>
              </w:rPr>
              <w:t>Policy Owner</w:t>
            </w:r>
          </w:p>
        </w:tc>
        <w:tc>
          <w:tcPr>
            <w:tcW w:w="4320" w:type="dxa"/>
          </w:tcPr>
          <w:p w14:paraId="5D82D862" w14:textId="77777777" w:rsidR="00BF2D56" w:rsidRPr="00D1548C" w:rsidRDefault="00490471">
            <w:pPr>
              <w:rPr>
                <w:rFonts w:ascii="Comic Sans MS" w:hAnsi="Comic Sans MS"/>
                <w:sz w:val="20"/>
                <w:szCs w:val="20"/>
              </w:rPr>
            </w:pPr>
            <w:r w:rsidRPr="00D1548C">
              <w:rPr>
                <w:rFonts w:ascii="Comic Sans MS" w:hAnsi="Comic Sans MS"/>
                <w:sz w:val="20"/>
                <w:szCs w:val="20"/>
              </w:rPr>
              <w:t>Headteacher / Oral Health Lead</w:t>
            </w:r>
          </w:p>
        </w:tc>
      </w:tr>
      <w:tr w:rsidR="00BF2D56" w:rsidRPr="00D1548C" w14:paraId="425C7F7D" w14:textId="77777777">
        <w:tc>
          <w:tcPr>
            <w:tcW w:w="4320" w:type="dxa"/>
          </w:tcPr>
          <w:p w14:paraId="38CD5088" w14:textId="77777777" w:rsidR="00BF2D56" w:rsidRPr="00D1548C" w:rsidRDefault="00490471">
            <w:pPr>
              <w:rPr>
                <w:rFonts w:ascii="Comic Sans MS" w:hAnsi="Comic Sans MS"/>
                <w:sz w:val="20"/>
                <w:szCs w:val="20"/>
              </w:rPr>
            </w:pPr>
            <w:r w:rsidRPr="00D1548C">
              <w:rPr>
                <w:rFonts w:ascii="Comic Sans MS" w:hAnsi="Comic Sans MS"/>
                <w:sz w:val="20"/>
                <w:szCs w:val="20"/>
              </w:rPr>
              <w:t>Approved By</w:t>
            </w:r>
          </w:p>
        </w:tc>
        <w:tc>
          <w:tcPr>
            <w:tcW w:w="4320" w:type="dxa"/>
          </w:tcPr>
          <w:p w14:paraId="37974C72" w14:textId="77777777" w:rsidR="00BF2D56" w:rsidRPr="00D1548C" w:rsidRDefault="00490471">
            <w:pPr>
              <w:rPr>
                <w:rFonts w:ascii="Comic Sans MS" w:hAnsi="Comic Sans MS"/>
                <w:sz w:val="20"/>
                <w:szCs w:val="20"/>
              </w:rPr>
            </w:pPr>
            <w:r w:rsidRPr="00D1548C">
              <w:rPr>
                <w:rFonts w:ascii="Comic Sans MS" w:hAnsi="Comic Sans MS"/>
                <w:sz w:val="20"/>
                <w:szCs w:val="20"/>
              </w:rPr>
              <w:t>Governing Body</w:t>
            </w:r>
          </w:p>
        </w:tc>
      </w:tr>
      <w:tr w:rsidR="00BF2D56" w:rsidRPr="00D1548C" w14:paraId="3B8C8C09" w14:textId="77777777">
        <w:tc>
          <w:tcPr>
            <w:tcW w:w="4320" w:type="dxa"/>
          </w:tcPr>
          <w:p w14:paraId="7193C296" w14:textId="77777777" w:rsidR="00BF2D56" w:rsidRPr="00D1548C" w:rsidRDefault="00490471">
            <w:pPr>
              <w:rPr>
                <w:rFonts w:ascii="Comic Sans MS" w:hAnsi="Comic Sans MS"/>
                <w:sz w:val="20"/>
                <w:szCs w:val="20"/>
              </w:rPr>
            </w:pPr>
            <w:r w:rsidRPr="00D1548C">
              <w:rPr>
                <w:rFonts w:ascii="Comic Sans MS" w:hAnsi="Comic Sans MS"/>
                <w:sz w:val="20"/>
                <w:szCs w:val="20"/>
              </w:rPr>
              <w:t>Date Approved</w:t>
            </w:r>
          </w:p>
        </w:tc>
        <w:tc>
          <w:tcPr>
            <w:tcW w:w="4320" w:type="dxa"/>
          </w:tcPr>
          <w:p w14:paraId="4C9CEF13" w14:textId="64498A36" w:rsidR="00BF2D56" w:rsidRPr="00D1548C" w:rsidRDefault="00D1548C">
            <w:pPr>
              <w:rPr>
                <w:rFonts w:ascii="Comic Sans MS" w:hAnsi="Comic Sans MS"/>
                <w:sz w:val="20"/>
                <w:szCs w:val="20"/>
              </w:rPr>
            </w:pPr>
            <w:r w:rsidRPr="00D1548C">
              <w:rPr>
                <w:rFonts w:ascii="Comic Sans MS" w:hAnsi="Comic Sans MS"/>
                <w:sz w:val="20"/>
                <w:szCs w:val="20"/>
              </w:rPr>
              <w:t>7</w:t>
            </w:r>
            <w:r w:rsidRPr="00D1548C">
              <w:rPr>
                <w:rFonts w:ascii="Comic Sans MS" w:hAnsi="Comic Sans MS"/>
                <w:sz w:val="20"/>
                <w:szCs w:val="20"/>
                <w:vertAlign w:val="superscript"/>
              </w:rPr>
              <w:t>th</w:t>
            </w:r>
            <w:r w:rsidRPr="00D1548C">
              <w:rPr>
                <w:rFonts w:ascii="Comic Sans MS" w:hAnsi="Comic Sans MS"/>
                <w:sz w:val="20"/>
                <w:szCs w:val="20"/>
              </w:rPr>
              <w:t xml:space="preserve"> July 2026</w:t>
            </w:r>
          </w:p>
        </w:tc>
      </w:tr>
      <w:tr w:rsidR="00BF2D56" w:rsidRPr="00D1548C" w14:paraId="010C9959" w14:textId="77777777">
        <w:tc>
          <w:tcPr>
            <w:tcW w:w="4320" w:type="dxa"/>
          </w:tcPr>
          <w:p w14:paraId="19E510D6" w14:textId="77777777" w:rsidR="00BF2D56" w:rsidRPr="00D1548C" w:rsidRDefault="00490471">
            <w:pPr>
              <w:rPr>
                <w:rFonts w:ascii="Comic Sans MS" w:hAnsi="Comic Sans MS"/>
                <w:sz w:val="20"/>
                <w:szCs w:val="20"/>
              </w:rPr>
            </w:pPr>
            <w:r w:rsidRPr="00D1548C">
              <w:rPr>
                <w:rFonts w:ascii="Comic Sans MS" w:hAnsi="Comic Sans MS"/>
                <w:sz w:val="20"/>
                <w:szCs w:val="20"/>
              </w:rPr>
              <w:t>Review Date</w:t>
            </w:r>
          </w:p>
        </w:tc>
        <w:tc>
          <w:tcPr>
            <w:tcW w:w="4320" w:type="dxa"/>
          </w:tcPr>
          <w:p w14:paraId="03C393E0" w14:textId="4D70655A" w:rsidR="00BF2D56" w:rsidRPr="00D1548C" w:rsidRDefault="00D1548C">
            <w:pPr>
              <w:rPr>
                <w:rFonts w:ascii="Comic Sans MS" w:hAnsi="Comic Sans MS"/>
                <w:sz w:val="20"/>
                <w:szCs w:val="20"/>
              </w:rPr>
            </w:pPr>
            <w:r w:rsidRPr="00D1548C">
              <w:rPr>
                <w:rFonts w:ascii="Comic Sans MS" w:hAnsi="Comic Sans MS"/>
                <w:sz w:val="20"/>
                <w:szCs w:val="20"/>
              </w:rPr>
              <w:t>July 2027</w:t>
            </w:r>
          </w:p>
        </w:tc>
      </w:tr>
      <w:tr w:rsidR="00BF2D56" w:rsidRPr="00D1548C" w14:paraId="6FBB903C" w14:textId="77777777">
        <w:tc>
          <w:tcPr>
            <w:tcW w:w="4320" w:type="dxa"/>
          </w:tcPr>
          <w:p w14:paraId="5B639BCF" w14:textId="77777777" w:rsidR="00BF2D56" w:rsidRPr="00D1548C" w:rsidRDefault="00490471">
            <w:pPr>
              <w:rPr>
                <w:rFonts w:ascii="Comic Sans MS" w:hAnsi="Comic Sans MS"/>
                <w:sz w:val="20"/>
                <w:szCs w:val="20"/>
              </w:rPr>
            </w:pPr>
            <w:r w:rsidRPr="00D1548C">
              <w:rPr>
                <w:rFonts w:ascii="Comic Sans MS" w:hAnsi="Comic Sans MS"/>
                <w:sz w:val="20"/>
                <w:szCs w:val="20"/>
              </w:rPr>
              <w:t>Version</w:t>
            </w:r>
          </w:p>
        </w:tc>
        <w:tc>
          <w:tcPr>
            <w:tcW w:w="4320" w:type="dxa"/>
          </w:tcPr>
          <w:p w14:paraId="175D420C" w14:textId="77777777" w:rsidR="00BF2D56" w:rsidRPr="00D1548C" w:rsidRDefault="00490471">
            <w:pPr>
              <w:rPr>
                <w:rFonts w:ascii="Comic Sans MS" w:hAnsi="Comic Sans MS"/>
                <w:sz w:val="20"/>
                <w:szCs w:val="20"/>
              </w:rPr>
            </w:pPr>
            <w:r w:rsidRPr="00D1548C">
              <w:rPr>
                <w:rFonts w:ascii="Comic Sans MS" w:hAnsi="Comic Sans MS"/>
                <w:sz w:val="20"/>
                <w:szCs w:val="20"/>
              </w:rPr>
              <w:t>1.0</w:t>
            </w:r>
          </w:p>
        </w:tc>
      </w:tr>
      <w:tr w:rsidR="00BF2D56" w:rsidRPr="00D1548C" w14:paraId="498C5947" w14:textId="77777777">
        <w:tc>
          <w:tcPr>
            <w:tcW w:w="4320" w:type="dxa"/>
          </w:tcPr>
          <w:p w14:paraId="099951C0" w14:textId="77777777" w:rsidR="00BF2D56" w:rsidRPr="00D1548C" w:rsidRDefault="00490471">
            <w:pPr>
              <w:rPr>
                <w:rFonts w:ascii="Comic Sans MS" w:hAnsi="Comic Sans MS"/>
                <w:sz w:val="20"/>
                <w:szCs w:val="20"/>
              </w:rPr>
            </w:pPr>
            <w:r w:rsidRPr="00D1548C">
              <w:rPr>
                <w:rFonts w:ascii="Comic Sans MS" w:hAnsi="Comic Sans MS"/>
                <w:sz w:val="20"/>
                <w:szCs w:val="20"/>
              </w:rPr>
              <w:t>Related Policies</w:t>
            </w:r>
          </w:p>
        </w:tc>
        <w:tc>
          <w:tcPr>
            <w:tcW w:w="4320" w:type="dxa"/>
          </w:tcPr>
          <w:p w14:paraId="59E1E147" w14:textId="77777777" w:rsidR="00BF2D56" w:rsidRPr="00D1548C" w:rsidRDefault="00490471">
            <w:pPr>
              <w:rPr>
                <w:rFonts w:ascii="Comic Sans MS" w:hAnsi="Comic Sans MS"/>
                <w:sz w:val="20"/>
                <w:szCs w:val="20"/>
              </w:rPr>
            </w:pPr>
            <w:r w:rsidRPr="00D1548C">
              <w:rPr>
                <w:rFonts w:ascii="Comic Sans MS" w:hAnsi="Comic Sans MS"/>
                <w:sz w:val="20"/>
                <w:szCs w:val="20"/>
              </w:rPr>
              <w:t>Safeguarding, EYFS, PSHE/RSHE, First Aid, Healthy Eating</w:t>
            </w:r>
          </w:p>
        </w:tc>
      </w:tr>
      <w:tr w:rsidR="00BF2D56" w:rsidRPr="00D1548C" w14:paraId="042B13B3" w14:textId="77777777">
        <w:tc>
          <w:tcPr>
            <w:tcW w:w="4320" w:type="dxa"/>
          </w:tcPr>
          <w:p w14:paraId="2849D5A2" w14:textId="77777777" w:rsidR="00BF2D56" w:rsidRPr="00D1548C" w:rsidRDefault="00490471">
            <w:pPr>
              <w:rPr>
                <w:rFonts w:ascii="Comic Sans MS" w:hAnsi="Comic Sans MS"/>
                <w:sz w:val="20"/>
                <w:szCs w:val="20"/>
              </w:rPr>
            </w:pPr>
            <w:r w:rsidRPr="00D1548C">
              <w:rPr>
                <w:rFonts w:ascii="Comic Sans MS" w:hAnsi="Comic Sans MS"/>
                <w:sz w:val="20"/>
                <w:szCs w:val="20"/>
              </w:rPr>
              <w:t>Statutory/Non-Statutory</w:t>
            </w:r>
          </w:p>
        </w:tc>
        <w:tc>
          <w:tcPr>
            <w:tcW w:w="4320" w:type="dxa"/>
          </w:tcPr>
          <w:p w14:paraId="33955D5A" w14:textId="77777777" w:rsidR="00BF2D56" w:rsidRPr="00D1548C" w:rsidRDefault="00490471">
            <w:pPr>
              <w:rPr>
                <w:rFonts w:ascii="Comic Sans MS" w:hAnsi="Comic Sans MS"/>
                <w:sz w:val="20"/>
                <w:szCs w:val="20"/>
              </w:rPr>
            </w:pPr>
            <w:r w:rsidRPr="00D1548C">
              <w:rPr>
                <w:rFonts w:ascii="Comic Sans MS" w:hAnsi="Comic Sans MS"/>
                <w:sz w:val="20"/>
                <w:szCs w:val="20"/>
              </w:rPr>
              <w:t>Non-statutory</w:t>
            </w:r>
          </w:p>
        </w:tc>
      </w:tr>
      <w:tr w:rsidR="00BF2D56" w:rsidRPr="00D1548C" w14:paraId="7C79613C" w14:textId="77777777">
        <w:tc>
          <w:tcPr>
            <w:tcW w:w="4320" w:type="dxa"/>
          </w:tcPr>
          <w:p w14:paraId="039F70E1" w14:textId="77777777" w:rsidR="00BF2D56" w:rsidRPr="00D1548C" w:rsidRDefault="00490471">
            <w:pPr>
              <w:rPr>
                <w:rFonts w:ascii="Comic Sans MS" w:hAnsi="Comic Sans MS"/>
                <w:sz w:val="20"/>
                <w:szCs w:val="20"/>
              </w:rPr>
            </w:pPr>
            <w:r w:rsidRPr="00D1548C">
              <w:rPr>
                <w:rFonts w:ascii="Comic Sans MS" w:hAnsi="Comic Sans MS"/>
                <w:sz w:val="20"/>
                <w:szCs w:val="20"/>
              </w:rPr>
              <w:t>Audience</w:t>
            </w:r>
          </w:p>
        </w:tc>
        <w:tc>
          <w:tcPr>
            <w:tcW w:w="4320" w:type="dxa"/>
          </w:tcPr>
          <w:p w14:paraId="16BA19B8" w14:textId="77777777" w:rsidR="00BF2D56" w:rsidRPr="00D1548C" w:rsidRDefault="00490471">
            <w:pPr>
              <w:rPr>
                <w:rFonts w:ascii="Comic Sans MS" w:hAnsi="Comic Sans MS"/>
                <w:sz w:val="20"/>
                <w:szCs w:val="20"/>
              </w:rPr>
            </w:pPr>
            <w:r w:rsidRPr="00D1548C">
              <w:rPr>
                <w:rFonts w:ascii="Comic Sans MS" w:hAnsi="Comic Sans MS"/>
                <w:sz w:val="20"/>
                <w:szCs w:val="20"/>
              </w:rPr>
              <w:t>All staff and governors</w:t>
            </w:r>
          </w:p>
        </w:tc>
      </w:tr>
    </w:tbl>
    <w:p w14:paraId="5794403E" w14:textId="77777777" w:rsidR="00BF2D56" w:rsidRPr="00D1548C" w:rsidRDefault="00490471">
      <w:pPr>
        <w:pStyle w:val="Heading1"/>
        <w:rPr>
          <w:rFonts w:ascii="Comic Sans MS" w:hAnsi="Comic Sans MS"/>
          <w:sz w:val="20"/>
          <w:szCs w:val="20"/>
        </w:rPr>
      </w:pPr>
      <w:r w:rsidRPr="00D1548C">
        <w:rPr>
          <w:rFonts w:ascii="Comic Sans MS" w:hAnsi="Comic Sans MS"/>
          <w:sz w:val="20"/>
          <w:szCs w:val="20"/>
        </w:rPr>
        <w:t>1. Policy Statement</w:t>
      </w:r>
    </w:p>
    <w:p w14:paraId="6D7177B1" w14:textId="7E3C8711" w:rsidR="00BF2D56" w:rsidRPr="00D1548C" w:rsidRDefault="00490471">
      <w:pPr>
        <w:rPr>
          <w:rFonts w:ascii="Comic Sans MS" w:hAnsi="Comic Sans MS"/>
          <w:sz w:val="20"/>
          <w:szCs w:val="20"/>
        </w:rPr>
      </w:pPr>
      <w:r w:rsidRPr="00D1548C">
        <w:rPr>
          <w:rFonts w:ascii="Comic Sans MS" w:hAnsi="Comic Sans MS"/>
          <w:sz w:val="20"/>
          <w:szCs w:val="20"/>
        </w:rPr>
        <w:t xml:space="preserve">At </w:t>
      </w:r>
      <w:r w:rsidR="00C75C33" w:rsidRPr="00D1548C">
        <w:rPr>
          <w:rFonts w:ascii="Comic Sans MS" w:hAnsi="Comic Sans MS"/>
          <w:sz w:val="20"/>
          <w:szCs w:val="20"/>
        </w:rPr>
        <w:t>William Cassidi C of E Aided Primary School</w:t>
      </w:r>
      <w:r w:rsidRPr="00D1548C">
        <w:rPr>
          <w:rFonts w:ascii="Comic Sans MS" w:hAnsi="Comic Sans MS"/>
          <w:sz w:val="20"/>
          <w:szCs w:val="20"/>
        </w:rPr>
        <w:t xml:space="preserve"> we </w:t>
      </w:r>
      <w:proofErr w:type="spellStart"/>
      <w:r w:rsidRPr="00D1548C">
        <w:rPr>
          <w:rFonts w:ascii="Comic Sans MS" w:hAnsi="Comic Sans MS"/>
          <w:sz w:val="20"/>
          <w:szCs w:val="20"/>
        </w:rPr>
        <w:t>recognise</w:t>
      </w:r>
      <w:proofErr w:type="spellEnd"/>
      <w:r w:rsidRPr="00D1548C">
        <w:rPr>
          <w:rFonts w:ascii="Comic Sans MS" w:hAnsi="Comic Sans MS"/>
          <w:sz w:val="20"/>
          <w:szCs w:val="20"/>
        </w:rPr>
        <w:t xml:space="preserve"> that good oral health is an important part of children's overall health, wellbeing and readiness to learn. We are committed to promoting positive oral health through education, healthy lifestyles, partnership with families and, where appropriate, supervised toothbrushing. The school aims to help children develop lifelong healthy habits while reducing inequalities in oral health.</w:t>
      </w:r>
    </w:p>
    <w:p w14:paraId="3509B418" w14:textId="77777777" w:rsidR="00BF2D56" w:rsidRPr="00D1548C" w:rsidRDefault="00490471">
      <w:pPr>
        <w:pStyle w:val="Heading1"/>
        <w:rPr>
          <w:rFonts w:ascii="Comic Sans MS" w:hAnsi="Comic Sans MS"/>
          <w:sz w:val="20"/>
          <w:szCs w:val="20"/>
        </w:rPr>
      </w:pPr>
      <w:r w:rsidRPr="00D1548C">
        <w:rPr>
          <w:rFonts w:ascii="Comic Sans MS" w:hAnsi="Comic Sans MS"/>
          <w:sz w:val="20"/>
          <w:szCs w:val="20"/>
        </w:rPr>
        <w:t>2. Aims</w:t>
      </w:r>
    </w:p>
    <w:p w14:paraId="504EBAAF" w14:textId="77777777" w:rsidR="00BF2D56" w:rsidRPr="00D1548C" w:rsidRDefault="00490471">
      <w:pPr>
        <w:pStyle w:val="ListBullet"/>
        <w:rPr>
          <w:rFonts w:ascii="Comic Sans MS" w:hAnsi="Comic Sans MS"/>
          <w:sz w:val="20"/>
          <w:szCs w:val="20"/>
        </w:rPr>
      </w:pPr>
      <w:r w:rsidRPr="00D1548C">
        <w:rPr>
          <w:rFonts w:ascii="Comic Sans MS" w:hAnsi="Comic Sans MS"/>
          <w:sz w:val="20"/>
          <w:szCs w:val="20"/>
        </w:rPr>
        <w:t>Promote lifelong oral health habits.</w:t>
      </w:r>
    </w:p>
    <w:p w14:paraId="775CADBA" w14:textId="77777777" w:rsidR="00BF2D56" w:rsidRPr="00D1548C" w:rsidRDefault="00490471">
      <w:pPr>
        <w:pStyle w:val="ListBullet"/>
        <w:rPr>
          <w:rFonts w:ascii="Comic Sans MS" w:hAnsi="Comic Sans MS"/>
          <w:sz w:val="20"/>
          <w:szCs w:val="20"/>
        </w:rPr>
      </w:pPr>
      <w:r w:rsidRPr="00D1548C">
        <w:rPr>
          <w:rFonts w:ascii="Comic Sans MS" w:hAnsi="Comic Sans MS"/>
          <w:sz w:val="20"/>
          <w:szCs w:val="20"/>
        </w:rPr>
        <w:t>Encourage twice-daily brushing with fluoride toothpaste.</w:t>
      </w:r>
    </w:p>
    <w:p w14:paraId="3981B6D3" w14:textId="77777777" w:rsidR="00BF2D56" w:rsidRPr="00D1548C" w:rsidRDefault="00490471">
      <w:pPr>
        <w:pStyle w:val="ListBullet"/>
        <w:rPr>
          <w:rFonts w:ascii="Comic Sans MS" w:hAnsi="Comic Sans MS"/>
          <w:sz w:val="20"/>
          <w:szCs w:val="20"/>
        </w:rPr>
      </w:pPr>
      <w:r w:rsidRPr="00D1548C">
        <w:rPr>
          <w:rFonts w:ascii="Comic Sans MS" w:hAnsi="Comic Sans MS"/>
          <w:sz w:val="20"/>
          <w:szCs w:val="20"/>
        </w:rPr>
        <w:t>Support healthy eating and drinking choices.</w:t>
      </w:r>
    </w:p>
    <w:p w14:paraId="404F990A" w14:textId="77777777" w:rsidR="00BF2D56" w:rsidRPr="00D1548C" w:rsidRDefault="00490471">
      <w:pPr>
        <w:pStyle w:val="ListBullet"/>
        <w:rPr>
          <w:rFonts w:ascii="Comic Sans MS" w:hAnsi="Comic Sans MS"/>
          <w:sz w:val="20"/>
          <w:szCs w:val="20"/>
        </w:rPr>
      </w:pPr>
      <w:r w:rsidRPr="00D1548C">
        <w:rPr>
          <w:rFonts w:ascii="Comic Sans MS" w:hAnsi="Comic Sans MS"/>
          <w:sz w:val="20"/>
          <w:szCs w:val="20"/>
        </w:rPr>
        <w:t>Provide age-appropriate oral health education.</w:t>
      </w:r>
    </w:p>
    <w:p w14:paraId="79C8CC15" w14:textId="77777777" w:rsidR="00BF2D56" w:rsidRPr="00D1548C" w:rsidRDefault="00490471">
      <w:pPr>
        <w:pStyle w:val="ListBullet"/>
        <w:rPr>
          <w:rFonts w:ascii="Comic Sans MS" w:hAnsi="Comic Sans MS"/>
          <w:sz w:val="20"/>
          <w:szCs w:val="20"/>
        </w:rPr>
      </w:pPr>
      <w:r w:rsidRPr="00D1548C">
        <w:rPr>
          <w:rFonts w:ascii="Comic Sans MS" w:hAnsi="Comic Sans MS"/>
          <w:sz w:val="20"/>
          <w:szCs w:val="20"/>
        </w:rPr>
        <w:t>Work in partnership with parents and health professionals.</w:t>
      </w:r>
    </w:p>
    <w:p w14:paraId="274A42F5" w14:textId="77777777" w:rsidR="00BF2D56" w:rsidRPr="00D1548C" w:rsidRDefault="00490471">
      <w:pPr>
        <w:pStyle w:val="ListBullet"/>
        <w:rPr>
          <w:rFonts w:ascii="Comic Sans MS" w:hAnsi="Comic Sans MS"/>
          <w:sz w:val="20"/>
          <w:szCs w:val="20"/>
        </w:rPr>
      </w:pPr>
      <w:r w:rsidRPr="00D1548C">
        <w:rPr>
          <w:rFonts w:ascii="Comic Sans MS" w:hAnsi="Comic Sans MS"/>
          <w:sz w:val="20"/>
          <w:szCs w:val="20"/>
        </w:rPr>
        <w:t>Reduce oral health inequalities.</w:t>
      </w:r>
    </w:p>
    <w:p w14:paraId="66F77842" w14:textId="77777777" w:rsidR="00BF2D56" w:rsidRPr="00D1548C" w:rsidRDefault="00490471">
      <w:pPr>
        <w:pStyle w:val="Heading1"/>
        <w:rPr>
          <w:rFonts w:ascii="Comic Sans MS" w:hAnsi="Comic Sans MS"/>
          <w:sz w:val="20"/>
          <w:szCs w:val="20"/>
        </w:rPr>
      </w:pPr>
      <w:r w:rsidRPr="00D1548C">
        <w:rPr>
          <w:rFonts w:ascii="Comic Sans MS" w:hAnsi="Comic Sans MS"/>
          <w:sz w:val="20"/>
          <w:szCs w:val="20"/>
        </w:rPr>
        <w:t>3. Legislation and Guidance</w:t>
      </w:r>
    </w:p>
    <w:p w14:paraId="3ECD7237" w14:textId="77777777" w:rsidR="00BF2D56" w:rsidRPr="00D1548C" w:rsidRDefault="00490471">
      <w:pPr>
        <w:rPr>
          <w:rFonts w:ascii="Comic Sans MS" w:hAnsi="Comic Sans MS"/>
          <w:sz w:val="20"/>
          <w:szCs w:val="20"/>
        </w:rPr>
      </w:pPr>
      <w:r w:rsidRPr="00D1548C">
        <w:rPr>
          <w:rFonts w:ascii="Comic Sans MS" w:hAnsi="Comic Sans MS"/>
          <w:sz w:val="20"/>
          <w:szCs w:val="20"/>
        </w:rPr>
        <w:t>This policy has regard to the following guidance:</w:t>
      </w:r>
    </w:p>
    <w:p w14:paraId="6AA37395" w14:textId="77777777" w:rsidR="00BF2D56" w:rsidRPr="00D1548C" w:rsidRDefault="00490471">
      <w:pPr>
        <w:pStyle w:val="ListBullet"/>
        <w:rPr>
          <w:rFonts w:ascii="Comic Sans MS" w:hAnsi="Comic Sans MS"/>
          <w:sz w:val="20"/>
          <w:szCs w:val="20"/>
        </w:rPr>
      </w:pPr>
      <w:r w:rsidRPr="00D1548C">
        <w:rPr>
          <w:rFonts w:ascii="Comic Sans MS" w:hAnsi="Comic Sans MS"/>
          <w:sz w:val="20"/>
          <w:szCs w:val="20"/>
        </w:rPr>
        <w:t>EYFS Statutory Framework</w:t>
      </w:r>
    </w:p>
    <w:p w14:paraId="1B95FF89" w14:textId="77777777" w:rsidR="00BF2D56" w:rsidRPr="00D1548C" w:rsidRDefault="00490471">
      <w:pPr>
        <w:pStyle w:val="ListBullet"/>
        <w:rPr>
          <w:rFonts w:ascii="Comic Sans MS" w:hAnsi="Comic Sans MS"/>
          <w:sz w:val="20"/>
          <w:szCs w:val="20"/>
        </w:rPr>
      </w:pPr>
      <w:r w:rsidRPr="00D1548C">
        <w:rPr>
          <w:rFonts w:ascii="Comic Sans MS" w:hAnsi="Comic Sans MS"/>
          <w:sz w:val="20"/>
          <w:szCs w:val="20"/>
        </w:rPr>
        <w:t>School Food Standards</w:t>
      </w:r>
    </w:p>
    <w:p w14:paraId="6478ED87" w14:textId="77777777" w:rsidR="00BF2D56" w:rsidRPr="00D1548C" w:rsidRDefault="00490471">
      <w:pPr>
        <w:pStyle w:val="ListBullet"/>
        <w:rPr>
          <w:rFonts w:ascii="Comic Sans MS" w:hAnsi="Comic Sans MS"/>
          <w:sz w:val="20"/>
          <w:szCs w:val="20"/>
        </w:rPr>
      </w:pPr>
      <w:r w:rsidRPr="00D1548C">
        <w:rPr>
          <w:rFonts w:ascii="Comic Sans MS" w:hAnsi="Comic Sans MS"/>
          <w:sz w:val="20"/>
          <w:szCs w:val="20"/>
        </w:rPr>
        <w:t>Keeping Children Safe in Education</w:t>
      </w:r>
    </w:p>
    <w:p w14:paraId="0E3D4E2E" w14:textId="77777777" w:rsidR="00BF2D56" w:rsidRPr="00D1548C" w:rsidRDefault="00490471">
      <w:pPr>
        <w:pStyle w:val="ListBullet"/>
        <w:rPr>
          <w:rFonts w:ascii="Comic Sans MS" w:hAnsi="Comic Sans MS"/>
          <w:sz w:val="20"/>
          <w:szCs w:val="20"/>
        </w:rPr>
      </w:pPr>
      <w:r w:rsidRPr="00D1548C">
        <w:rPr>
          <w:rFonts w:ascii="Comic Sans MS" w:hAnsi="Comic Sans MS"/>
          <w:sz w:val="20"/>
          <w:szCs w:val="20"/>
        </w:rPr>
        <w:t>Delivering Better Oral Health</w:t>
      </w:r>
    </w:p>
    <w:p w14:paraId="60ECF108" w14:textId="77777777" w:rsidR="00BF2D56" w:rsidRPr="00D1548C" w:rsidRDefault="00490471">
      <w:pPr>
        <w:pStyle w:val="ListBullet"/>
        <w:rPr>
          <w:rFonts w:ascii="Comic Sans MS" w:hAnsi="Comic Sans MS"/>
          <w:sz w:val="20"/>
          <w:szCs w:val="20"/>
        </w:rPr>
      </w:pPr>
      <w:r w:rsidRPr="00D1548C">
        <w:rPr>
          <w:rFonts w:ascii="Comic Sans MS" w:hAnsi="Comic Sans MS"/>
          <w:sz w:val="20"/>
          <w:szCs w:val="20"/>
        </w:rPr>
        <w:t>NHS England and Office for Health Improvement and Disparities (OHID) guidance</w:t>
      </w:r>
    </w:p>
    <w:p w14:paraId="7CE7B431" w14:textId="77777777" w:rsidR="00BF2D56" w:rsidRPr="00D1548C" w:rsidRDefault="00490471">
      <w:pPr>
        <w:pStyle w:val="Heading1"/>
        <w:rPr>
          <w:rFonts w:ascii="Comic Sans MS" w:hAnsi="Comic Sans MS"/>
          <w:sz w:val="20"/>
          <w:szCs w:val="20"/>
        </w:rPr>
      </w:pPr>
      <w:r w:rsidRPr="00D1548C">
        <w:rPr>
          <w:rFonts w:ascii="Comic Sans MS" w:hAnsi="Comic Sans MS"/>
          <w:sz w:val="20"/>
          <w:szCs w:val="20"/>
        </w:rPr>
        <w:t>4. Roles and Responsibilities</w:t>
      </w:r>
    </w:p>
    <w:p w14:paraId="5FF8B868" w14:textId="77777777" w:rsidR="00BF2D56" w:rsidRPr="00D1548C" w:rsidRDefault="00490471">
      <w:pPr>
        <w:rPr>
          <w:rFonts w:ascii="Comic Sans MS" w:hAnsi="Comic Sans MS"/>
          <w:sz w:val="20"/>
          <w:szCs w:val="20"/>
        </w:rPr>
      </w:pPr>
      <w:r w:rsidRPr="00D1548C">
        <w:rPr>
          <w:rFonts w:ascii="Comic Sans MS" w:hAnsi="Comic Sans MS"/>
          <w:b/>
          <w:sz w:val="20"/>
          <w:szCs w:val="20"/>
        </w:rPr>
        <w:t xml:space="preserve">Governors: </w:t>
      </w:r>
      <w:r w:rsidRPr="00D1548C">
        <w:rPr>
          <w:rFonts w:ascii="Comic Sans MS" w:hAnsi="Comic Sans MS"/>
          <w:sz w:val="20"/>
          <w:szCs w:val="20"/>
        </w:rPr>
        <w:t>Monitor implementation and review the policy.</w:t>
      </w:r>
    </w:p>
    <w:p w14:paraId="63C74A51" w14:textId="77777777" w:rsidR="00BF2D56" w:rsidRPr="00D1548C" w:rsidRDefault="00490471">
      <w:pPr>
        <w:rPr>
          <w:rFonts w:ascii="Comic Sans MS" w:hAnsi="Comic Sans MS"/>
          <w:sz w:val="20"/>
          <w:szCs w:val="20"/>
        </w:rPr>
      </w:pPr>
      <w:r w:rsidRPr="00D1548C">
        <w:rPr>
          <w:rFonts w:ascii="Comic Sans MS" w:hAnsi="Comic Sans MS"/>
          <w:b/>
          <w:sz w:val="20"/>
          <w:szCs w:val="20"/>
        </w:rPr>
        <w:t xml:space="preserve">Headteacher: </w:t>
      </w:r>
      <w:r w:rsidRPr="00D1548C">
        <w:rPr>
          <w:rFonts w:ascii="Comic Sans MS" w:hAnsi="Comic Sans MS"/>
          <w:sz w:val="20"/>
          <w:szCs w:val="20"/>
        </w:rPr>
        <w:t>Ensure the policy is implemented and staff receive appropriate information.</w:t>
      </w:r>
    </w:p>
    <w:p w14:paraId="6F7AEBC6" w14:textId="77777777" w:rsidR="00BF2D56" w:rsidRPr="00D1548C" w:rsidRDefault="00490471">
      <w:pPr>
        <w:rPr>
          <w:rFonts w:ascii="Comic Sans MS" w:hAnsi="Comic Sans MS"/>
          <w:sz w:val="20"/>
          <w:szCs w:val="20"/>
        </w:rPr>
      </w:pPr>
      <w:r w:rsidRPr="00D1548C">
        <w:rPr>
          <w:rFonts w:ascii="Comic Sans MS" w:hAnsi="Comic Sans MS"/>
          <w:b/>
          <w:sz w:val="20"/>
          <w:szCs w:val="20"/>
        </w:rPr>
        <w:t xml:space="preserve">Oral Health Lead: </w:t>
      </w:r>
      <w:r w:rsidRPr="00D1548C">
        <w:rPr>
          <w:rFonts w:ascii="Comic Sans MS" w:hAnsi="Comic Sans MS"/>
          <w:sz w:val="20"/>
          <w:szCs w:val="20"/>
        </w:rPr>
        <w:t>Coordinate oral health activities and liaise with external agencies where appropriate.</w:t>
      </w:r>
    </w:p>
    <w:p w14:paraId="59B40FC7" w14:textId="77777777" w:rsidR="00BF2D56" w:rsidRPr="00D1548C" w:rsidRDefault="00490471">
      <w:pPr>
        <w:rPr>
          <w:rFonts w:ascii="Comic Sans MS" w:hAnsi="Comic Sans MS"/>
          <w:sz w:val="20"/>
          <w:szCs w:val="20"/>
        </w:rPr>
      </w:pPr>
      <w:r w:rsidRPr="00D1548C">
        <w:rPr>
          <w:rFonts w:ascii="Comic Sans MS" w:hAnsi="Comic Sans MS"/>
          <w:b/>
          <w:sz w:val="20"/>
          <w:szCs w:val="20"/>
        </w:rPr>
        <w:t xml:space="preserve">Staff: </w:t>
      </w:r>
      <w:r w:rsidRPr="00D1548C">
        <w:rPr>
          <w:rFonts w:ascii="Comic Sans MS" w:hAnsi="Comic Sans MS"/>
          <w:sz w:val="20"/>
          <w:szCs w:val="20"/>
        </w:rPr>
        <w:t>Promote positive oral health, deliver curriculum content and follow agreed procedures.</w:t>
      </w:r>
    </w:p>
    <w:p w14:paraId="6BCE2114" w14:textId="77777777" w:rsidR="00BF2D56" w:rsidRPr="00D1548C" w:rsidRDefault="00490471">
      <w:pPr>
        <w:rPr>
          <w:rFonts w:ascii="Comic Sans MS" w:hAnsi="Comic Sans MS"/>
          <w:sz w:val="20"/>
          <w:szCs w:val="20"/>
        </w:rPr>
      </w:pPr>
      <w:r w:rsidRPr="00D1548C">
        <w:rPr>
          <w:rFonts w:ascii="Comic Sans MS" w:hAnsi="Comic Sans MS"/>
          <w:b/>
          <w:sz w:val="20"/>
          <w:szCs w:val="20"/>
        </w:rPr>
        <w:lastRenderedPageBreak/>
        <w:t xml:space="preserve">Parents and carers: </w:t>
      </w:r>
      <w:r w:rsidRPr="00D1548C">
        <w:rPr>
          <w:rFonts w:ascii="Comic Sans MS" w:hAnsi="Comic Sans MS"/>
          <w:sz w:val="20"/>
          <w:szCs w:val="20"/>
        </w:rPr>
        <w:t>Support good oral hygiene at home and ensure children access routine dental care.</w:t>
      </w:r>
    </w:p>
    <w:p w14:paraId="5DD7E9A9" w14:textId="77777777" w:rsidR="00BF2D56" w:rsidRPr="00D1548C" w:rsidRDefault="00490471">
      <w:pPr>
        <w:rPr>
          <w:rFonts w:ascii="Comic Sans MS" w:hAnsi="Comic Sans MS"/>
          <w:sz w:val="20"/>
          <w:szCs w:val="20"/>
        </w:rPr>
      </w:pPr>
      <w:r w:rsidRPr="00D1548C">
        <w:rPr>
          <w:rFonts w:ascii="Comic Sans MS" w:hAnsi="Comic Sans MS"/>
          <w:b/>
          <w:sz w:val="20"/>
          <w:szCs w:val="20"/>
        </w:rPr>
        <w:t xml:space="preserve">Pupils: </w:t>
      </w:r>
      <w:r w:rsidRPr="00D1548C">
        <w:rPr>
          <w:rFonts w:ascii="Comic Sans MS" w:hAnsi="Comic Sans MS"/>
          <w:sz w:val="20"/>
          <w:szCs w:val="20"/>
        </w:rPr>
        <w:t>Develop healthy habits and participate in oral health activities.</w:t>
      </w:r>
    </w:p>
    <w:p w14:paraId="3F2BD9BA" w14:textId="77777777" w:rsidR="00BF2D56" w:rsidRPr="00D1548C" w:rsidRDefault="00490471">
      <w:pPr>
        <w:pStyle w:val="Heading1"/>
        <w:rPr>
          <w:rFonts w:ascii="Comic Sans MS" w:hAnsi="Comic Sans MS"/>
          <w:sz w:val="20"/>
          <w:szCs w:val="20"/>
        </w:rPr>
      </w:pPr>
      <w:r w:rsidRPr="00D1548C">
        <w:rPr>
          <w:rFonts w:ascii="Comic Sans MS" w:hAnsi="Comic Sans MS"/>
          <w:sz w:val="20"/>
          <w:szCs w:val="20"/>
        </w:rPr>
        <w:t>5. Promoting Oral Health</w:t>
      </w:r>
    </w:p>
    <w:p w14:paraId="104C8C8A" w14:textId="77777777" w:rsidR="00BF2D56" w:rsidRPr="00D1548C" w:rsidRDefault="00490471">
      <w:pPr>
        <w:pStyle w:val="ListBullet"/>
        <w:rPr>
          <w:rFonts w:ascii="Comic Sans MS" w:hAnsi="Comic Sans MS"/>
          <w:sz w:val="20"/>
          <w:szCs w:val="20"/>
        </w:rPr>
      </w:pPr>
      <w:r w:rsidRPr="00D1548C">
        <w:rPr>
          <w:rFonts w:ascii="Comic Sans MS" w:hAnsi="Comic Sans MS"/>
          <w:sz w:val="20"/>
          <w:szCs w:val="20"/>
        </w:rPr>
        <w:t>Oral health is taught through the EYFS, Science, PSHE/RSHE and wider health education.</w:t>
      </w:r>
    </w:p>
    <w:p w14:paraId="63B8470C" w14:textId="77777777" w:rsidR="00BF2D56" w:rsidRPr="00D1548C" w:rsidRDefault="00490471">
      <w:pPr>
        <w:pStyle w:val="ListBullet"/>
        <w:rPr>
          <w:rFonts w:ascii="Comic Sans MS" w:hAnsi="Comic Sans MS"/>
          <w:sz w:val="20"/>
          <w:szCs w:val="20"/>
        </w:rPr>
      </w:pPr>
      <w:r w:rsidRPr="00D1548C">
        <w:rPr>
          <w:rFonts w:ascii="Comic Sans MS" w:hAnsi="Comic Sans MS"/>
          <w:sz w:val="20"/>
          <w:szCs w:val="20"/>
        </w:rPr>
        <w:t>The school promotes healthy snacks and water as the main drink throughout the day.</w:t>
      </w:r>
    </w:p>
    <w:p w14:paraId="2F8A8B0D" w14:textId="77777777" w:rsidR="00BF2D56" w:rsidRPr="00D1548C" w:rsidRDefault="00490471">
      <w:pPr>
        <w:pStyle w:val="ListBullet"/>
        <w:rPr>
          <w:rFonts w:ascii="Comic Sans MS" w:hAnsi="Comic Sans MS"/>
          <w:sz w:val="20"/>
          <w:szCs w:val="20"/>
        </w:rPr>
      </w:pPr>
      <w:r w:rsidRPr="00D1548C">
        <w:rPr>
          <w:rFonts w:ascii="Comic Sans MS" w:hAnsi="Comic Sans MS"/>
          <w:sz w:val="20"/>
          <w:szCs w:val="20"/>
        </w:rPr>
        <w:t>Where applicable, supervised toothbrushing is delivered in line with local guidance and infection prevention procedures.</w:t>
      </w:r>
    </w:p>
    <w:p w14:paraId="71053694" w14:textId="3EFD54D8" w:rsidR="00BF2D56" w:rsidRPr="00D1548C" w:rsidRDefault="00490471">
      <w:pPr>
        <w:pStyle w:val="ListBullet"/>
        <w:rPr>
          <w:rFonts w:ascii="Comic Sans MS" w:hAnsi="Comic Sans MS"/>
          <w:sz w:val="20"/>
          <w:szCs w:val="20"/>
        </w:rPr>
      </w:pPr>
      <w:r w:rsidRPr="00D1548C">
        <w:rPr>
          <w:rFonts w:ascii="Comic Sans MS" w:hAnsi="Comic Sans MS"/>
          <w:sz w:val="20"/>
          <w:szCs w:val="20"/>
        </w:rPr>
        <w:t>Parents receive information to support healthy oral hygiene.</w:t>
      </w:r>
    </w:p>
    <w:p w14:paraId="700BC931" w14:textId="77777777" w:rsidR="00BF2D56" w:rsidRPr="00D1548C" w:rsidRDefault="00490471">
      <w:pPr>
        <w:pStyle w:val="Heading1"/>
        <w:rPr>
          <w:rFonts w:ascii="Comic Sans MS" w:hAnsi="Comic Sans MS"/>
          <w:sz w:val="20"/>
          <w:szCs w:val="20"/>
        </w:rPr>
      </w:pPr>
      <w:r w:rsidRPr="00D1548C">
        <w:rPr>
          <w:rFonts w:ascii="Comic Sans MS" w:hAnsi="Comic Sans MS"/>
          <w:sz w:val="20"/>
          <w:szCs w:val="20"/>
        </w:rPr>
        <w:t>6. Safeguarding and Dental Emergencies</w:t>
      </w:r>
    </w:p>
    <w:p w14:paraId="0F325FB4" w14:textId="77777777" w:rsidR="00BF2D56" w:rsidRPr="00D1548C" w:rsidRDefault="00490471">
      <w:pPr>
        <w:rPr>
          <w:rFonts w:ascii="Comic Sans MS" w:hAnsi="Comic Sans MS"/>
          <w:sz w:val="20"/>
          <w:szCs w:val="20"/>
        </w:rPr>
      </w:pPr>
      <w:r w:rsidRPr="00D1548C">
        <w:rPr>
          <w:rFonts w:ascii="Comic Sans MS" w:hAnsi="Comic Sans MS"/>
          <w:sz w:val="20"/>
          <w:szCs w:val="20"/>
        </w:rPr>
        <w:t>Persistent untreated dental disease may, in some circumstances, be an indicator of neglect. Any concerns will be managed in line with the school's safeguarding procedures. Dental injuries will be managed in accordance with the school's First Aid Policy and parents/carers will be informed promptly.</w:t>
      </w:r>
    </w:p>
    <w:p w14:paraId="1A8E3C75" w14:textId="77777777" w:rsidR="00BF2D56" w:rsidRPr="00D1548C" w:rsidRDefault="00490471">
      <w:pPr>
        <w:pStyle w:val="Heading1"/>
        <w:rPr>
          <w:rFonts w:ascii="Comic Sans MS" w:hAnsi="Comic Sans MS"/>
          <w:sz w:val="20"/>
          <w:szCs w:val="20"/>
        </w:rPr>
      </w:pPr>
      <w:r w:rsidRPr="00D1548C">
        <w:rPr>
          <w:rFonts w:ascii="Comic Sans MS" w:hAnsi="Comic Sans MS"/>
          <w:sz w:val="20"/>
          <w:szCs w:val="20"/>
        </w:rPr>
        <w:t>7. Monitoring and Review</w:t>
      </w:r>
    </w:p>
    <w:p w14:paraId="5DB21398" w14:textId="77777777" w:rsidR="00BF2D56" w:rsidRPr="00D1548C" w:rsidRDefault="00490471">
      <w:pPr>
        <w:pStyle w:val="ListBullet"/>
        <w:rPr>
          <w:rFonts w:ascii="Comic Sans MS" w:hAnsi="Comic Sans MS"/>
          <w:sz w:val="20"/>
          <w:szCs w:val="20"/>
        </w:rPr>
      </w:pPr>
      <w:r w:rsidRPr="00D1548C">
        <w:rPr>
          <w:rFonts w:ascii="Comic Sans MS" w:hAnsi="Comic Sans MS"/>
          <w:sz w:val="20"/>
          <w:szCs w:val="20"/>
        </w:rPr>
        <w:t>The Oral Health Lead will monitor implementation.</w:t>
      </w:r>
    </w:p>
    <w:p w14:paraId="13A685D0" w14:textId="77777777" w:rsidR="00BF2D56" w:rsidRPr="00D1548C" w:rsidRDefault="00490471">
      <w:pPr>
        <w:pStyle w:val="ListBullet"/>
        <w:rPr>
          <w:rFonts w:ascii="Comic Sans MS" w:hAnsi="Comic Sans MS"/>
          <w:sz w:val="20"/>
          <w:szCs w:val="20"/>
        </w:rPr>
      </w:pPr>
      <w:r w:rsidRPr="00D1548C">
        <w:rPr>
          <w:rFonts w:ascii="Comic Sans MS" w:hAnsi="Comic Sans MS"/>
          <w:sz w:val="20"/>
          <w:szCs w:val="20"/>
        </w:rPr>
        <w:t>The policy will be reviewed every two years or sooner if guidance changes.</w:t>
      </w:r>
    </w:p>
    <w:p w14:paraId="76683CFF" w14:textId="77777777" w:rsidR="00BF2D56" w:rsidRPr="00D1548C" w:rsidRDefault="00490471">
      <w:pPr>
        <w:pStyle w:val="ListBullet"/>
        <w:rPr>
          <w:rFonts w:ascii="Comic Sans MS" w:hAnsi="Comic Sans MS"/>
          <w:sz w:val="20"/>
          <w:szCs w:val="20"/>
        </w:rPr>
      </w:pPr>
      <w:r w:rsidRPr="00D1548C">
        <w:rPr>
          <w:rFonts w:ascii="Comic Sans MS" w:hAnsi="Comic Sans MS"/>
          <w:sz w:val="20"/>
          <w:szCs w:val="20"/>
        </w:rPr>
        <w:t>Operational procedures will be maintained separately and updated as required.</w:t>
      </w:r>
    </w:p>
    <w:p w14:paraId="340A94BB" w14:textId="212F5412" w:rsidR="00BF2D56" w:rsidRPr="00D1548C" w:rsidRDefault="00BF2D56" w:rsidP="00283578">
      <w:pPr>
        <w:pStyle w:val="ListBullet"/>
        <w:numPr>
          <w:ilvl w:val="0"/>
          <w:numId w:val="0"/>
        </w:numPr>
        <w:ind w:left="360"/>
        <w:rPr>
          <w:rFonts w:ascii="Comic Sans MS" w:hAnsi="Comic Sans MS"/>
          <w:sz w:val="20"/>
          <w:szCs w:val="20"/>
        </w:rPr>
      </w:pPr>
    </w:p>
    <w:p w14:paraId="2FB90AAF" w14:textId="68DBB4BD" w:rsidR="00283578" w:rsidRPr="00D1548C" w:rsidRDefault="00283578" w:rsidP="00283578">
      <w:pPr>
        <w:pStyle w:val="ListBullet"/>
        <w:numPr>
          <w:ilvl w:val="0"/>
          <w:numId w:val="0"/>
        </w:numPr>
        <w:ind w:left="360"/>
        <w:rPr>
          <w:rFonts w:ascii="Comic Sans MS" w:hAnsi="Comic Sans MS"/>
          <w:sz w:val="20"/>
          <w:szCs w:val="20"/>
        </w:rPr>
      </w:pPr>
    </w:p>
    <w:p w14:paraId="4FB19658" w14:textId="6AE18615" w:rsidR="00283578" w:rsidRPr="00D1548C" w:rsidRDefault="00283578" w:rsidP="00283578">
      <w:pPr>
        <w:pStyle w:val="ListBullet"/>
        <w:numPr>
          <w:ilvl w:val="0"/>
          <w:numId w:val="0"/>
        </w:numPr>
        <w:ind w:left="360"/>
        <w:rPr>
          <w:rFonts w:ascii="Comic Sans MS" w:hAnsi="Comic Sans MS"/>
          <w:sz w:val="20"/>
          <w:szCs w:val="20"/>
        </w:rPr>
      </w:pPr>
    </w:p>
    <w:p w14:paraId="68E1C4D8" w14:textId="38497DFE" w:rsidR="00283578" w:rsidRPr="00D1548C" w:rsidRDefault="00283578" w:rsidP="00283578">
      <w:pPr>
        <w:pStyle w:val="ListBullet"/>
        <w:numPr>
          <w:ilvl w:val="0"/>
          <w:numId w:val="0"/>
        </w:numPr>
        <w:ind w:left="360"/>
        <w:rPr>
          <w:rFonts w:ascii="Comic Sans MS" w:hAnsi="Comic Sans MS"/>
          <w:sz w:val="20"/>
          <w:szCs w:val="20"/>
        </w:rPr>
      </w:pPr>
    </w:p>
    <w:p w14:paraId="767345D9" w14:textId="3F4B8819" w:rsidR="00283578" w:rsidRPr="00D1548C" w:rsidRDefault="00283578" w:rsidP="00283578">
      <w:pPr>
        <w:pStyle w:val="ListBullet"/>
        <w:numPr>
          <w:ilvl w:val="0"/>
          <w:numId w:val="0"/>
        </w:numPr>
        <w:ind w:left="360"/>
        <w:rPr>
          <w:rFonts w:ascii="Comic Sans MS" w:hAnsi="Comic Sans MS"/>
          <w:sz w:val="20"/>
          <w:szCs w:val="20"/>
        </w:rPr>
      </w:pPr>
    </w:p>
    <w:p w14:paraId="4FB10112" w14:textId="5482EF26" w:rsidR="00283578" w:rsidRPr="00D1548C" w:rsidRDefault="00283578" w:rsidP="00283578">
      <w:pPr>
        <w:pStyle w:val="ListBullet"/>
        <w:numPr>
          <w:ilvl w:val="0"/>
          <w:numId w:val="0"/>
        </w:numPr>
        <w:ind w:left="360"/>
        <w:rPr>
          <w:rFonts w:ascii="Comic Sans MS" w:hAnsi="Comic Sans MS"/>
          <w:sz w:val="20"/>
          <w:szCs w:val="20"/>
        </w:rPr>
      </w:pPr>
    </w:p>
    <w:p w14:paraId="3E1D55F4" w14:textId="0677409E" w:rsidR="00283578" w:rsidRPr="00D1548C" w:rsidRDefault="00283578" w:rsidP="00283578">
      <w:pPr>
        <w:pStyle w:val="ListBullet"/>
        <w:numPr>
          <w:ilvl w:val="0"/>
          <w:numId w:val="0"/>
        </w:numPr>
        <w:ind w:left="360"/>
        <w:rPr>
          <w:rFonts w:ascii="Comic Sans MS" w:hAnsi="Comic Sans MS"/>
          <w:sz w:val="20"/>
          <w:szCs w:val="20"/>
        </w:rPr>
      </w:pPr>
    </w:p>
    <w:p w14:paraId="27F6B21C" w14:textId="3E1BA54D" w:rsidR="00283578" w:rsidRPr="00D1548C" w:rsidRDefault="00283578" w:rsidP="00283578">
      <w:pPr>
        <w:pStyle w:val="ListBullet"/>
        <w:numPr>
          <w:ilvl w:val="0"/>
          <w:numId w:val="0"/>
        </w:numPr>
        <w:ind w:left="360"/>
        <w:rPr>
          <w:rFonts w:ascii="Comic Sans MS" w:hAnsi="Comic Sans MS"/>
          <w:sz w:val="20"/>
          <w:szCs w:val="20"/>
        </w:rPr>
      </w:pPr>
    </w:p>
    <w:p w14:paraId="45A15F9A" w14:textId="5ADD6E9C" w:rsidR="00283578" w:rsidRPr="00D1548C" w:rsidRDefault="00283578" w:rsidP="00283578">
      <w:pPr>
        <w:pStyle w:val="ListBullet"/>
        <w:numPr>
          <w:ilvl w:val="0"/>
          <w:numId w:val="0"/>
        </w:numPr>
        <w:ind w:left="360"/>
        <w:rPr>
          <w:rFonts w:ascii="Comic Sans MS" w:hAnsi="Comic Sans MS"/>
          <w:sz w:val="20"/>
          <w:szCs w:val="20"/>
        </w:rPr>
      </w:pPr>
    </w:p>
    <w:p w14:paraId="7BE94470" w14:textId="17ACB0D9" w:rsidR="00283578" w:rsidRPr="00D1548C" w:rsidRDefault="00283578" w:rsidP="00283578">
      <w:pPr>
        <w:pStyle w:val="ListBullet"/>
        <w:numPr>
          <w:ilvl w:val="0"/>
          <w:numId w:val="0"/>
        </w:numPr>
        <w:ind w:left="360"/>
        <w:rPr>
          <w:rFonts w:ascii="Comic Sans MS" w:hAnsi="Comic Sans MS"/>
          <w:sz w:val="20"/>
          <w:szCs w:val="20"/>
        </w:rPr>
      </w:pPr>
    </w:p>
    <w:p w14:paraId="57092828" w14:textId="603FDF10" w:rsidR="00490471" w:rsidRDefault="00490471" w:rsidP="00283578">
      <w:pPr>
        <w:pStyle w:val="ListBullet"/>
        <w:numPr>
          <w:ilvl w:val="0"/>
          <w:numId w:val="0"/>
        </w:numPr>
        <w:ind w:left="360"/>
        <w:rPr>
          <w:rFonts w:ascii="Comic Sans MS" w:hAnsi="Comic Sans MS"/>
          <w:sz w:val="20"/>
          <w:szCs w:val="20"/>
        </w:rPr>
      </w:pPr>
    </w:p>
    <w:p w14:paraId="0D5D6353" w14:textId="52B819F4" w:rsidR="00D1548C" w:rsidRDefault="00D1548C" w:rsidP="00283578">
      <w:pPr>
        <w:pStyle w:val="ListBullet"/>
        <w:numPr>
          <w:ilvl w:val="0"/>
          <w:numId w:val="0"/>
        </w:numPr>
        <w:ind w:left="360"/>
        <w:rPr>
          <w:rFonts w:ascii="Comic Sans MS" w:hAnsi="Comic Sans MS"/>
          <w:sz w:val="20"/>
          <w:szCs w:val="20"/>
        </w:rPr>
      </w:pPr>
    </w:p>
    <w:p w14:paraId="7BC88552" w14:textId="56AF9944" w:rsidR="00D1548C" w:rsidRDefault="00D1548C" w:rsidP="00283578">
      <w:pPr>
        <w:pStyle w:val="ListBullet"/>
        <w:numPr>
          <w:ilvl w:val="0"/>
          <w:numId w:val="0"/>
        </w:numPr>
        <w:ind w:left="360"/>
        <w:rPr>
          <w:rFonts w:ascii="Comic Sans MS" w:hAnsi="Comic Sans MS"/>
          <w:sz w:val="20"/>
          <w:szCs w:val="20"/>
        </w:rPr>
      </w:pPr>
    </w:p>
    <w:p w14:paraId="2997B6EC" w14:textId="3C5140D2" w:rsidR="00D1548C" w:rsidRDefault="00D1548C" w:rsidP="00283578">
      <w:pPr>
        <w:pStyle w:val="ListBullet"/>
        <w:numPr>
          <w:ilvl w:val="0"/>
          <w:numId w:val="0"/>
        </w:numPr>
        <w:ind w:left="360"/>
        <w:rPr>
          <w:rFonts w:ascii="Comic Sans MS" w:hAnsi="Comic Sans MS"/>
          <w:sz w:val="20"/>
          <w:szCs w:val="20"/>
        </w:rPr>
      </w:pPr>
    </w:p>
    <w:p w14:paraId="14307DE7" w14:textId="235AB095" w:rsidR="00D1548C" w:rsidRDefault="00D1548C" w:rsidP="00283578">
      <w:pPr>
        <w:pStyle w:val="ListBullet"/>
        <w:numPr>
          <w:ilvl w:val="0"/>
          <w:numId w:val="0"/>
        </w:numPr>
        <w:ind w:left="360"/>
        <w:rPr>
          <w:rFonts w:ascii="Comic Sans MS" w:hAnsi="Comic Sans MS"/>
          <w:sz w:val="20"/>
          <w:szCs w:val="20"/>
        </w:rPr>
      </w:pPr>
    </w:p>
    <w:p w14:paraId="6934F74E" w14:textId="30004780" w:rsidR="00D1548C" w:rsidRDefault="00D1548C" w:rsidP="00283578">
      <w:pPr>
        <w:pStyle w:val="ListBullet"/>
        <w:numPr>
          <w:ilvl w:val="0"/>
          <w:numId w:val="0"/>
        </w:numPr>
        <w:ind w:left="360"/>
        <w:rPr>
          <w:rFonts w:ascii="Comic Sans MS" w:hAnsi="Comic Sans MS"/>
          <w:sz w:val="20"/>
          <w:szCs w:val="20"/>
        </w:rPr>
      </w:pPr>
    </w:p>
    <w:p w14:paraId="15C3BD03" w14:textId="1136E8D2" w:rsidR="00D1548C" w:rsidRDefault="00D1548C" w:rsidP="00283578">
      <w:pPr>
        <w:pStyle w:val="ListBullet"/>
        <w:numPr>
          <w:ilvl w:val="0"/>
          <w:numId w:val="0"/>
        </w:numPr>
        <w:ind w:left="360"/>
        <w:rPr>
          <w:rFonts w:ascii="Comic Sans MS" w:hAnsi="Comic Sans MS"/>
          <w:sz w:val="20"/>
          <w:szCs w:val="20"/>
        </w:rPr>
      </w:pPr>
    </w:p>
    <w:p w14:paraId="028E73C5" w14:textId="2DFBF7E0" w:rsidR="00D1548C" w:rsidRDefault="00D1548C" w:rsidP="00283578">
      <w:pPr>
        <w:pStyle w:val="ListBullet"/>
        <w:numPr>
          <w:ilvl w:val="0"/>
          <w:numId w:val="0"/>
        </w:numPr>
        <w:ind w:left="360"/>
        <w:rPr>
          <w:rFonts w:ascii="Comic Sans MS" w:hAnsi="Comic Sans MS"/>
          <w:sz w:val="20"/>
          <w:szCs w:val="20"/>
        </w:rPr>
      </w:pPr>
    </w:p>
    <w:p w14:paraId="366125C5" w14:textId="47F2B56E" w:rsidR="00D1548C" w:rsidRDefault="00D1548C" w:rsidP="00283578">
      <w:pPr>
        <w:pStyle w:val="ListBullet"/>
        <w:numPr>
          <w:ilvl w:val="0"/>
          <w:numId w:val="0"/>
        </w:numPr>
        <w:ind w:left="360"/>
        <w:rPr>
          <w:rFonts w:ascii="Comic Sans MS" w:hAnsi="Comic Sans MS"/>
          <w:sz w:val="20"/>
          <w:szCs w:val="20"/>
        </w:rPr>
      </w:pPr>
    </w:p>
    <w:p w14:paraId="45272603" w14:textId="09EA0DE5" w:rsidR="00D1548C" w:rsidRDefault="00D1548C" w:rsidP="00283578">
      <w:pPr>
        <w:pStyle w:val="ListBullet"/>
        <w:numPr>
          <w:ilvl w:val="0"/>
          <w:numId w:val="0"/>
        </w:numPr>
        <w:ind w:left="360"/>
        <w:rPr>
          <w:rFonts w:ascii="Comic Sans MS" w:hAnsi="Comic Sans MS"/>
          <w:sz w:val="20"/>
          <w:szCs w:val="20"/>
        </w:rPr>
      </w:pPr>
    </w:p>
    <w:p w14:paraId="7323C4A2" w14:textId="3E3B6EC4" w:rsidR="00D1548C" w:rsidRDefault="00D1548C" w:rsidP="00283578">
      <w:pPr>
        <w:pStyle w:val="ListBullet"/>
        <w:numPr>
          <w:ilvl w:val="0"/>
          <w:numId w:val="0"/>
        </w:numPr>
        <w:ind w:left="360"/>
        <w:rPr>
          <w:rFonts w:ascii="Comic Sans MS" w:hAnsi="Comic Sans MS"/>
          <w:sz w:val="20"/>
          <w:szCs w:val="20"/>
        </w:rPr>
      </w:pPr>
    </w:p>
    <w:p w14:paraId="09152F0C" w14:textId="0CBA8AAC" w:rsidR="00D1548C" w:rsidRDefault="00D1548C" w:rsidP="00283578">
      <w:pPr>
        <w:pStyle w:val="ListBullet"/>
        <w:numPr>
          <w:ilvl w:val="0"/>
          <w:numId w:val="0"/>
        </w:numPr>
        <w:ind w:left="360"/>
        <w:rPr>
          <w:rFonts w:ascii="Comic Sans MS" w:hAnsi="Comic Sans MS"/>
          <w:sz w:val="20"/>
          <w:szCs w:val="20"/>
        </w:rPr>
      </w:pPr>
    </w:p>
    <w:p w14:paraId="4F83FF2E" w14:textId="4ED7808D" w:rsidR="00D1548C" w:rsidRDefault="00D1548C" w:rsidP="00D1548C">
      <w:pPr>
        <w:pStyle w:val="ListBullet"/>
        <w:numPr>
          <w:ilvl w:val="0"/>
          <w:numId w:val="0"/>
        </w:numPr>
        <w:rPr>
          <w:rFonts w:ascii="Comic Sans MS" w:hAnsi="Comic Sans MS"/>
          <w:sz w:val="20"/>
          <w:szCs w:val="20"/>
        </w:rPr>
      </w:pPr>
    </w:p>
    <w:p w14:paraId="3C6B7225" w14:textId="77777777" w:rsidR="00D1548C" w:rsidRPr="00D1548C" w:rsidRDefault="00D1548C" w:rsidP="00D1548C">
      <w:pPr>
        <w:pStyle w:val="ListBullet"/>
        <w:numPr>
          <w:ilvl w:val="0"/>
          <w:numId w:val="0"/>
        </w:numPr>
        <w:rPr>
          <w:rFonts w:ascii="Comic Sans MS" w:hAnsi="Comic Sans MS"/>
          <w:sz w:val="20"/>
          <w:szCs w:val="20"/>
        </w:rPr>
      </w:pPr>
    </w:p>
    <w:p w14:paraId="58CEAD20" w14:textId="77777777" w:rsidR="00283578" w:rsidRPr="00D1548C" w:rsidRDefault="00283578" w:rsidP="00283578">
      <w:pPr>
        <w:spacing w:after="0" w:line="240" w:lineRule="auto"/>
        <w:rPr>
          <w:rFonts w:ascii="Comic Sans MS" w:eastAsia="Times New Roman" w:hAnsi="Comic Sans MS" w:cs="Arial"/>
          <w:sz w:val="20"/>
          <w:szCs w:val="20"/>
          <w:lang w:val="en" w:eastAsia="en-GB"/>
        </w:rPr>
      </w:pPr>
      <w:r w:rsidRPr="00D1548C">
        <w:rPr>
          <w:rFonts w:ascii="Comic Sans MS" w:hAnsi="Comic Sans MS" w:cs="Arial"/>
          <w:b/>
          <w:sz w:val="20"/>
          <w:szCs w:val="20"/>
        </w:rPr>
        <w:lastRenderedPageBreak/>
        <w:t>Appendix A</w:t>
      </w:r>
    </w:p>
    <w:p w14:paraId="193966CD" w14:textId="4A299778" w:rsidR="00283578" w:rsidRPr="00D1548C" w:rsidRDefault="00283578" w:rsidP="00283578">
      <w:pPr>
        <w:pStyle w:val="ListBullet"/>
        <w:numPr>
          <w:ilvl w:val="0"/>
          <w:numId w:val="0"/>
        </w:numPr>
        <w:rPr>
          <w:rFonts w:ascii="Comic Sans MS" w:hAnsi="Comic Sans MS"/>
          <w:sz w:val="20"/>
          <w:szCs w:val="20"/>
        </w:rPr>
      </w:pPr>
    </w:p>
    <w:tbl>
      <w:tblPr>
        <w:tblStyle w:val="TableGrid"/>
        <w:tblpPr w:leftFromText="180" w:rightFromText="180" w:vertAnchor="text" w:horzAnchor="margin" w:tblpY="255"/>
        <w:tblW w:w="10740" w:type="dxa"/>
        <w:tblLook w:val="04A0" w:firstRow="1" w:lastRow="0" w:firstColumn="1" w:lastColumn="0" w:noHBand="0" w:noVBand="1"/>
      </w:tblPr>
      <w:tblGrid>
        <w:gridCol w:w="1378"/>
        <w:gridCol w:w="1849"/>
        <w:gridCol w:w="1276"/>
        <w:gridCol w:w="1559"/>
        <w:gridCol w:w="2126"/>
        <w:gridCol w:w="2552"/>
      </w:tblGrid>
      <w:tr w:rsidR="00283578" w:rsidRPr="00D1548C" w14:paraId="6CB674C1" w14:textId="77777777" w:rsidTr="00283578">
        <w:tc>
          <w:tcPr>
            <w:tcW w:w="1378" w:type="dxa"/>
          </w:tcPr>
          <w:p w14:paraId="62EFBC63" w14:textId="77777777" w:rsidR="00283578" w:rsidRPr="00D1548C" w:rsidRDefault="00283578" w:rsidP="00283578">
            <w:pPr>
              <w:rPr>
                <w:rFonts w:ascii="Comic Sans MS" w:hAnsi="Comic Sans MS" w:cs="Arial"/>
                <w:b/>
                <w:sz w:val="20"/>
                <w:szCs w:val="20"/>
              </w:rPr>
            </w:pPr>
            <w:r w:rsidRPr="00D1548C">
              <w:rPr>
                <w:rFonts w:ascii="Comic Sans MS" w:hAnsi="Comic Sans MS" w:cs="Arial"/>
                <w:b/>
                <w:sz w:val="20"/>
                <w:szCs w:val="20"/>
              </w:rPr>
              <w:t>Class</w:t>
            </w:r>
          </w:p>
        </w:tc>
        <w:tc>
          <w:tcPr>
            <w:tcW w:w="1849" w:type="dxa"/>
          </w:tcPr>
          <w:p w14:paraId="221B167B" w14:textId="77777777" w:rsidR="00283578" w:rsidRPr="00D1548C" w:rsidRDefault="00283578" w:rsidP="00283578">
            <w:pPr>
              <w:rPr>
                <w:rFonts w:ascii="Comic Sans MS" w:hAnsi="Comic Sans MS" w:cs="Arial"/>
                <w:b/>
                <w:sz w:val="20"/>
                <w:szCs w:val="20"/>
              </w:rPr>
            </w:pPr>
            <w:r w:rsidRPr="00D1548C">
              <w:rPr>
                <w:rFonts w:ascii="Comic Sans MS" w:hAnsi="Comic Sans MS" w:cs="Arial"/>
                <w:b/>
                <w:sz w:val="20"/>
                <w:szCs w:val="20"/>
              </w:rPr>
              <w:t>Type of Rack</w:t>
            </w:r>
          </w:p>
          <w:p w14:paraId="043A3179" w14:textId="77777777" w:rsidR="00283578" w:rsidRPr="00D1548C" w:rsidRDefault="00283578" w:rsidP="00283578">
            <w:pPr>
              <w:rPr>
                <w:rFonts w:ascii="Comic Sans MS" w:hAnsi="Comic Sans MS" w:cs="Arial"/>
                <w:b/>
                <w:sz w:val="20"/>
                <w:szCs w:val="20"/>
              </w:rPr>
            </w:pPr>
          </w:p>
          <w:p w14:paraId="478898B1" w14:textId="77777777" w:rsidR="00283578" w:rsidRPr="00D1548C" w:rsidRDefault="00283578" w:rsidP="00283578">
            <w:pPr>
              <w:rPr>
                <w:rFonts w:ascii="Comic Sans MS" w:hAnsi="Comic Sans MS" w:cs="Arial"/>
                <w:sz w:val="20"/>
                <w:szCs w:val="20"/>
              </w:rPr>
            </w:pPr>
            <w:r w:rsidRPr="00D1548C">
              <w:rPr>
                <w:rFonts w:ascii="Comic Sans MS" w:hAnsi="Comic Sans MS" w:cs="Arial"/>
                <w:sz w:val="20"/>
                <w:szCs w:val="20"/>
              </w:rPr>
              <w:t>(Toy Rack/</w:t>
            </w:r>
            <w:proofErr w:type="spellStart"/>
            <w:r w:rsidRPr="00D1548C">
              <w:rPr>
                <w:rFonts w:ascii="Comic Sans MS" w:hAnsi="Comic Sans MS" w:cs="Arial"/>
                <w:sz w:val="20"/>
                <w:szCs w:val="20"/>
              </w:rPr>
              <w:t>BrushBus</w:t>
            </w:r>
            <w:proofErr w:type="spellEnd"/>
            <w:r w:rsidRPr="00D1548C">
              <w:rPr>
                <w:rFonts w:ascii="Comic Sans MS" w:hAnsi="Comic Sans MS" w:cs="Arial"/>
                <w:sz w:val="20"/>
                <w:szCs w:val="20"/>
              </w:rPr>
              <w:t>)</w:t>
            </w:r>
          </w:p>
          <w:p w14:paraId="5E569ECF" w14:textId="77777777" w:rsidR="00283578" w:rsidRPr="00D1548C" w:rsidRDefault="00283578" w:rsidP="00283578">
            <w:pPr>
              <w:rPr>
                <w:rFonts w:ascii="Comic Sans MS" w:hAnsi="Comic Sans MS" w:cs="Arial"/>
                <w:sz w:val="20"/>
                <w:szCs w:val="20"/>
              </w:rPr>
            </w:pPr>
            <w:r w:rsidRPr="00D1548C">
              <w:rPr>
                <w:rFonts w:ascii="Comic Sans MS" w:hAnsi="Comic Sans MS" w:cs="Arial"/>
                <w:sz w:val="20"/>
                <w:szCs w:val="20"/>
              </w:rPr>
              <w:t>Type of Toothbrush</w:t>
            </w:r>
          </w:p>
          <w:p w14:paraId="3C17433E" w14:textId="77777777" w:rsidR="00283578" w:rsidRPr="00D1548C" w:rsidRDefault="00283578" w:rsidP="00283578">
            <w:pPr>
              <w:rPr>
                <w:rFonts w:ascii="Comic Sans MS" w:hAnsi="Comic Sans MS" w:cs="Arial"/>
                <w:b/>
                <w:sz w:val="20"/>
                <w:szCs w:val="20"/>
              </w:rPr>
            </w:pPr>
            <w:r w:rsidRPr="00D1548C">
              <w:rPr>
                <w:rFonts w:ascii="Comic Sans MS" w:hAnsi="Comic Sans MS" w:cs="Arial"/>
                <w:sz w:val="20"/>
                <w:szCs w:val="20"/>
              </w:rPr>
              <w:t>(Toy/Healthy Snacks/Sports)</w:t>
            </w:r>
          </w:p>
        </w:tc>
        <w:tc>
          <w:tcPr>
            <w:tcW w:w="1276" w:type="dxa"/>
          </w:tcPr>
          <w:p w14:paraId="637B6568" w14:textId="77777777" w:rsidR="00283578" w:rsidRPr="00D1548C" w:rsidRDefault="00283578" w:rsidP="00283578">
            <w:pPr>
              <w:rPr>
                <w:rFonts w:ascii="Comic Sans MS" w:hAnsi="Comic Sans MS" w:cs="Arial"/>
                <w:b/>
                <w:sz w:val="20"/>
                <w:szCs w:val="20"/>
              </w:rPr>
            </w:pPr>
            <w:r w:rsidRPr="00D1548C">
              <w:rPr>
                <w:rFonts w:ascii="Comic Sans MS" w:hAnsi="Comic Sans MS" w:cs="Arial"/>
                <w:b/>
                <w:sz w:val="20"/>
                <w:szCs w:val="20"/>
              </w:rPr>
              <w:t>Storage Area</w:t>
            </w:r>
          </w:p>
          <w:p w14:paraId="0FEE365A" w14:textId="77777777" w:rsidR="00283578" w:rsidRPr="00D1548C" w:rsidRDefault="00283578" w:rsidP="00283578">
            <w:pPr>
              <w:rPr>
                <w:rFonts w:ascii="Comic Sans MS" w:hAnsi="Comic Sans MS" w:cs="Arial"/>
                <w:sz w:val="20"/>
                <w:szCs w:val="20"/>
              </w:rPr>
            </w:pPr>
            <w:r w:rsidRPr="00D1548C">
              <w:rPr>
                <w:rFonts w:ascii="Comic Sans MS" w:hAnsi="Comic Sans MS" w:cs="Arial"/>
                <w:sz w:val="20"/>
                <w:szCs w:val="20"/>
              </w:rPr>
              <w:t>(Up high)</w:t>
            </w:r>
          </w:p>
        </w:tc>
        <w:tc>
          <w:tcPr>
            <w:tcW w:w="1559" w:type="dxa"/>
          </w:tcPr>
          <w:p w14:paraId="40A7DFEE" w14:textId="77777777" w:rsidR="00283578" w:rsidRPr="00D1548C" w:rsidRDefault="00283578" w:rsidP="00283578">
            <w:pPr>
              <w:rPr>
                <w:rFonts w:ascii="Comic Sans MS" w:hAnsi="Comic Sans MS" w:cs="Arial"/>
                <w:b/>
                <w:sz w:val="20"/>
                <w:szCs w:val="20"/>
              </w:rPr>
            </w:pPr>
            <w:r w:rsidRPr="00D1548C">
              <w:rPr>
                <w:rFonts w:ascii="Comic Sans MS" w:hAnsi="Comic Sans MS" w:cs="Arial"/>
                <w:b/>
                <w:sz w:val="20"/>
                <w:szCs w:val="20"/>
              </w:rPr>
              <w:t xml:space="preserve">Tooth Brushing Area </w:t>
            </w:r>
          </w:p>
          <w:p w14:paraId="03468103" w14:textId="77777777" w:rsidR="00283578" w:rsidRPr="00D1548C" w:rsidRDefault="00283578" w:rsidP="00283578">
            <w:pPr>
              <w:rPr>
                <w:rFonts w:ascii="Comic Sans MS" w:hAnsi="Comic Sans MS" w:cs="Arial"/>
                <w:sz w:val="20"/>
                <w:szCs w:val="20"/>
              </w:rPr>
            </w:pPr>
            <w:r w:rsidRPr="00D1548C">
              <w:rPr>
                <w:rFonts w:ascii="Comic Sans MS" w:hAnsi="Comic Sans MS" w:cs="Arial"/>
                <w:sz w:val="20"/>
                <w:szCs w:val="20"/>
              </w:rPr>
              <w:t>(Where?)</w:t>
            </w:r>
          </w:p>
        </w:tc>
        <w:tc>
          <w:tcPr>
            <w:tcW w:w="2126" w:type="dxa"/>
          </w:tcPr>
          <w:p w14:paraId="42CFF182" w14:textId="77777777" w:rsidR="00283578" w:rsidRPr="00D1548C" w:rsidRDefault="00283578" w:rsidP="00283578">
            <w:pPr>
              <w:rPr>
                <w:rFonts w:ascii="Comic Sans MS" w:hAnsi="Comic Sans MS" w:cs="Arial"/>
                <w:b/>
                <w:sz w:val="20"/>
                <w:szCs w:val="20"/>
              </w:rPr>
            </w:pPr>
            <w:r w:rsidRPr="00D1548C">
              <w:rPr>
                <w:rFonts w:ascii="Comic Sans MS" w:hAnsi="Comic Sans MS" w:cs="Arial"/>
                <w:b/>
                <w:sz w:val="20"/>
                <w:szCs w:val="20"/>
              </w:rPr>
              <w:t>Cleaning Procedure:</w:t>
            </w:r>
          </w:p>
          <w:p w14:paraId="3E70E285" w14:textId="77777777" w:rsidR="00283578" w:rsidRPr="00D1548C" w:rsidRDefault="00283578" w:rsidP="00283578">
            <w:pPr>
              <w:rPr>
                <w:rFonts w:ascii="Comic Sans MS" w:hAnsi="Comic Sans MS" w:cs="Arial"/>
                <w:sz w:val="20"/>
                <w:szCs w:val="20"/>
              </w:rPr>
            </w:pPr>
            <w:r w:rsidRPr="00D1548C">
              <w:rPr>
                <w:rFonts w:ascii="Comic Sans MS" w:hAnsi="Comic Sans MS" w:cs="Arial"/>
                <w:sz w:val="20"/>
                <w:szCs w:val="20"/>
              </w:rPr>
              <w:t>Of area (product used)</w:t>
            </w:r>
          </w:p>
          <w:p w14:paraId="0BAECE14" w14:textId="77777777" w:rsidR="00283578" w:rsidRPr="00D1548C" w:rsidRDefault="00283578" w:rsidP="00283578">
            <w:pPr>
              <w:rPr>
                <w:rFonts w:ascii="Comic Sans MS" w:hAnsi="Comic Sans MS" w:cs="Arial"/>
                <w:sz w:val="20"/>
                <w:szCs w:val="20"/>
              </w:rPr>
            </w:pPr>
            <w:r w:rsidRPr="00D1548C">
              <w:rPr>
                <w:rFonts w:ascii="Comic Sans MS" w:hAnsi="Comic Sans MS" w:cs="Arial"/>
                <w:sz w:val="20"/>
                <w:szCs w:val="20"/>
              </w:rPr>
              <w:t>Of Rack:</w:t>
            </w:r>
          </w:p>
          <w:p w14:paraId="4C248CDD" w14:textId="77777777" w:rsidR="00283578" w:rsidRPr="00D1548C" w:rsidRDefault="00283578" w:rsidP="00283578">
            <w:pPr>
              <w:rPr>
                <w:rFonts w:ascii="Comic Sans MS" w:hAnsi="Comic Sans MS" w:cs="Arial"/>
                <w:b/>
                <w:sz w:val="20"/>
                <w:szCs w:val="20"/>
              </w:rPr>
            </w:pPr>
            <w:r w:rsidRPr="00D1548C">
              <w:rPr>
                <w:rFonts w:ascii="Comic Sans MS" w:hAnsi="Comic Sans MS" w:cs="Arial"/>
                <w:sz w:val="20"/>
                <w:szCs w:val="20"/>
              </w:rPr>
              <w:t>Of Tooth brushes:</w:t>
            </w:r>
          </w:p>
        </w:tc>
        <w:tc>
          <w:tcPr>
            <w:tcW w:w="2552" w:type="dxa"/>
          </w:tcPr>
          <w:p w14:paraId="313CCB95" w14:textId="77777777" w:rsidR="00283578" w:rsidRPr="00D1548C" w:rsidRDefault="00283578" w:rsidP="00283578">
            <w:pPr>
              <w:rPr>
                <w:rFonts w:ascii="Comic Sans MS" w:hAnsi="Comic Sans MS" w:cs="Arial"/>
                <w:b/>
                <w:sz w:val="20"/>
                <w:szCs w:val="20"/>
              </w:rPr>
            </w:pPr>
            <w:r w:rsidRPr="00D1548C">
              <w:rPr>
                <w:rFonts w:ascii="Comic Sans MS" w:hAnsi="Comic Sans MS" w:cs="Arial"/>
                <w:b/>
                <w:sz w:val="20"/>
                <w:szCs w:val="20"/>
              </w:rPr>
              <w:t>Method of brushing:</w:t>
            </w:r>
          </w:p>
          <w:p w14:paraId="045AF00B" w14:textId="77777777" w:rsidR="00283578" w:rsidRPr="00D1548C" w:rsidRDefault="00283578" w:rsidP="00283578">
            <w:pPr>
              <w:rPr>
                <w:rFonts w:ascii="Comic Sans MS" w:hAnsi="Comic Sans MS" w:cs="Arial"/>
                <w:sz w:val="20"/>
                <w:szCs w:val="20"/>
              </w:rPr>
            </w:pPr>
            <w:r w:rsidRPr="00D1548C">
              <w:rPr>
                <w:rFonts w:ascii="Comic Sans MS" w:hAnsi="Comic Sans MS" w:cs="Arial"/>
                <w:sz w:val="20"/>
                <w:szCs w:val="20"/>
              </w:rPr>
              <w:t>One tube of toothpaste dispensed onto?</w:t>
            </w:r>
          </w:p>
          <w:p w14:paraId="2FB79277" w14:textId="77777777" w:rsidR="00283578" w:rsidRPr="00D1548C" w:rsidRDefault="00283578" w:rsidP="00283578">
            <w:pPr>
              <w:rPr>
                <w:rFonts w:ascii="Comic Sans MS" w:hAnsi="Comic Sans MS" w:cs="Arial"/>
                <w:sz w:val="20"/>
                <w:szCs w:val="20"/>
              </w:rPr>
            </w:pPr>
            <w:r w:rsidRPr="00D1548C">
              <w:rPr>
                <w:rFonts w:ascii="Comic Sans MS" w:hAnsi="Comic Sans MS" w:cs="Arial"/>
                <w:sz w:val="20"/>
                <w:szCs w:val="20"/>
              </w:rPr>
              <w:t>Each child every day?</w:t>
            </w:r>
          </w:p>
          <w:p w14:paraId="307AA91C" w14:textId="77777777" w:rsidR="00283578" w:rsidRPr="00D1548C" w:rsidRDefault="00283578" w:rsidP="00283578">
            <w:pPr>
              <w:rPr>
                <w:rFonts w:ascii="Comic Sans MS" w:hAnsi="Comic Sans MS" w:cs="Arial"/>
                <w:b/>
                <w:sz w:val="20"/>
                <w:szCs w:val="20"/>
              </w:rPr>
            </w:pPr>
            <w:r w:rsidRPr="00D1548C">
              <w:rPr>
                <w:rFonts w:ascii="Comic Sans MS" w:hAnsi="Comic Sans MS" w:cs="Arial"/>
                <w:sz w:val="20"/>
                <w:szCs w:val="20"/>
              </w:rPr>
              <w:t>Rotational brushing – how long?</w:t>
            </w:r>
          </w:p>
        </w:tc>
      </w:tr>
      <w:tr w:rsidR="00283578" w:rsidRPr="00D1548C" w14:paraId="6989627B" w14:textId="77777777" w:rsidTr="00283578">
        <w:tc>
          <w:tcPr>
            <w:tcW w:w="1378" w:type="dxa"/>
          </w:tcPr>
          <w:p w14:paraId="2EAA0B4C" w14:textId="77777777" w:rsidR="00283578" w:rsidRPr="00D1548C" w:rsidRDefault="00283578" w:rsidP="00283578">
            <w:pPr>
              <w:rPr>
                <w:rFonts w:ascii="Comic Sans MS" w:hAnsi="Comic Sans MS" w:cs="Arial"/>
                <w:b/>
                <w:sz w:val="20"/>
                <w:szCs w:val="20"/>
              </w:rPr>
            </w:pPr>
            <w:r w:rsidRPr="00D1548C">
              <w:rPr>
                <w:rFonts w:ascii="Comic Sans MS" w:hAnsi="Comic Sans MS" w:cs="Arial"/>
                <w:b/>
                <w:sz w:val="20"/>
                <w:szCs w:val="20"/>
              </w:rPr>
              <w:t>2yrs</w:t>
            </w:r>
          </w:p>
        </w:tc>
        <w:tc>
          <w:tcPr>
            <w:tcW w:w="1849" w:type="dxa"/>
          </w:tcPr>
          <w:p w14:paraId="4C802DC3" w14:textId="77777777" w:rsidR="00283578" w:rsidRPr="00D1548C" w:rsidRDefault="00283578" w:rsidP="00283578">
            <w:pPr>
              <w:rPr>
                <w:rFonts w:ascii="Comic Sans MS" w:hAnsi="Comic Sans MS" w:cs="Arial"/>
                <w:sz w:val="20"/>
                <w:szCs w:val="20"/>
              </w:rPr>
            </w:pPr>
          </w:p>
          <w:p w14:paraId="6C6872CB" w14:textId="77777777" w:rsidR="00283578" w:rsidRPr="00D1548C" w:rsidRDefault="00283578" w:rsidP="00283578">
            <w:pPr>
              <w:rPr>
                <w:rFonts w:ascii="Comic Sans MS" w:hAnsi="Comic Sans MS" w:cs="Arial"/>
                <w:sz w:val="20"/>
                <w:szCs w:val="20"/>
              </w:rPr>
            </w:pPr>
          </w:p>
          <w:p w14:paraId="7E08D798" w14:textId="77777777" w:rsidR="00283578" w:rsidRPr="00D1548C" w:rsidRDefault="00283578" w:rsidP="00283578">
            <w:pPr>
              <w:rPr>
                <w:rFonts w:ascii="Comic Sans MS" w:hAnsi="Comic Sans MS" w:cs="Arial"/>
                <w:sz w:val="20"/>
                <w:szCs w:val="20"/>
              </w:rPr>
            </w:pPr>
          </w:p>
        </w:tc>
        <w:tc>
          <w:tcPr>
            <w:tcW w:w="1276" w:type="dxa"/>
          </w:tcPr>
          <w:p w14:paraId="3443DA2E" w14:textId="77777777" w:rsidR="00283578" w:rsidRPr="00D1548C" w:rsidRDefault="00283578" w:rsidP="00283578">
            <w:pPr>
              <w:rPr>
                <w:rFonts w:ascii="Comic Sans MS" w:hAnsi="Comic Sans MS" w:cs="Arial"/>
                <w:sz w:val="20"/>
                <w:szCs w:val="20"/>
              </w:rPr>
            </w:pPr>
          </w:p>
        </w:tc>
        <w:tc>
          <w:tcPr>
            <w:tcW w:w="1559" w:type="dxa"/>
          </w:tcPr>
          <w:p w14:paraId="2A15E935" w14:textId="77777777" w:rsidR="00283578" w:rsidRPr="00D1548C" w:rsidRDefault="00283578" w:rsidP="00283578">
            <w:pPr>
              <w:rPr>
                <w:rFonts w:ascii="Comic Sans MS" w:hAnsi="Comic Sans MS" w:cs="Arial"/>
                <w:sz w:val="20"/>
                <w:szCs w:val="20"/>
              </w:rPr>
            </w:pPr>
          </w:p>
        </w:tc>
        <w:tc>
          <w:tcPr>
            <w:tcW w:w="2126" w:type="dxa"/>
          </w:tcPr>
          <w:p w14:paraId="25A06F92" w14:textId="77777777" w:rsidR="00283578" w:rsidRPr="00D1548C" w:rsidRDefault="00283578" w:rsidP="00283578">
            <w:pPr>
              <w:rPr>
                <w:rFonts w:ascii="Comic Sans MS" w:hAnsi="Comic Sans MS" w:cs="Arial"/>
                <w:sz w:val="20"/>
                <w:szCs w:val="20"/>
              </w:rPr>
            </w:pPr>
          </w:p>
        </w:tc>
        <w:tc>
          <w:tcPr>
            <w:tcW w:w="2552" w:type="dxa"/>
          </w:tcPr>
          <w:p w14:paraId="16E4FB4C" w14:textId="77777777" w:rsidR="00283578" w:rsidRPr="00D1548C" w:rsidRDefault="00283578" w:rsidP="00283578">
            <w:pPr>
              <w:rPr>
                <w:rFonts w:ascii="Comic Sans MS" w:hAnsi="Comic Sans MS" w:cs="Arial"/>
                <w:sz w:val="20"/>
                <w:szCs w:val="20"/>
              </w:rPr>
            </w:pPr>
          </w:p>
        </w:tc>
      </w:tr>
      <w:tr w:rsidR="00283578" w:rsidRPr="00D1548C" w14:paraId="577659C6" w14:textId="77777777" w:rsidTr="00283578">
        <w:tc>
          <w:tcPr>
            <w:tcW w:w="1378" w:type="dxa"/>
          </w:tcPr>
          <w:p w14:paraId="5693FAA6" w14:textId="77777777" w:rsidR="00283578" w:rsidRPr="00D1548C" w:rsidRDefault="00283578" w:rsidP="00283578">
            <w:pPr>
              <w:rPr>
                <w:rFonts w:ascii="Comic Sans MS" w:hAnsi="Comic Sans MS" w:cs="Arial"/>
                <w:b/>
                <w:sz w:val="20"/>
                <w:szCs w:val="20"/>
              </w:rPr>
            </w:pPr>
            <w:r w:rsidRPr="00D1548C">
              <w:rPr>
                <w:rFonts w:ascii="Comic Sans MS" w:hAnsi="Comic Sans MS" w:cs="Arial"/>
                <w:b/>
                <w:sz w:val="20"/>
                <w:szCs w:val="20"/>
              </w:rPr>
              <w:t>Nursery</w:t>
            </w:r>
          </w:p>
        </w:tc>
        <w:tc>
          <w:tcPr>
            <w:tcW w:w="1849" w:type="dxa"/>
          </w:tcPr>
          <w:p w14:paraId="060396B6" w14:textId="77777777" w:rsidR="00283578" w:rsidRPr="00D1548C" w:rsidRDefault="00283578" w:rsidP="00283578">
            <w:pPr>
              <w:rPr>
                <w:rFonts w:ascii="Comic Sans MS" w:hAnsi="Comic Sans MS" w:cs="Arial"/>
                <w:sz w:val="20"/>
                <w:szCs w:val="20"/>
              </w:rPr>
            </w:pPr>
            <w:r w:rsidRPr="00D1548C">
              <w:rPr>
                <w:rFonts w:ascii="Comic Sans MS" w:hAnsi="Comic Sans MS" w:cs="Arial"/>
                <w:sz w:val="20"/>
                <w:szCs w:val="20"/>
              </w:rPr>
              <w:t>x</w:t>
            </w:r>
          </w:p>
          <w:p w14:paraId="52B986E1" w14:textId="77777777" w:rsidR="00283578" w:rsidRPr="00D1548C" w:rsidRDefault="00283578" w:rsidP="00283578">
            <w:pPr>
              <w:rPr>
                <w:rFonts w:ascii="Comic Sans MS" w:hAnsi="Comic Sans MS" w:cs="Arial"/>
                <w:sz w:val="20"/>
                <w:szCs w:val="20"/>
              </w:rPr>
            </w:pPr>
          </w:p>
          <w:p w14:paraId="32783982" w14:textId="77777777" w:rsidR="00283578" w:rsidRPr="00D1548C" w:rsidRDefault="00283578" w:rsidP="00283578">
            <w:pPr>
              <w:rPr>
                <w:rFonts w:ascii="Comic Sans MS" w:hAnsi="Comic Sans MS" w:cs="Arial"/>
                <w:sz w:val="20"/>
                <w:szCs w:val="20"/>
              </w:rPr>
            </w:pPr>
          </w:p>
        </w:tc>
        <w:tc>
          <w:tcPr>
            <w:tcW w:w="1276" w:type="dxa"/>
          </w:tcPr>
          <w:p w14:paraId="49430CEA" w14:textId="77777777" w:rsidR="00283578" w:rsidRPr="00D1548C" w:rsidRDefault="00283578" w:rsidP="00283578">
            <w:pPr>
              <w:rPr>
                <w:rFonts w:ascii="Comic Sans MS" w:hAnsi="Comic Sans MS" w:cs="Arial"/>
                <w:sz w:val="20"/>
                <w:szCs w:val="20"/>
              </w:rPr>
            </w:pPr>
            <w:r w:rsidRPr="00D1548C">
              <w:rPr>
                <w:rFonts w:ascii="Comic Sans MS" w:hAnsi="Comic Sans MS" w:cs="Arial"/>
                <w:sz w:val="20"/>
                <w:szCs w:val="20"/>
              </w:rPr>
              <w:t>x</w:t>
            </w:r>
          </w:p>
        </w:tc>
        <w:tc>
          <w:tcPr>
            <w:tcW w:w="1559" w:type="dxa"/>
          </w:tcPr>
          <w:p w14:paraId="2C533AEF" w14:textId="77777777" w:rsidR="00283578" w:rsidRPr="00D1548C" w:rsidRDefault="00283578" w:rsidP="00283578">
            <w:pPr>
              <w:rPr>
                <w:rFonts w:ascii="Comic Sans MS" w:hAnsi="Comic Sans MS" w:cs="Arial"/>
                <w:sz w:val="20"/>
                <w:szCs w:val="20"/>
              </w:rPr>
            </w:pPr>
            <w:r w:rsidRPr="00D1548C">
              <w:rPr>
                <w:rFonts w:ascii="Comic Sans MS" w:hAnsi="Comic Sans MS" w:cs="Arial"/>
                <w:sz w:val="20"/>
                <w:szCs w:val="20"/>
              </w:rPr>
              <w:t>x</w:t>
            </w:r>
          </w:p>
        </w:tc>
        <w:tc>
          <w:tcPr>
            <w:tcW w:w="2126" w:type="dxa"/>
          </w:tcPr>
          <w:p w14:paraId="1008B912" w14:textId="77777777" w:rsidR="00283578" w:rsidRPr="00D1548C" w:rsidRDefault="00283578" w:rsidP="00283578">
            <w:pPr>
              <w:rPr>
                <w:rFonts w:ascii="Comic Sans MS" w:hAnsi="Comic Sans MS" w:cs="Arial"/>
                <w:sz w:val="20"/>
                <w:szCs w:val="20"/>
              </w:rPr>
            </w:pPr>
            <w:r w:rsidRPr="00D1548C">
              <w:rPr>
                <w:rFonts w:ascii="Comic Sans MS" w:hAnsi="Comic Sans MS" w:cs="Arial"/>
                <w:sz w:val="20"/>
                <w:szCs w:val="20"/>
              </w:rPr>
              <w:t>x</w:t>
            </w:r>
          </w:p>
        </w:tc>
        <w:tc>
          <w:tcPr>
            <w:tcW w:w="2552" w:type="dxa"/>
          </w:tcPr>
          <w:p w14:paraId="39B09DA3" w14:textId="77777777" w:rsidR="00283578" w:rsidRPr="00D1548C" w:rsidRDefault="00283578" w:rsidP="00283578">
            <w:pPr>
              <w:rPr>
                <w:rFonts w:ascii="Comic Sans MS" w:hAnsi="Comic Sans MS" w:cs="Arial"/>
                <w:sz w:val="20"/>
                <w:szCs w:val="20"/>
              </w:rPr>
            </w:pPr>
            <w:r w:rsidRPr="00D1548C">
              <w:rPr>
                <w:rFonts w:ascii="Comic Sans MS" w:hAnsi="Comic Sans MS" w:cs="Arial"/>
                <w:sz w:val="20"/>
                <w:szCs w:val="20"/>
              </w:rPr>
              <w:t>Plate/sheet</w:t>
            </w:r>
          </w:p>
          <w:p w14:paraId="479C5599" w14:textId="77777777" w:rsidR="00283578" w:rsidRPr="00D1548C" w:rsidRDefault="00283578" w:rsidP="00283578">
            <w:pPr>
              <w:rPr>
                <w:rFonts w:ascii="Comic Sans MS" w:hAnsi="Comic Sans MS" w:cs="Arial"/>
                <w:sz w:val="20"/>
                <w:szCs w:val="20"/>
              </w:rPr>
            </w:pPr>
            <w:r w:rsidRPr="00D1548C">
              <w:rPr>
                <w:rFonts w:ascii="Comic Sans MS" w:hAnsi="Comic Sans MS" w:cs="Arial"/>
                <w:sz w:val="20"/>
                <w:szCs w:val="20"/>
              </w:rPr>
              <w:t>Each day</w:t>
            </w:r>
          </w:p>
          <w:p w14:paraId="538CB130" w14:textId="77777777" w:rsidR="00283578" w:rsidRPr="00D1548C" w:rsidRDefault="00283578" w:rsidP="00283578">
            <w:pPr>
              <w:rPr>
                <w:rFonts w:ascii="Comic Sans MS" w:hAnsi="Comic Sans MS" w:cs="Arial"/>
                <w:sz w:val="20"/>
                <w:szCs w:val="20"/>
              </w:rPr>
            </w:pPr>
            <w:r w:rsidRPr="00D1548C">
              <w:rPr>
                <w:rFonts w:ascii="Comic Sans MS" w:hAnsi="Comic Sans MS" w:cs="Arial"/>
                <w:sz w:val="20"/>
                <w:szCs w:val="20"/>
              </w:rPr>
              <w:t>As directed by song</w:t>
            </w:r>
          </w:p>
        </w:tc>
      </w:tr>
      <w:tr w:rsidR="00283578" w:rsidRPr="00D1548C" w14:paraId="3191D1FB" w14:textId="77777777" w:rsidTr="00283578">
        <w:tc>
          <w:tcPr>
            <w:tcW w:w="1378" w:type="dxa"/>
          </w:tcPr>
          <w:p w14:paraId="725EEAE0" w14:textId="77777777" w:rsidR="00283578" w:rsidRPr="00D1548C" w:rsidRDefault="00283578" w:rsidP="00283578">
            <w:pPr>
              <w:rPr>
                <w:rFonts w:ascii="Comic Sans MS" w:hAnsi="Comic Sans MS" w:cs="Arial"/>
                <w:b/>
                <w:sz w:val="20"/>
                <w:szCs w:val="20"/>
              </w:rPr>
            </w:pPr>
            <w:r w:rsidRPr="00D1548C">
              <w:rPr>
                <w:rFonts w:ascii="Comic Sans MS" w:hAnsi="Comic Sans MS" w:cs="Arial"/>
                <w:b/>
                <w:sz w:val="20"/>
                <w:szCs w:val="20"/>
              </w:rPr>
              <w:t xml:space="preserve">Reception </w:t>
            </w:r>
          </w:p>
        </w:tc>
        <w:tc>
          <w:tcPr>
            <w:tcW w:w="1849" w:type="dxa"/>
          </w:tcPr>
          <w:p w14:paraId="3E658D6F" w14:textId="77777777" w:rsidR="00283578" w:rsidRPr="00D1548C" w:rsidRDefault="00283578" w:rsidP="00283578">
            <w:pPr>
              <w:rPr>
                <w:rFonts w:ascii="Comic Sans MS" w:hAnsi="Comic Sans MS" w:cs="Arial"/>
                <w:sz w:val="20"/>
                <w:szCs w:val="20"/>
              </w:rPr>
            </w:pPr>
            <w:r w:rsidRPr="00D1548C">
              <w:rPr>
                <w:rFonts w:ascii="Comic Sans MS" w:hAnsi="Comic Sans MS" w:cs="Arial"/>
                <w:sz w:val="20"/>
                <w:szCs w:val="20"/>
              </w:rPr>
              <w:t>x</w:t>
            </w:r>
          </w:p>
          <w:p w14:paraId="58EFB11E" w14:textId="77777777" w:rsidR="00283578" w:rsidRPr="00D1548C" w:rsidRDefault="00283578" w:rsidP="00283578">
            <w:pPr>
              <w:rPr>
                <w:rFonts w:ascii="Comic Sans MS" w:hAnsi="Comic Sans MS" w:cs="Arial"/>
                <w:sz w:val="20"/>
                <w:szCs w:val="20"/>
              </w:rPr>
            </w:pPr>
          </w:p>
        </w:tc>
        <w:tc>
          <w:tcPr>
            <w:tcW w:w="1276" w:type="dxa"/>
          </w:tcPr>
          <w:p w14:paraId="7E6AA4E9" w14:textId="77777777" w:rsidR="00283578" w:rsidRPr="00D1548C" w:rsidRDefault="00283578" w:rsidP="00283578">
            <w:pPr>
              <w:rPr>
                <w:rFonts w:ascii="Comic Sans MS" w:hAnsi="Comic Sans MS" w:cs="Arial"/>
                <w:sz w:val="20"/>
                <w:szCs w:val="20"/>
              </w:rPr>
            </w:pPr>
            <w:r w:rsidRPr="00D1548C">
              <w:rPr>
                <w:rFonts w:ascii="Comic Sans MS" w:hAnsi="Comic Sans MS" w:cs="Arial"/>
                <w:sz w:val="20"/>
                <w:szCs w:val="20"/>
              </w:rPr>
              <w:t>x</w:t>
            </w:r>
          </w:p>
        </w:tc>
        <w:tc>
          <w:tcPr>
            <w:tcW w:w="1559" w:type="dxa"/>
          </w:tcPr>
          <w:p w14:paraId="5C4576C1" w14:textId="77777777" w:rsidR="00283578" w:rsidRPr="00D1548C" w:rsidRDefault="00283578" w:rsidP="00283578">
            <w:pPr>
              <w:rPr>
                <w:rFonts w:ascii="Comic Sans MS" w:hAnsi="Comic Sans MS" w:cs="Arial"/>
                <w:sz w:val="20"/>
                <w:szCs w:val="20"/>
              </w:rPr>
            </w:pPr>
            <w:r w:rsidRPr="00D1548C">
              <w:rPr>
                <w:rFonts w:ascii="Comic Sans MS" w:hAnsi="Comic Sans MS" w:cs="Arial"/>
                <w:sz w:val="20"/>
                <w:szCs w:val="20"/>
              </w:rPr>
              <w:t>x</w:t>
            </w:r>
          </w:p>
        </w:tc>
        <w:tc>
          <w:tcPr>
            <w:tcW w:w="2126" w:type="dxa"/>
          </w:tcPr>
          <w:p w14:paraId="6FE9AA8B" w14:textId="77777777" w:rsidR="00283578" w:rsidRPr="00D1548C" w:rsidRDefault="00283578" w:rsidP="00283578">
            <w:pPr>
              <w:rPr>
                <w:rFonts w:ascii="Comic Sans MS" w:hAnsi="Comic Sans MS" w:cs="Arial"/>
                <w:sz w:val="20"/>
                <w:szCs w:val="20"/>
              </w:rPr>
            </w:pPr>
            <w:r w:rsidRPr="00D1548C">
              <w:rPr>
                <w:rFonts w:ascii="Comic Sans MS" w:hAnsi="Comic Sans MS" w:cs="Arial"/>
                <w:sz w:val="20"/>
                <w:szCs w:val="20"/>
              </w:rPr>
              <w:t>x</w:t>
            </w:r>
          </w:p>
        </w:tc>
        <w:tc>
          <w:tcPr>
            <w:tcW w:w="2552" w:type="dxa"/>
          </w:tcPr>
          <w:p w14:paraId="72408DEE" w14:textId="77777777" w:rsidR="00283578" w:rsidRPr="00D1548C" w:rsidRDefault="00283578" w:rsidP="00283578">
            <w:pPr>
              <w:rPr>
                <w:rFonts w:ascii="Comic Sans MS" w:hAnsi="Comic Sans MS" w:cs="Arial"/>
                <w:sz w:val="20"/>
                <w:szCs w:val="20"/>
              </w:rPr>
            </w:pPr>
            <w:r w:rsidRPr="00D1548C">
              <w:rPr>
                <w:rFonts w:ascii="Comic Sans MS" w:hAnsi="Comic Sans MS" w:cs="Arial"/>
                <w:sz w:val="20"/>
                <w:szCs w:val="20"/>
              </w:rPr>
              <w:t>As above</w:t>
            </w:r>
          </w:p>
        </w:tc>
      </w:tr>
      <w:tr w:rsidR="00283578" w:rsidRPr="00D1548C" w14:paraId="4B090E58" w14:textId="77777777" w:rsidTr="00283578">
        <w:tc>
          <w:tcPr>
            <w:tcW w:w="1378" w:type="dxa"/>
          </w:tcPr>
          <w:p w14:paraId="42316107" w14:textId="77777777" w:rsidR="00283578" w:rsidRPr="00D1548C" w:rsidRDefault="00283578" w:rsidP="00283578">
            <w:pPr>
              <w:rPr>
                <w:rFonts w:ascii="Comic Sans MS" w:hAnsi="Comic Sans MS" w:cs="Arial"/>
                <w:b/>
                <w:sz w:val="20"/>
                <w:szCs w:val="20"/>
              </w:rPr>
            </w:pPr>
            <w:r w:rsidRPr="00D1548C">
              <w:rPr>
                <w:rFonts w:ascii="Comic Sans MS" w:hAnsi="Comic Sans MS" w:cs="Arial"/>
                <w:b/>
                <w:sz w:val="20"/>
                <w:szCs w:val="20"/>
              </w:rPr>
              <w:t xml:space="preserve">Year 1 </w:t>
            </w:r>
          </w:p>
        </w:tc>
        <w:tc>
          <w:tcPr>
            <w:tcW w:w="1849" w:type="dxa"/>
          </w:tcPr>
          <w:p w14:paraId="7B641105" w14:textId="77777777" w:rsidR="00283578" w:rsidRPr="00D1548C" w:rsidRDefault="00283578" w:rsidP="00283578">
            <w:pPr>
              <w:rPr>
                <w:rFonts w:ascii="Comic Sans MS" w:hAnsi="Comic Sans MS" w:cs="Arial"/>
                <w:sz w:val="20"/>
                <w:szCs w:val="20"/>
              </w:rPr>
            </w:pPr>
          </w:p>
          <w:p w14:paraId="48EDF7F5" w14:textId="77777777" w:rsidR="00283578" w:rsidRPr="00D1548C" w:rsidRDefault="00283578" w:rsidP="00283578">
            <w:pPr>
              <w:rPr>
                <w:rFonts w:ascii="Comic Sans MS" w:hAnsi="Comic Sans MS" w:cs="Arial"/>
                <w:sz w:val="20"/>
                <w:szCs w:val="20"/>
              </w:rPr>
            </w:pPr>
          </w:p>
        </w:tc>
        <w:tc>
          <w:tcPr>
            <w:tcW w:w="1276" w:type="dxa"/>
          </w:tcPr>
          <w:p w14:paraId="6C4E57AE" w14:textId="77777777" w:rsidR="00283578" w:rsidRPr="00D1548C" w:rsidRDefault="00283578" w:rsidP="00283578">
            <w:pPr>
              <w:rPr>
                <w:rFonts w:ascii="Comic Sans MS" w:hAnsi="Comic Sans MS" w:cs="Arial"/>
                <w:sz w:val="20"/>
                <w:szCs w:val="20"/>
              </w:rPr>
            </w:pPr>
          </w:p>
        </w:tc>
        <w:tc>
          <w:tcPr>
            <w:tcW w:w="1559" w:type="dxa"/>
          </w:tcPr>
          <w:p w14:paraId="14869AB6" w14:textId="77777777" w:rsidR="00283578" w:rsidRPr="00D1548C" w:rsidRDefault="00283578" w:rsidP="00283578">
            <w:pPr>
              <w:rPr>
                <w:rFonts w:ascii="Comic Sans MS" w:hAnsi="Comic Sans MS" w:cs="Arial"/>
                <w:sz w:val="20"/>
                <w:szCs w:val="20"/>
              </w:rPr>
            </w:pPr>
          </w:p>
        </w:tc>
        <w:tc>
          <w:tcPr>
            <w:tcW w:w="2126" w:type="dxa"/>
          </w:tcPr>
          <w:p w14:paraId="0AE9EC32" w14:textId="77777777" w:rsidR="00283578" w:rsidRPr="00D1548C" w:rsidRDefault="00283578" w:rsidP="00283578">
            <w:pPr>
              <w:rPr>
                <w:rFonts w:ascii="Comic Sans MS" w:hAnsi="Comic Sans MS" w:cs="Arial"/>
                <w:sz w:val="20"/>
                <w:szCs w:val="20"/>
              </w:rPr>
            </w:pPr>
          </w:p>
        </w:tc>
        <w:tc>
          <w:tcPr>
            <w:tcW w:w="2552" w:type="dxa"/>
          </w:tcPr>
          <w:p w14:paraId="4B16F6DB" w14:textId="77777777" w:rsidR="00283578" w:rsidRPr="00D1548C" w:rsidRDefault="00283578" w:rsidP="00283578">
            <w:pPr>
              <w:rPr>
                <w:rFonts w:ascii="Comic Sans MS" w:hAnsi="Comic Sans MS" w:cs="Arial"/>
                <w:sz w:val="20"/>
                <w:szCs w:val="20"/>
              </w:rPr>
            </w:pPr>
          </w:p>
        </w:tc>
      </w:tr>
      <w:tr w:rsidR="00283578" w:rsidRPr="00D1548C" w14:paraId="2513DC1A" w14:textId="77777777" w:rsidTr="00283578">
        <w:tc>
          <w:tcPr>
            <w:tcW w:w="1378" w:type="dxa"/>
          </w:tcPr>
          <w:p w14:paraId="35781731" w14:textId="77777777" w:rsidR="00283578" w:rsidRPr="00D1548C" w:rsidRDefault="00283578" w:rsidP="00283578">
            <w:pPr>
              <w:rPr>
                <w:rFonts w:ascii="Comic Sans MS" w:hAnsi="Comic Sans MS" w:cs="Arial"/>
                <w:b/>
                <w:sz w:val="20"/>
                <w:szCs w:val="20"/>
              </w:rPr>
            </w:pPr>
            <w:r w:rsidRPr="00D1548C">
              <w:rPr>
                <w:rFonts w:ascii="Comic Sans MS" w:hAnsi="Comic Sans MS" w:cs="Arial"/>
                <w:b/>
                <w:sz w:val="20"/>
                <w:szCs w:val="20"/>
              </w:rPr>
              <w:t xml:space="preserve">Year 2 </w:t>
            </w:r>
          </w:p>
        </w:tc>
        <w:tc>
          <w:tcPr>
            <w:tcW w:w="1849" w:type="dxa"/>
          </w:tcPr>
          <w:p w14:paraId="5B1E88BE" w14:textId="77777777" w:rsidR="00283578" w:rsidRPr="00D1548C" w:rsidRDefault="00283578" w:rsidP="00283578">
            <w:pPr>
              <w:rPr>
                <w:rFonts w:ascii="Comic Sans MS" w:hAnsi="Comic Sans MS" w:cs="Arial"/>
                <w:sz w:val="20"/>
                <w:szCs w:val="20"/>
              </w:rPr>
            </w:pPr>
          </w:p>
          <w:p w14:paraId="3D70C7FA" w14:textId="77777777" w:rsidR="00283578" w:rsidRPr="00D1548C" w:rsidRDefault="00283578" w:rsidP="00283578">
            <w:pPr>
              <w:rPr>
                <w:rFonts w:ascii="Comic Sans MS" w:hAnsi="Comic Sans MS" w:cs="Arial"/>
                <w:sz w:val="20"/>
                <w:szCs w:val="20"/>
              </w:rPr>
            </w:pPr>
          </w:p>
        </w:tc>
        <w:tc>
          <w:tcPr>
            <w:tcW w:w="1276" w:type="dxa"/>
          </w:tcPr>
          <w:p w14:paraId="2AB48B54" w14:textId="77777777" w:rsidR="00283578" w:rsidRPr="00D1548C" w:rsidRDefault="00283578" w:rsidP="00283578">
            <w:pPr>
              <w:rPr>
                <w:rFonts w:ascii="Comic Sans MS" w:hAnsi="Comic Sans MS" w:cs="Arial"/>
                <w:sz w:val="20"/>
                <w:szCs w:val="20"/>
              </w:rPr>
            </w:pPr>
          </w:p>
        </w:tc>
        <w:tc>
          <w:tcPr>
            <w:tcW w:w="1559" w:type="dxa"/>
          </w:tcPr>
          <w:p w14:paraId="6B51D042" w14:textId="77777777" w:rsidR="00283578" w:rsidRPr="00D1548C" w:rsidRDefault="00283578" w:rsidP="00283578">
            <w:pPr>
              <w:rPr>
                <w:rFonts w:ascii="Comic Sans MS" w:hAnsi="Comic Sans MS" w:cs="Arial"/>
                <w:sz w:val="20"/>
                <w:szCs w:val="20"/>
              </w:rPr>
            </w:pPr>
          </w:p>
        </w:tc>
        <w:tc>
          <w:tcPr>
            <w:tcW w:w="2126" w:type="dxa"/>
          </w:tcPr>
          <w:p w14:paraId="3CAF5D67" w14:textId="77777777" w:rsidR="00283578" w:rsidRPr="00D1548C" w:rsidRDefault="00283578" w:rsidP="00283578">
            <w:pPr>
              <w:rPr>
                <w:rFonts w:ascii="Comic Sans MS" w:hAnsi="Comic Sans MS" w:cs="Arial"/>
                <w:sz w:val="20"/>
                <w:szCs w:val="20"/>
              </w:rPr>
            </w:pPr>
          </w:p>
        </w:tc>
        <w:tc>
          <w:tcPr>
            <w:tcW w:w="2552" w:type="dxa"/>
          </w:tcPr>
          <w:p w14:paraId="2E9F01C6" w14:textId="77777777" w:rsidR="00283578" w:rsidRPr="00D1548C" w:rsidRDefault="00283578" w:rsidP="00283578">
            <w:pPr>
              <w:rPr>
                <w:rFonts w:ascii="Comic Sans MS" w:hAnsi="Comic Sans MS" w:cs="Arial"/>
                <w:sz w:val="20"/>
                <w:szCs w:val="20"/>
              </w:rPr>
            </w:pPr>
          </w:p>
        </w:tc>
      </w:tr>
      <w:tr w:rsidR="00283578" w:rsidRPr="00D1548C" w14:paraId="4013B663" w14:textId="77777777" w:rsidTr="00283578">
        <w:tc>
          <w:tcPr>
            <w:tcW w:w="1378" w:type="dxa"/>
          </w:tcPr>
          <w:p w14:paraId="05EF9CC1" w14:textId="77777777" w:rsidR="00283578" w:rsidRPr="00D1548C" w:rsidRDefault="00283578" w:rsidP="00283578">
            <w:pPr>
              <w:rPr>
                <w:rFonts w:ascii="Comic Sans MS" w:hAnsi="Comic Sans MS" w:cs="Arial"/>
                <w:b/>
                <w:sz w:val="20"/>
                <w:szCs w:val="20"/>
              </w:rPr>
            </w:pPr>
            <w:r w:rsidRPr="00D1548C">
              <w:rPr>
                <w:rFonts w:ascii="Comic Sans MS" w:hAnsi="Comic Sans MS" w:cs="Arial"/>
                <w:b/>
                <w:sz w:val="20"/>
                <w:szCs w:val="20"/>
              </w:rPr>
              <w:t xml:space="preserve">Year 3 </w:t>
            </w:r>
          </w:p>
        </w:tc>
        <w:tc>
          <w:tcPr>
            <w:tcW w:w="1849" w:type="dxa"/>
          </w:tcPr>
          <w:p w14:paraId="545D3A48" w14:textId="77777777" w:rsidR="00283578" w:rsidRPr="00D1548C" w:rsidRDefault="00283578" w:rsidP="00283578">
            <w:pPr>
              <w:rPr>
                <w:rFonts w:ascii="Comic Sans MS" w:hAnsi="Comic Sans MS" w:cs="Arial"/>
                <w:sz w:val="20"/>
                <w:szCs w:val="20"/>
              </w:rPr>
            </w:pPr>
          </w:p>
          <w:p w14:paraId="1791AF68" w14:textId="77777777" w:rsidR="00283578" w:rsidRPr="00D1548C" w:rsidRDefault="00283578" w:rsidP="00283578">
            <w:pPr>
              <w:rPr>
                <w:rFonts w:ascii="Comic Sans MS" w:hAnsi="Comic Sans MS" w:cs="Arial"/>
                <w:sz w:val="20"/>
                <w:szCs w:val="20"/>
              </w:rPr>
            </w:pPr>
          </w:p>
        </w:tc>
        <w:tc>
          <w:tcPr>
            <w:tcW w:w="1276" w:type="dxa"/>
          </w:tcPr>
          <w:p w14:paraId="4B02D4B0" w14:textId="77777777" w:rsidR="00283578" w:rsidRPr="00D1548C" w:rsidRDefault="00283578" w:rsidP="00283578">
            <w:pPr>
              <w:rPr>
                <w:rFonts w:ascii="Comic Sans MS" w:hAnsi="Comic Sans MS" w:cs="Arial"/>
                <w:sz w:val="20"/>
                <w:szCs w:val="20"/>
              </w:rPr>
            </w:pPr>
          </w:p>
        </w:tc>
        <w:tc>
          <w:tcPr>
            <w:tcW w:w="1559" w:type="dxa"/>
          </w:tcPr>
          <w:p w14:paraId="46A64EB6" w14:textId="77777777" w:rsidR="00283578" w:rsidRPr="00D1548C" w:rsidRDefault="00283578" w:rsidP="00283578">
            <w:pPr>
              <w:rPr>
                <w:rFonts w:ascii="Comic Sans MS" w:hAnsi="Comic Sans MS" w:cs="Arial"/>
                <w:sz w:val="20"/>
                <w:szCs w:val="20"/>
              </w:rPr>
            </w:pPr>
          </w:p>
        </w:tc>
        <w:tc>
          <w:tcPr>
            <w:tcW w:w="2126" w:type="dxa"/>
          </w:tcPr>
          <w:p w14:paraId="75266FBC" w14:textId="77777777" w:rsidR="00283578" w:rsidRPr="00D1548C" w:rsidRDefault="00283578" w:rsidP="00283578">
            <w:pPr>
              <w:rPr>
                <w:rFonts w:ascii="Comic Sans MS" w:hAnsi="Comic Sans MS" w:cs="Arial"/>
                <w:sz w:val="20"/>
                <w:szCs w:val="20"/>
              </w:rPr>
            </w:pPr>
          </w:p>
        </w:tc>
        <w:tc>
          <w:tcPr>
            <w:tcW w:w="2552" w:type="dxa"/>
          </w:tcPr>
          <w:p w14:paraId="5E997469" w14:textId="77777777" w:rsidR="00283578" w:rsidRPr="00D1548C" w:rsidRDefault="00283578" w:rsidP="00283578">
            <w:pPr>
              <w:rPr>
                <w:rFonts w:ascii="Comic Sans MS" w:hAnsi="Comic Sans MS" w:cs="Arial"/>
                <w:sz w:val="20"/>
                <w:szCs w:val="20"/>
              </w:rPr>
            </w:pPr>
          </w:p>
        </w:tc>
      </w:tr>
      <w:tr w:rsidR="00283578" w:rsidRPr="00D1548C" w14:paraId="6C25DF93" w14:textId="77777777" w:rsidTr="00283578">
        <w:tc>
          <w:tcPr>
            <w:tcW w:w="1378" w:type="dxa"/>
          </w:tcPr>
          <w:p w14:paraId="4F48D06D" w14:textId="77777777" w:rsidR="00283578" w:rsidRPr="00D1548C" w:rsidRDefault="00283578" w:rsidP="00283578">
            <w:pPr>
              <w:rPr>
                <w:rFonts w:ascii="Comic Sans MS" w:hAnsi="Comic Sans MS" w:cs="Arial"/>
                <w:b/>
                <w:sz w:val="20"/>
                <w:szCs w:val="20"/>
              </w:rPr>
            </w:pPr>
            <w:r w:rsidRPr="00D1548C">
              <w:rPr>
                <w:rFonts w:ascii="Comic Sans MS" w:hAnsi="Comic Sans MS" w:cs="Arial"/>
                <w:b/>
                <w:sz w:val="20"/>
                <w:szCs w:val="20"/>
              </w:rPr>
              <w:t>Year 4</w:t>
            </w:r>
          </w:p>
        </w:tc>
        <w:tc>
          <w:tcPr>
            <w:tcW w:w="1849" w:type="dxa"/>
          </w:tcPr>
          <w:p w14:paraId="3770C4FB" w14:textId="77777777" w:rsidR="00283578" w:rsidRPr="00D1548C" w:rsidRDefault="00283578" w:rsidP="00283578">
            <w:pPr>
              <w:rPr>
                <w:rFonts w:ascii="Comic Sans MS" w:hAnsi="Comic Sans MS" w:cs="Arial"/>
                <w:sz w:val="20"/>
                <w:szCs w:val="20"/>
              </w:rPr>
            </w:pPr>
          </w:p>
          <w:p w14:paraId="7C41B3C9" w14:textId="77777777" w:rsidR="00283578" w:rsidRPr="00D1548C" w:rsidRDefault="00283578" w:rsidP="00283578">
            <w:pPr>
              <w:rPr>
                <w:rFonts w:ascii="Comic Sans MS" w:hAnsi="Comic Sans MS" w:cs="Arial"/>
                <w:sz w:val="20"/>
                <w:szCs w:val="20"/>
              </w:rPr>
            </w:pPr>
          </w:p>
        </w:tc>
        <w:tc>
          <w:tcPr>
            <w:tcW w:w="1276" w:type="dxa"/>
          </w:tcPr>
          <w:p w14:paraId="7F9B27B8" w14:textId="77777777" w:rsidR="00283578" w:rsidRPr="00D1548C" w:rsidRDefault="00283578" w:rsidP="00283578">
            <w:pPr>
              <w:rPr>
                <w:rFonts w:ascii="Comic Sans MS" w:hAnsi="Comic Sans MS" w:cs="Arial"/>
                <w:sz w:val="20"/>
                <w:szCs w:val="20"/>
              </w:rPr>
            </w:pPr>
          </w:p>
        </w:tc>
        <w:tc>
          <w:tcPr>
            <w:tcW w:w="1559" w:type="dxa"/>
          </w:tcPr>
          <w:p w14:paraId="7E4FA7DD" w14:textId="77777777" w:rsidR="00283578" w:rsidRPr="00D1548C" w:rsidRDefault="00283578" w:rsidP="00283578">
            <w:pPr>
              <w:rPr>
                <w:rFonts w:ascii="Comic Sans MS" w:hAnsi="Comic Sans MS" w:cs="Arial"/>
                <w:sz w:val="20"/>
                <w:szCs w:val="20"/>
              </w:rPr>
            </w:pPr>
          </w:p>
        </w:tc>
        <w:tc>
          <w:tcPr>
            <w:tcW w:w="2126" w:type="dxa"/>
          </w:tcPr>
          <w:p w14:paraId="50E7CA63" w14:textId="77777777" w:rsidR="00283578" w:rsidRPr="00D1548C" w:rsidRDefault="00283578" w:rsidP="00283578">
            <w:pPr>
              <w:rPr>
                <w:rFonts w:ascii="Comic Sans MS" w:hAnsi="Comic Sans MS" w:cs="Arial"/>
                <w:sz w:val="20"/>
                <w:szCs w:val="20"/>
              </w:rPr>
            </w:pPr>
          </w:p>
        </w:tc>
        <w:tc>
          <w:tcPr>
            <w:tcW w:w="2552" w:type="dxa"/>
          </w:tcPr>
          <w:p w14:paraId="674C109A" w14:textId="77777777" w:rsidR="00283578" w:rsidRPr="00D1548C" w:rsidRDefault="00283578" w:rsidP="00283578">
            <w:pPr>
              <w:rPr>
                <w:rFonts w:ascii="Comic Sans MS" w:hAnsi="Comic Sans MS" w:cs="Arial"/>
                <w:sz w:val="20"/>
                <w:szCs w:val="20"/>
              </w:rPr>
            </w:pPr>
          </w:p>
        </w:tc>
      </w:tr>
      <w:tr w:rsidR="00283578" w:rsidRPr="00D1548C" w14:paraId="02874ED0" w14:textId="77777777" w:rsidTr="00283578">
        <w:tc>
          <w:tcPr>
            <w:tcW w:w="1378" w:type="dxa"/>
          </w:tcPr>
          <w:p w14:paraId="03FEFF5F" w14:textId="77777777" w:rsidR="00283578" w:rsidRPr="00D1548C" w:rsidRDefault="00283578" w:rsidP="00283578">
            <w:pPr>
              <w:rPr>
                <w:rFonts w:ascii="Comic Sans MS" w:hAnsi="Comic Sans MS"/>
                <w:sz w:val="20"/>
                <w:szCs w:val="20"/>
              </w:rPr>
            </w:pPr>
            <w:r w:rsidRPr="00D1548C">
              <w:rPr>
                <w:rFonts w:ascii="Comic Sans MS" w:hAnsi="Comic Sans MS" w:cs="Arial"/>
                <w:b/>
                <w:sz w:val="20"/>
                <w:szCs w:val="20"/>
              </w:rPr>
              <w:t>Year 5</w:t>
            </w:r>
          </w:p>
        </w:tc>
        <w:tc>
          <w:tcPr>
            <w:tcW w:w="1849" w:type="dxa"/>
          </w:tcPr>
          <w:p w14:paraId="68978174" w14:textId="77777777" w:rsidR="00283578" w:rsidRPr="00D1548C" w:rsidRDefault="00283578" w:rsidP="00283578">
            <w:pPr>
              <w:rPr>
                <w:rFonts w:ascii="Comic Sans MS" w:hAnsi="Comic Sans MS" w:cs="Arial"/>
                <w:sz w:val="20"/>
                <w:szCs w:val="20"/>
              </w:rPr>
            </w:pPr>
          </w:p>
          <w:p w14:paraId="174E23D9" w14:textId="77777777" w:rsidR="00283578" w:rsidRPr="00D1548C" w:rsidRDefault="00283578" w:rsidP="00283578">
            <w:pPr>
              <w:rPr>
                <w:rFonts w:ascii="Comic Sans MS" w:hAnsi="Comic Sans MS" w:cs="Arial"/>
                <w:sz w:val="20"/>
                <w:szCs w:val="20"/>
              </w:rPr>
            </w:pPr>
          </w:p>
        </w:tc>
        <w:tc>
          <w:tcPr>
            <w:tcW w:w="1276" w:type="dxa"/>
          </w:tcPr>
          <w:p w14:paraId="2BC1F41B" w14:textId="77777777" w:rsidR="00283578" w:rsidRPr="00D1548C" w:rsidRDefault="00283578" w:rsidP="00283578">
            <w:pPr>
              <w:rPr>
                <w:rFonts w:ascii="Comic Sans MS" w:hAnsi="Comic Sans MS" w:cs="Arial"/>
                <w:sz w:val="20"/>
                <w:szCs w:val="20"/>
              </w:rPr>
            </w:pPr>
          </w:p>
        </w:tc>
        <w:tc>
          <w:tcPr>
            <w:tcW w:w="1559" w:type="dxa"/>
          </w:tcPr>
          <w:p w14:paraId="4ABE7318" w14:textId="77777777" w:rsidR="00283578" w:rsidRPr="00D1548C" w:rsidRDefault="00283578" w:rsidP="00283578">
            <w:pPr>
              <w:rPr>
                <w:rFonts w:ascii="Comic Sans MS" w:hAnsi="Comic Sans MS" w:cs="Arial"/>
                <w:sz w:val="20"/>
                <w:szCs w:val="20"/>
              </w:rPr>
            </w:pPr>
          </w:p>
        </w:tc>
        <w:tc>
          <w:tcPr>
            <w:tcW w:w="2126" w:type="dxa"/>
          </w:tcPr>
          <w:p w14:paraId="07523DE8" w14:textId="77777777" w:rsidR="00283578" w:rsidRPr="00D1548C" w:rsidRDefault="00283578" w:rsidP="00283578">
            <w:pPr>
              <w:rPr>
                <w:rFonts w:ascii="Comic Sans MS" w:hAnsi="Comic Sans MS" w:cs="Arial"/>
                <w:sz w:val="20"/>
                <w:szCs w:val="20"/>
              </w:rPr>
            </w:pPr>
          </w:p>
        </w:tc>
        <w:tc>
          <w:tcPr>
            <w:tcW w:w="2552" w:type="dxa"/>
          </w:tcPr>
          <w:p w14:paraId="791DAD1E" w14:textId="77777777" w:rsidR="00283578" w:rsidRPr="00D1548C" w:rsidRDefault="00283578" w:rsidP="00283578">
            <w:pPr>
              <w:rPr>
                <w:rFonts w:ascii="Comic Sans MS" w:hAnsi="Comic Sans MS" w:cs="Arial"/>
                <w:sz w:val="20"/>
                <w:szCs w:val="20"/>
              </w:rPr>
            </w:pPr>
          </w:p>
        </w:tc>
      </w:tr>
      <w:tr w:rsidR="00283578" w:rsidRPr="00D1548C" w14:paraId="2BC88AFA" w14:textId="77777777" w:rsidTr="00283578">
        <w:tc>
          <w:tcPr>
            <w:tcW w:w="1378" w:type="dxa"/>
          </w:tcPr>
          <w:p w14:paraId="1BE73F3B" w14:textId="77777777" w:rsidR="00283578" w:rsidRPr="00D1548C" w:rsidRDefault="00283578" w:rsidP="00283578">
            <w:pPr>
              <w:rPr>
                <w:rFonts w:ascii="Comic Sans MS" w:hAnsi="Comic Sans MS"/>
                <w:sz w:val="20"/>
                <w:szCs w:val="20"/>
              </w:rPr>
            </w:pPr>
            <w:r w:rsidRPr="00D1548C">
              <w:rPr>
                <w:rFonts w:ascii="Comic Sans MS" w:hAnsi="Comic Sans MS" w:cs="Arial"/>
                <w:b/>
                <w:sz w:val="20"/>
                <w:szCs w:val="20"/>
              </w:rPr>
              <w:t>Year 6</w:t>
            </w:r>
          </w:p>
        </w:tc>
        <w:tc>
          <w:tcPr>
            <w:tcW w:w="1849" w:type="dxa"/>
          </w:tcPr>
          <w:p w14:paraId="117180B9" w14:textId="77777777" w:rsidR="00283578" w:rsidRPr="00D1548C" w:rsidRDefault="00283578" w:rsidP="00283578">
            <w:pPr>
              <w:rPr>
                <w:rFonts w:ascii="Comic Sans MS" w:hAnsi="Comic Sans MS" w:cs="Arial"/>
                <w:sz w:val="20"/>
                <w:szCs w:val="20"/>
              </w:rPr>
            </w:pPr>
          </w:p>
          <w:p w14:paraId="4A63EBDC" w14:textId="77777777" w:rsidR="00283578" w:rsidRPr="00D1548C" w:rsidRDefault="00283578" w:rsidP="00283578">
            <w:pPr>
              <w:rPr>
                <w:rFonts w:ascii="Comic Sans MS" w:hAnsi="Comic Sans MS" w:cs="Arial"/>
                <w:sz w:val="20"/>
                <w:szCs w:val="20"/>
              </w:rPr>
            </w:pPr>
          </w:p>
        </w:tc>
        <w:tc>
          <w:tcPr>
            <w:tcW w:w="1276" w:type="dxa"/>
          </w:tcPr>
          <w:p w14:paraId="765C28AA" w14:textId="77777777" w:rsidR="00283578" w:rsidRPr="00D1548C" w:rsidRDefault="00283578" w:rsidP="00283578">
            <w:pPr>
              <w:rPr>
                <w:rFonts w:ascii="Comic Sans MS" w:hAnsi="Comic Sans MS" w:cs="Arial"/>
                <w:sz w:val="20"/>
                <w:szCs w:val="20"/>
              </w:rPr>
            </w:pPr>
          </w:p>
        </w:tc>
        <w:tc>
          <w:tcPr>
            <w:tcW w:w="1559" w:type="dxa"/>
          </w:tcPr>
          <w:p w14:paraId="4891087B" w14:textId="77777777" w:rsidR="00283578" w:rsidRPr="00D1548C" w:rsidRDefault="00283578" w:rsidP="00283578">
            <w:pPr>
              <w:rPr>
                <w:rFonts w:ascii="Comic Sans MS" w:hAnsi="Comic Sans MS" w:cs="Arial"/>
                <w:sz w:val="20"/>
                <w:szCs w:val="20"/>
              </w:rPr>
            </w:pPr>
          </w:p>
        </w:tc>
        <w:tc>
          <w:tcPr>
            <w:tcW w:w="2126" w:type="dxa"/>
          </w:tcPr>
          <w:p w14:paraId="7EFF20EF" w14:textId="77777777" w:rsidR="00283578" w:rsidRPr="00D1548C" w:rsidRDefault="00283578" w:rsidP="00283578">
            <w:pPr>
              <w:rPr>
                <w:rFonts w:ascii="Comic Sans MS" w:hAnsi="Comic Sans MS" w:cs="Arial"/>
                <w:sz w:val="20"/>
                <w:szCs w:val="20"/>
              </w:rPr>
            </w:pPr>
          </w:p>
        </w:tc>
        <w:tc>
          <w:tcPr>
            <w:tcW w:w="2552" w:type="dxa"/>
          </w:tcPr>
          <w:p w14:paraId="1C9F7141" w14:textId="77777777" w:rsidR="00283578" w:rsidRPr="00D1548C" w:rsidRDefault="00283578" w:rsidP="00283578">
            <w:pPr>
              <w:rPr>
                <w:rFonts w:ascii="Comic Sans MS" w:hAnsi="Comic Sans MS" w:cs="Arial"/>
                <w:sz w:val="20"/>
                <w:szCs w:val="20"/>
              </w:rPr>
            </w:pPr>
          </w:p>
        </w:tc>
      </w:tr>
    </w:tbl>
    <w:p w14:paraId="38A4BDFF" w14:textId="2319AC97" w:rsidR="00283578" w:rsidRPr="00D1548C" w:rsidRDefault="00283578" w:rsidP="00283578">
      <w:pPr>
        <w:pStyle w:val="ListBullet"/>
        <w:numPr>
          <w:ilvl w:val="0"/>
          <w:numId w:val="0"/>
        </w:numPr>
        <w:ind w:left="360"/>
        <w:rPr>
          <w:rFonts w:ascii="Comic Sans MS" w:hAnsi="Comic Sans MS"/>
          <w:sz w:val="20"/>
          <w:szCs w:val="20"/>
        </w:rPr>
      </w:pPr>
    </w:p>
    <w:tbl>
      <w:tblPr>
        <w:tblStyle w:val="TableGrid"/>
        <w:tblpPr w:leftFromText="180" w:rightFromText="180" w:vertAnchor="page" w:horzAnchor="margin" w:tblpY="10348"/>
        <w:tblW w:w="10711" w:type="dxa"/>
        <w:tblLook w:val="04A0" w:firstRow="1" w:lastRow="0" w:firstColumn="1" w:lastColumn="0" w:noHBand="0" w:noVBand="1"/>
      </w:tblPr>
      <w:tblGrid>
        <w:gridCol w:w="5355"/>
        <w:gridCol w:w="5356"/>
      </w:tblGrid>
      <w:tr w:rsidR="00B653C5" w:rsidRPr="00D1548C" w14:paraId="340FD5B6" w14:textId="77777777" w:rsidTr="00B653C5">
        <w:trPr>
          <w:trHeight w:val="717"/>
        </w:trPr>
        <w:tc>
          <w:tcPr>
            <w:tcW w:w="10711" w:type="dxa"/>
            <w:gridSpan w:val="2"/>
          </w:tcPr>
          <w:p w14:paraId="22D80AF8" w14:textId="77777777" w:rsidR="00B653C5" w:rsidRPr="00D1548C" w:rsidRDefault="00B653C5" w:rsidP="00B653C5">
            <w:pPr>
              <w:jc w:val="center"/>
              <w:rPr>
                <w:rFonts w:ascii="Comic Sans MS" w:hAnsi="Comic Sans MS" w:cs="Arial"/>
                <w:b/>
                <w:sz w:val="20"/>
                <w:szCs w:val="20"/>
              </w:rPr>
            </w:pPr>
            <w:r w:rsidRPr="00D1548C">
              <w:rPr>
                <w:rFonts w:ascii="Comic Sans MS" w:hAnsi="Comic Sans MS" w:cs="Arial"/>
                <w:b/>
                <w:sz w:val="20"/>
                <w:szCs w:val="20"/>
              </w:rPr>
              <w:t>Year groups taking part in scheme</w:t>
            </w:r>
          </w:p>
          <w:p w14:paraId="55297F92" w14:textId="77777777" w:rsidR="00B653C5" w:rsidRPr="00D1548C" w:rsidRDefault="00B653C5" w:rsidP="00B653C5">
            <w:pPr>
              <w:rPr>
                <w:rFonts w:ascii="Comic Sans MS" w:hAnsi="Comic Sans MS" w:cs="Arial"/>
                <w:b/>
                <w:sz w:val="20"/>
                <w:szCs w:val="20"/>
              </w:rPr>
            </w:pPr>
          </w:p>
        </w:tc>
      </w:tr>
      <w:tr w:rsidR="00B653C5" w:rsidRPr="00D1548C" w14:paraId="44C932E5" w14:textId="77777777" w:rsidTr="00B653C5">
        <w:trPr>
          <w:trHeight w:val="345"/>
        </w:trPr>
        <w:tc>
          <w:tcPr>
            <w:tcW w:w="5355" w:type="dxa"/>
          </w:tcPr>
          <w:p w14:paraId="5E868081" w14:textId="77777777" w:rsidR="00B653C5" w:rsidRPr="00D1548C" w:rsidRDefault="00B653C5" w:rsidP="00B653C5">
            <w:pPr>
              <w:rPr>
                <w:rFonts w:ascii="Comic Sans MS" w:hAnsi="Comic Sans MS" w:cs="Arial"/>
                <w:b/>
                <w:sz w:val="20"/>
                <w:szCs w:val="20"/>
              </w:rPr>
            </w:pPr>
            <w:r w:rsidRPr="00D1548C">
              <w:rPr>
                <w:rFonts w:ascii="Comic Sans MS" w:hAnsi="Comic Sans MS" w:cs="Arial"/>
                <w:b/>
                <w:sz w:val="20"/>
                <w:szCs w:val="20"/>
              </w:rPr>
              <w:t xml:space="preserve">Year </w:t>
            </w:r>
          </w:p>
        </w:tc>
        <w:tc>
          <w:tcPr>
            <w:tcW w:w="5356" w:type="dxa"/>
          </w:tcPr>
          <w:p w14:paraId="68FCC973" w14:textId="77777777" w:rsidR="00B653C5" w:rsidRPr="00D1548C" w:rsidRDefault="00B653C5" w:rsidP="00B653C5">
            <w:pPr>
              <w:rPr>
                <w:rFonts w:ascii="Comic Sans MS" w:hAnsi="Comic Sans MS" w:cs="Arial"/>
                <w:b/>
                <w:sz w:val="20"/>
                <w:szCs w:val="20"/>
              </w:rPr>
            </w:pPr>
            <w:r w:rsidRPr="00D1548C">
              <w:rPr>
                <w:rFonts w:ascii="Comic Sans MS" w:hAnsi="Comic Sans MS" w:cs="Arial"/>
                <w:b/>
                <w:sz w:val="20"/>
                <w:szCs w:val="20"/>
              </w:rPr>
              <w:t>Brushing</w:t>
            </w:r>
          </w:p>
        </w:tc>
      </w:tr>
      <w:tr w:rsidR="00B653C5" w:rsidRPr="00D1548C" w14:paraId="4FB5B275" w14:textId="77777777" w:rsidTr="00B653C5">
        <w:trPr>
          <w:trHeight w:val="345"/>
        </w:trPr>
        <w:tc>
          <w:tcPr>
            <w:tcW w:w="5355" w:type="dxa"/>
          </w:tcPr>
          <w:p w14:paraId="75B2472A" w14:textId="77777777" w:rsidR="00B653C5" w:rsidRPr="00D1548C" w:rsidRDefault="00B653C5" w:rsidP="00B653C5">
            <w:pPr>
              <w:rPr>
                <w:rFonts w:ascii="Comic Sans MS" w:hAnsi="Comic Sans MS" w:cs="Arial"/>
                <w:sz w:val="20"/>
                <w:szCs w:val="20"/>
              </w:rPr>
            </w:pPr>
            <w:r w:rsidRPr="00D1548C">
              <w:rPr>
                <w:rFonts w:ascii="Comic Sans MS" w:hAnsi="Comic Sans MS" w:cs="Arial"/>
                <w:sz w:val="20"/>
                <w:szCs w:val="20"/>
              </w:rPr>
              <w:t xml:space="preserve">2ys </w:t>
            </w:r>
          </w:p>
        </w:tc>
        <w:tc>
          <w:tcPr>
            <w:tcW w:w="5356" w:type="dxa"/>
          </w:tcPr>
          <w:p w14:paraId="53611D81" w14:textId="77777777" w:rsidR="00B653C5" w:rsidRPr="00D1548C" w:rsidRDefault="00B653C5" w:rsidP="00B653C5">
            <w:pPr>
              <w:rPr>
                <w:rFonts w:ascii="Comic Sans MS" w:hAnsi="Comic Sans MS" w:cs="Arial"/>
                <w:b/>
                <w:sz w:val="20"/>
                <w:szCs w:val="20"/>
              </w:rPr>
            </w:pPr>
            <w:r w:rsidRPr="00D1548C">
              <w:rPr>
                <w:rFonts w:ascii="Comic Sans MS" w:hAnsi="Comic Sans MS" w:cs="Arial"/>
                <w:b/>
                <w:sz w:val="20"/>
                <w:szCs w:val="20"/>
              </w:rPr>
              <w:t xml:space="preserve"> N/A</w:t>
            </w:r>
          </w:p>
        </w:tc>
      </w:tr>
      <w:tr w:rsidR="00B653C5" w:rsidRPr="00D1548C" w14:paraId="4EBC83EC" w14:textId="77777777" w:rsidTr="00B653C5">
        <w:trPr>
          <w:trHeight w:val="345"/>
        </w:trPr>
        <w:tc>
          <w:tcPr>
            <w:tcW w:w="5355" w:type="dxa"/>
          </w:tcPr>
          <w:p w14:paraId="088C0F1E" w14:textId="77777777" w:rsidR="00B653C5" w:rsidRPr="00D1548C" w:rsidRDefault="00B653C5" w:rsidP="00B653C5">
            <w:pPr>
              <w:rPr>
                <w:rFonts w:ascii="Comic Sans MS" w:hAnsi="Comic Sans MS" w:cs="Arial"/>
                <w:sz w:val="20"/>
                <w:szCs w:val="20"/>
              </w:rPr>
            </w:pPr>
            <w:r w:rsidRPr="00D1548C">
              <w:rPr>
                <w:rFonts w:ascii="Comic Sans MS" w:hAnsi="Comic Sans MS" w:cs="Arial"/>
                <w:sz w:val="20"/>
                <w:szCs w:val="20"/>
              </w:rPr>
              <w:t xml:space="preserve">Nursery </w:t>
            </w:r>
          </w:p>
        </w:tc>
        <w:tc>
          <w:tcPr>
            <w:tcW w:w="5356" w:type="dxa"/>
          </w:tcPr>
          <w:p w14:paraId="002CB8DC" w14:textId="77777777" w:rsidR="00B653C5" w:rsidRPr="00D1548C" w:rsidRDefault="00B653C5" w:rsidP="00B653C5">
            <w:pPr>
              <w:rPr>
                <w:rFonts w:ascii="Comic Sans MS" w:hAnsi="Comic Sans MS"/>
                <w:sz w:val="20"/>
                <w:szCs w:val="20"/>
              </w:rPr>
            </w:pPr>
            <w:r w:rsidRPr="00D1548C">
              <w:rPr>
                <w:rFonts w:ascii="Comic Sans MS" w:hAnsi="Comic Sans MS" w:cs="Arial"/>
                <w:b/>
                <w:sz w:val="20"/>
                <w:szCs w:val="20"/>
              </w:rPr>
              <w:t xml:space="preserve"> </w:t>
            </w:r>
            <w:r w:rsidRPr="00D1548C">
              <w:rPr>
                <w:rFonts w:ascii="Comic Sans MS" w:hAnsi="Comic Sans MS" w:cs="Arial"/>
                <w:b/>
                <w:sz w:val="20"/>
                <w:szCs w:val="20"/>
              </w:rPr>
              <w:sym w:font="Wingdings" w:char="F0FC"/>
            </w:r>
            <w:r w:rsidRPr="00D1548C">
              <w:rPr>
                <w:rFonts w:ascii="Comic Sans MS" w:hAnsi="Comic Sans MS" w:cs="Arial"/>
                <w:b/>
                <w:sz w:val="20"/>
                <w:szCs w:val="20"/>
              </w:rPr>
              <w:t xml:space="preserve">         </w:t>
            </w:r>
          </w:p>
        </w:tc>
      </w:tr>
      <w:tr w:rsidR="00B653C5" w:rsidRPr="00D1548C" w14:paraId="54D3952E" w14:textId="77777777" w:rsidTr="00B653C5">
        <w:trPr>
          <w:trHeight w:val="345"/>
        </w:trPr>
        <w:tc>
          <w:tcPr>
            <w:tcW w:w="5355" w:type="dxa"/>
          </w:tcPr>
          <w:p w14:paraId="311DD0D3" w14:textId="77777777" w:rsidR="00B653C5" w:rsidRPr="00D1548C" w:rsidRDefault="00B653C5" w:rsidP="00B653C5">
            <w:pPr>
              <w:rPr>
                <w:rFonts w:ascii="Comic Sans MS" w:hAnsi="Comic Sans MS" w:cs="Arial"/>
                <w:sz w:val="20"/>
                <w:szCs w:val="20"/>
              </w:rPr>
            </w:pPr>
            <w:r w:rsidRPr="00D1548C">
              <w:rPr>
                <w:rFonts w:ascii="Comic Sans MS" w:hAnsi="Comic Sans MS" w:cs="Arial"/>
                <w:sz w:val="20"/>
                <w:szCs w:val="20"/>
              </w:rPr>
              <w:t>Rec</w:t>
            </w:r>
          </w:p>
        </w:tc>
        <w:tc>
          <w:tcPr>
            <w:tcW w:w="5356" w:type="dxa"/>
          </w:tcPr>
          <w:p w14:paraId="5FE0F994" w14:textId="77777777" w:rsidR="00B653C5" w:rsidRPr="00D1548C" w:rsidRDefault="00B653C5" w:rsidP="00B653C5">
            <w:pPr>
              <w:rPr>
                <w:rFonts w:ascii="Comic Sans MS" w:hAnsi="Comic Sans MS"/>
                <w:sz w:val="20"/>
                <w:szCs w:val="20"/>
              </w:rPr>
            </w:pPr>
            <w:r w:rsidRPr="00D1548C">
              <w:rPr>
                <w:rFonts w:ascii="Comic Sans MS" w:hAnsi="Comic Sans MS" w:cs="Arial"/>
                <w:b/>
                <w:sz w:val="20"/>
                <w:szCs w:val="20"/>
              </w:rPr>
              <w:t xml:space="preserve"> </w:t>
            </w:r>
            <w:r w:rsidRPr="00D1548C">
              <w:rPr>
                <w:rFonts w:ascii="Comic Sans MS" w:hAnsi="Comic Sans MS" w:cs="Arial"/>
                <w:b/>
                <w:sz w:val="20"/>
                <w:szCs w:val="20"/>
              </w:rPr>
              <w:sym w:font="Wingdings" w:char="F0FC"/>
            </w:r>
            <w:r w:rsidRPr="00D1548C">
              <w:rPr>
                <w:rFonts w:ascii="Comic Sans MS" w:hAnsi="Comic Sans MS" w:cs="Arial"/>
                <w:b/>
                <w:sz w:val="20"/>
                <w:szCs w:val="20"/>
              </w:rPr>
              <w:t xml:space="preserve">         </w:t>
            </w:r>
          </w:p>
        </w:tc>
      </w:tr>
      <w:tr w:rsidR="00B653C5" w:rsidRPr="00D1548C" w14:paraId="692F8522" w14:textId="77777777" w:rsidTr="00B653C5">
        <w:trPr>
          <w:trHeight w:val="345"/>
        </w:trPr>
        <w:tc>
          <w:tcPr>
            <w:tcW w:w="5355" w:type="dxa"/>
          </w:tcPr>
          <w:p w14:paraId="540EED90" w14:textId="77777777" w:rsidR="00B653C5" w:rsidRPr="00D1548C" w:rsidRDefault="00B653C5" w:rsidP="00B653C5">
            <w:pPr>
              <w:rPr>
                <w:rFonts w:ascii="Comic Sans MS" w:hAnsi="Comic Sans MS" w:cs="Arial"/>
                <w:sz w:val="20"/>
                <w:szCs w:val="20"/>
              </w:rPr>
            </w:pPr>
            <w:r w:rsidRPr="00D1548C">
              <w:rPr>
                <w:rFonts w:ascii="Comic Sans MS" w:hAnsi="Comic Sans MS" w:cs="Arial"/>
                <w:sz w:val="20"/>
                <w:szCs w:val="20"/>
              </w:rPr>
              <w:t>Y1</w:t>
            </w:r>
          </w:p>
        </w:tc>
        <w:tc>
          <w:tcPr>
            <w:tcW w:w="5356" w:type="dxa"/>
          </w:tcPr>
          <w:p w14:paraId="5BBC7DB6" w14:textId="77777777" w:rsidR="00B653C5" w:rsidRPr="00D1548C" w:rsidRDefault="00B653C5" w:rsidP="00B653C5">
            <w:pPr>
              <w:rPr>
                <w:rFonts w:ascii="Comic Sans MS" w:hAnsi="Comic Sans MS"/>
                <w:sz w:val="20"/>
                <w:szCs w:val="20"/>
              </w:rPr>
            </w:pPr>
            <w:r w:rsidRPr="00D1548C">
              <w:rPr>
                <w:rFonts w:ascii="Comic Sans MS" w:hAnsi="Comic Sans MS" w:cs="Arial"/>
                <w:b/>
                <w:sz w:val="20"/>
                <w:szCs w:val="20"/>
              </w:rPr>
              <w:t xml:space="preserve">         x</w:t>
            </w:r>
          </w:p>
        </w:tc>
      </w:tr>
      <w:tr w:rsidR="00B653C5" w:rsidRPr="00D1548C" w14:paraId="3CD5560B" w14:textId="77777777" w:rsidTr="00B653C5">
        <w:trPr>
          <w:trHeight w:val="345"/>
        </w:trPr>
        <w:tc>
          <w:tcPr>
            <w:tcW w:w="5355" w:type="dxa"/>
          </w:tcPr>
          <w:p w14:paraId="5F135745" w14:textId="77777777" w:rsidR="00B653C5" w:rsidRPr="00D1548C" w:rsidRDefault="00B653C5" w:rsidP="00B653C5">
            <w:pPr>
              <w:rPr>
                <w:rFonts w:ascii="Comic Sans MS" w:hAnsi="Comic Sans MS" w:cs="Arial"/>
                <w:sz w:val="20"/>
                <w:szCs w:val="20"/>
              </w:rPr>
            </w:pPr>
            <w:r w:rsidRPr="00D1548C">
              <w:rPr>
                <w:rFonts w:ascii="Comic Sans MS" w:hAnsi="Comic Sans MS" w:cs="Arial"/>
                <w:sz w:val="20"/>
                <w:szCs w:val="20"/>
              </w:rPr>
              <w:t>Y2</w:t>
            </w:r>
          </w:p>
        </w:tc>
        <w:tc>
          <w:tcPr>
            <w:tcW w:w="5356" w:type="dxa"/>
          </w:tcPr>
          <w:p w14:paraId="0407DDD1" w14:textId="77777777" w:rsidR="00B653C5" w:rsidRPr="00D1548C" w:rsidRDefault="00B653C5" w:rsidP="00B653C5">
            <w:pPr>
              <w:rPr>
                <w:rFonts w:ascii="Comic Sans MS" w:hAnsi="Comic Sans MS"/>
                <w:sz w:val="20"/>
                <w:szCs w:val="20"/>
              </w:rPr>
            </w:pPr>
            <w:r w:rsidRPr="00D1548C">
              <w:rPr>
                <w:rFonts w:ascii="Comic Sans MS" w:hAnsi="Comic Sans MS" w:cs="Arial"/>
                <w:b/>
                <w:sz w:val="20"/>
                <w:szCs w:val="20"/>
              </w:rPr>
              <w:t xml:space="preserve">         x</w:t>
            </w:r>
          </w:p>
        </w:tc>
      </w:tr>
      <w:tr w:rsidR="00B653C5" w:rsidRPr="00D1548C" w14:paraId="6EE5304B" w14:textId="77777777" w:rsidTr="00B653C5">
        <w:trPr>
          <w:trHeight w:val="374"/>
        </w:trPr>
        <w:tc>
          <w:tcPr>
            <w:tcW w:w="5355" w:type="dxa"/>
          </w:tcPr>
          <w:p w14:paraId="5F52C9E6" w14:textId="77777777" w:rsidR="00B653C5" w:rsidRPr="00D1548C" w:rsidRDefault="00B653C5" w:rsidP="00B653C5">
            <w:pPr>
              <w:rPr>
                <w:rFonts w:ascii="Comic Sans MS" w:hAnsi="Comic Sans MS" w:cs="Arial"/>
                <w:sz w:val="20"/>
                <w:szCs w:val="20"/>
              </w:rPr>
            </w:pPr>
            <w:r w:rsidRPr="00D1548C">
              <w:rPr>
                <w:rFonts w:ascii="Comic Sans MS" w:hAnsi="Comic Sans MS" w:cs="Arial"/>
                <w:sz w:val="20"/>
                <w:szCs w:val="20"/>
              </w:rPr>
              <w:t>Y3</w:t>
            </w:r>
          </w:p>
        </w:tc>
        <w:tc>
          <w:tcPr>
            <w:tcW w:w="5356" w:type="dxa"/>
          </w:tcPr>
          <w:p w14:paraId="06185799" w14:textId="77777777" w:rsidR="00B653C5" w:rsidRPr="00D1548C" w:rsidRDefault="00B653C5" w:rsidP="00B653C5">
            <w:pPr>
              <w:rPr>
                <w:rFonts w:ascii="Comic Sans MS" w:hAnsi="Comic Sans MS"/>
                <w:sz w:val="20"/>
                <w:szCs w:val="20"/>
              </w:rPr>
            </w:pPr>
            <w:r w:rsidRPr="00D1548C">
              <w:rPr>
                <w:rFonts w:ascii="Comic Sans MS" w:hAnsi="Comic Sans MS" w:cs="Arial"/>
                <w:b/>
                <w:sz w:val="20"/>
                <w:szCs w:val="20"/>
              </w:rPr>
              <w:t xml:space="preserve">         x</w:t>
            </w:r>
          </w:p>
        </w:tc>
      </w:tr>
      <w:tr w:rsidR="00B653C5" w:rsidRPr="00D1548C" w14:paraId="4625CFEE" w14:textId="77777777" w:rsidTr="00B653C5">
        <w:trPr>
          <w:trHeight w:val="345"/>
        </w:trPr>
        <w:tc>
          <w:tcPr>
            <w:tcW w:w="5355" w:type="dxa"/>
          </w:tcPr>
          <w:p w14:paraId="697A916C" w14:textId="77777777" w:rsidR="00B653C5" w:rsidRPr="00D1548C" w:rsidRDefault="00B653C5" w:rsidP="00B653C5">
            <w:pPr>
              <w:rPr>
                <w:rFonts w:ascii="Comic Sans MS" w:hAnsi="Comic Sans MS" w:cs="Arial"/>
                <w:sz w:val="20"/>
                <w:szCs w:val="20"/>
              </w:rPr>
            </w:pPr>
            <w:r w:rsidRPr="00D1548C">
              <w:rPr>
                <w:rFonts w:ascii="Comic Sans MS" w:hAnsi="Comic Sans MS" w:cs="Arial"/>
                <w:sz w:val="20"/>
                <w:szCs w:val="20"/>
              </w:rPr>
              <w:t>Y4</w:t>
            </w:r>
          </w:p>
        </w:tc>
        <w:tc>
          <w:tcPr>
            <w:tcW w:w="5356" w:type="dxa"/>
          </w:tcPr>
          <w:p w14:paraId="1E29D6E5" w14:textId="77777777" w:rsidR="00B653C5" w:rsidRPr="00D1548C" w:rsidRDefault="00B653C5" w:rsidP="00B653C5">
            <w:pPr>
              <w:rPr>
                <w:rFonts w:ascii="Comic Sans MS" w:hAnsi="Comic Sans MS"/>
                <w:sz w:val="20"/>
                <w:szCs w:val="20"/>
              </w:rPr>
            </w:pPr>
            <w:r w:rsidRPr="00D1548C">
              <w:rPr>
                <w:rFonts w:ascii="Comic Sans MS" w:hAnsi="Comic Sans MS" w:cs="Arial"/>
                <w:b/>
                <w:sz w:val="20"/>
                <w:szCs w:val="20"/>
              </w:rPr>
              <w:t xml:space="preserve">         x</w:t>
            </w:r>
          </w:p>
        </w:tc>
      </w:tr>
      <w:tr w:rsidR="00B653C5" w:rsidRPr="00D1548C" w14:paraId="73B414D4" w14:textId="77777777" w:rsidTr="00B653C5">
        <w:trPr>
          <w:trHeight w:val="345"/>
        </w:trPr>
        <w:tc>
          <w:tcPr>
            <w:tcW w:w="5355" w:type="dxa"/>
          </w:tcPr>
          <w:p w14:paraId="33A6B4E7" w14:textId="77777777" w:rsidR="00B653C5" w:rsidRPr="00D1548C" w:rsidRDefault="00B653C5" w:rsidP="00B653C5">
            <w:pPr>
              <w:rPr>
                <w:rFonts w:ascii="Comic Sans MS" w:hAnsi="Comic Sans MS" w:cs="Arial"/>
                <w:sz w:val="20"/>
                <w:szCs w:val="20"/>
              </w:rPr>
            </w:pPr>
            <w:r w:rsidRPr="00D1548C">
              <w:rPr>
                <w:rFonts w:ascii="Comic Sans MS" w:hAnsi="Comic Sans MS" w:cs="Arial"/>
                <w:sz w:val="20"/>
                <w:szCs w:val="20"/>
              </w:rPr>
              <w:t>Y5</w:t>
            </w:r>
          </w:p>
        </w:tc>
        <w:tc>
          <w:tcPr>
            <w:tcW w:w="5356" w:type="dxa"/>
          </w:tcPr>
          <w:p w14:paraId="1D76DAC9" w14:textId="77777777" w:rsidR="00B653C5" w:rsidRPr="00D1548C" w:rsidRDefault="00B653C5" w:rsidP="00B653C5">
            <w:pPr>
              <w:rPr>
                <w:rFonts w:ascii="Comic Sans MS" w:hAnsi="Comic Sans MS"/>
                <w:sz w:val="20"/>
                <w:szCs w:val="20"/>
              </w:rPr>
            </w:pPr>
            <w:r w:rsidRPr="00D1548C">
              <w:rPr>
                <w:rFonts w:ascii="Comic Sans MS" w:hAnsi="Comic Sans MS" w:cs="Arial"/>
                <w:b/>
                <w:sz w:val="20"/>
                <w:szCs w:val="20"/>
              </w:rPr>
              <w:t xml:space="preserve">         x</w:t>
            </w:r>
          </w:p>
        </w:tc>
      </w:tr>
      <w:tr w:rsidR="00B653C5" w:rsidRPr="00D1548C" w14:paraId="33DDD649" w14:textId="77777777" w:rsidTr="00B653C5">
        <w:trPr>
          <w:trHeight w:val="345"/>
        </w:trPr>
        <w:tc>
          <w:tcPr>
            <w:tcW w:w="5355" w:type="dxa"/>
          </w:tcPr>
          <w:p w14:paraId="5E8FF19D" w14:textId="77777777" w:rsidR="00B653C5" w:rsidRPr="00D1548C" w:rsidRDefault="00B653C5" w:rsidP="00B653C5">
            <w:pPr>
              <w:rPr>
                <w:rFonts w:ascii="Comic Sans MS" w:hAnsi="Comic Sans MS" w:cs="Arial"/>
                <w:sz w:val="20"/>
                <w:szCs w:val="20"/>
              </w:rPr>
            </w:pPr>
            <w:r w:rsidRPr="00D1548C">
              <w:rPr>
                <w:rFonts w:ascii="Comic Sans MS" w:hAnsi="Comic Sans MS" w:cs="Arial"/>
                <w:sz w:val="20"/>
                <w:szCs w:val="20"/>
              </w:rPr>
              <w:t>Y6</w:t>
            </w:r>
          </w:p>
        </w:tc>
        <w:tc>
          <w:tcPr>
            <w:tcW w:w="5356" w:type="dxa"/>
          </w:tcPr>
          <w:p w14:paraId="533503C1" w14:textId="77777777" w:rsidR="00B653C5" w:rsidRPr="00D1548C" w:rsidRDefault="00B653C5" w:rsidP="00B653C5">
            <w:pPr>
              <w:rPr>
                <w:rFonts w:ascii="Comic Sans MS" w:hAnsi="Comic Sans MS"/>
                <w:sz w:val="20"/>
                <w:szCs w:val="20"/>
              </w:rPr>
            </w:pPr>
            <w:r w:rsidRPr="00D1548C">
              <w:rPr>
                <w:rFonts w:ascii="Comic Sans MS" w:hAnsi="Comic Sans MS" w:cs="Arial"/>
                <w:b/>
                <w:sz w:val="20"/>
                <w:szCs w:val="20"/>
              </w:rPr>
              <w:t xml:space="preserve">         x</w:t>
            </w:r>
          </w:p>
        </w:tc>
      </w:tr>
    </w:tbl>
    <w:p w14:paraId="2AFEE53D" w14:textId="0FAD1A79" w:rsidR="00283578" w:rsidRPr="00D1548C" w:rsidRDefault="00283578" w:rsidP="00283578">
      <w:pPr>
        <w:pStyle w:val="ListBullet"/>
        <w:numPr>
          <w:ilvl w:val="0"/>
          <w:numId w:val="0"/>
        </w:numPr>
        <w:ind w:left="360"/>
        <w:rPr>
          <w:rFonts w:ascii="Comic Sans MS" w:hAnsi="Comic Sans MS"/>
          <w:sz w:val="20"/>
          <w:szCs w:val="20"/>
        </w:rPr>
      </w:pPr>
    </w:p>
    <w:p w14:paraId="7EDD481B" w14:textId="0A241DD6" w:rsidR="00283578" w:rsidRPr="00D1548C" w:rsidRDefault="00283578" w:rsidP="00283578">
      <w:pPr>
        <w:pStyle w:val="ListBullet"/>
        <w:numPr>
          <w:ilvl w:val="0"/>
          <w:numId w:val="0"/>
        </w:numPr>
        <w:ind w:left="360"/>
        <w:rPr>
          <w:rFonts w:ascii="Comic Sans MS" w:hAnsi="Comic Sans MS"/>
          <w:sz w:val="20"/>
          <w:szCs w:val="20"/>
        </w:rPr>
      </w:pPr>
    </w:p>
    <w:p w14:paraId="26994F1E" w14:textId="627D0A76" w:rsidR="00283578" w:rsidRPr="00D1548C" w:rsidRDefault="00283578" w:rsidP="00283578">
      <w:pPr>
        <w:pStyle w:val="ListBullet"/>
        <w:numPr>
          <w:ilvl w:val="0"/>
          <w:numId w:val="0"/>
        </w:numPr>
        <w:ind w:left="360"/>
        <w:rPr>
          <w:rFonts w:ascii="Comic Sans MS" w:hAnsi="Comic Sans MS"/>
          <w:sz w:val="20"/>
          <w:szCs w:val="20"/>
        </w:rPr>
      </w:pPr>
    </w:p>
    <w:p w14:paraId="744CFAF5" w14:textId="2C0F6995" w:rsidR="00283578" w:rsidRPr="00B653C5" w:rsidRDefault="00283578" w:rsidP="00B653C5">
      <w:pPr>
        <w:tabs>
          <w:tab w:val="left" w:pos="3433"/>
        </w:tabs>
        <w:rPr>
          <w:rFonts w:ascii="Arial" w:hAnsi="Arial" w:cs="Arial"/>
          <w:sz w:val="28"/>
          <w:szCs w:val="28"/>
        </w:rPr>
        <w:sectPr w:rsidR="00283578" w:rsidRPr="00B653C5" w:rsidSect="000B7DAA">
          <w:headerReference w:type="default" r:id="rId9"/>
          <w:footerReference w:type="default" r:id="rId10"/>
          <w:pgSz w:w="11906" w:h="16838"/>
          <w:pgMar w:top="720" w:right="720" w:bottom="720" w:left="720" w:header="708" w:footer="708" w:gutter="0"/>
          <w:cols w:space="708"/>
          <w:docGrid w:linePitch="360"/>
        </w:sectPr>
      </w:pPr>
    </w:p>
    <w:p w14:paraId="484479D9" w14:textId="77777777" w:rsidR="00283578" w:rsidRPr="00122621" w:rsidRDefault="00283578" w:rsidP="00283578">
      <w:pPr>
        <w:spacing w:after="0" w:line="240" w:lineRule="auto"/>
        <w:rPr>
          <w:rFonts w:ascii="Arial" w:hAnsi="Arial" w:cs="Arial"/>
        </w:rPr>
      </w:pPr>
      <w:bookmarkStart w:id="0" w:name="_GoBack"/>
      <w:bookmarkEnd w:id="0"/>
      <w:r w:rsidRPr="002D62A6">
        <w:rPr>
          <w:rFonts w:ascii="Times New Roman" w:eastAsia="Times New Roman" w:hAnsi="Times New Roman" w:cs="Times New Roman"/>
          <w:noProof/>
          <w:sz w:val="24"/>
          <w:szCs w:val="24"/>
          <w:lang w:eastAsia="en-GB"/>
        </w:rPr>
        <w:lastRenderedPageBreak/>
        <mc:AlternateContent>
          <mc:Choice Requires="wps">
            <w:drawing>
              <wp:anchor distT="36576" distB="36576" distL="36576" distR="36576" simplePos="0" relativeHeight="251638272" behindDoc="0" locked="0" layoutInCell="1" allowOverlap="1" wp14:anchorId="4541DF70" wp14:editId="0B259246">
                <wp:simplePos x="0" y="0"/>
                <wp:positionH relativeFrom="column">
                  <wp:posOffset>1986720</wp:posOffset>
                </wp:positionH>
                <wp:positionV relativeFrom="paragraph">
                  <wp:posOffset>-35267</wp:posOffset>
                </wp:positionV>
                <wp:extent cx="5588000" cy="904240"/>
                <wp:effectExtent l="0" t="0" r="0" b="0"/>
                <wp:wrapNone/>
                <wp:docPr id="22" name="Text Box 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588000" cy="90424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lgn="in">
                              <a:solidFill>
                                <a:schemeClr val="dk1">
                                  <a:lumMod val="0"/>
                                  <a:lumOff val="0"/>
                                </a:schemeClr>
                              </a:solidFill>
                              <a:miter lim="800000"/>
                              <a:headEnd/>
                              <a:tailEnd/>
                            </a14:hiddenLine>
                          </a:ext>
                          <a:ext uri="{AF507438-7753-43E0-B8FC-AC1667EBCBE1}">
                            <a14:hiddenEffects xmlns:a14="http://schemas.microsoft.com/office/drawing/2010/main">
                              <a:effectLst/>
                            </a14:hiddenEffects>
                          </a:ext>
                        </a:extLst>
                      </wps:spPr>
                      <wps:txbx>
                        <w:txbxContent>
                          <w:p w14:paraId="22C4B3FB" w14:textId="77777777" w:rsidR="00283578" w:rsidRPr="00917F4D" w:rsidRDefault="00283578" w:rsidP="00283578">
                            <w:pPr>
                              <w:widowControl w:val="0"/>
                              <w:jc w:val="center"/>
                              <w:rPr>
                                <w:rFonts w:ascii="Arial" w:hAnsi="Arial" w:cs="Arial"/>
                                <w:b/>
                                <w:bCs/>
                                <w:sz w:val="24"/>
                                <w:szCs w:val="24"/>
                              </w:rPr>
                            </w:pPr>
                            <w:r>
                              <w:rPr>
                                <w:rFonts w:ascii="Arial" w:hAnsi="Arial" w:cs="Arial"/>
                                <w:b/>
                                <w:bCs/>
                                <w:sz w:val="24"/>
                                <w:szCs w:val="24"/>
                              </w:rPr>
                              <w:t> </w:t>
                            </w:r>
                            <w:r>
                              <w:rPr>
                                <w:rFonts w:ascii="Arial" w:hAnsi="Arial" w:cs="Arial"/>
                                <w:b/>
                                <w:bCs/>
                                <w:i/>
                                <w:iCs/>
                                <w:sz w:val="56"/>
                                <w:szCs w:val="56"/>
                              </w:rPr>
                              <w:t>Oral Health Snack Guidance</w:t>
                            </w:r>
                          </w:p>
                          <w:p w14:paraId="6F397C39" w14:textId="77777777" w:rsidR="00283578" w:rsidRDefault="00283578" w:rsidP="00283578">
                            <w:pPr>
                              <w:widowControl w:val="0"/>
                              <w:jc w:val="center"/>
                              <w:rPr>
                                <w:rFonts w:ascii="Arial" w:hAnsi="Arial" w:cs="Arial"/>
                                <w:b/>
                                <w:bCs/>
                                <w:sz w:val="16"/>
                                <w:szCs w:val="16"/>
                              </w:rPr>
                            </w:pPr>
                            <w:r>
                              <w:rPr>
                                <w:rFonts w:ascii="Arial" w:hAnsi="Arial" w:cs="Arial"/>
                                <w:b/>
                                <w:bCs/>
                                <w:sz w:val="16"/>
                                <w:szCs w:val="16"/>
                              </w:rPr>
                              <w:t> </w:t>
                            </w:r>
                          </w:p>
                          <w:p w14:paraId="0B5F80F5" w14:textId="77777777" w:rsidR="00283578" w:rsidRDefault="00283578" w:rsidP="00283578">
                            <w:pPr>
                              <w:widowControl w:val="0"/>
                              <w:jc w:val="center"/>
                              <w:rPr>
                                <w:rFonts w:ascii="Arial" w:hAnsi="Arial" w:cs="Arial"/>
                                <w:b/>
                                <w:bCs/>
                                <w:sz w:val="24"/>
                                <w:szCs w:val="24"/>
                              </w:rPr>
                            </w:pPr>
                            <w:r>
                              <w:rPr>
                                <w:rFonts w:ascii="Arial" w:hAnsi="Arial" w:cs="Arial"/>
                                <w:b/>
                                <w:bCs/>
                                <w:sz w:val="24"/>
                                <w:szCs w:val="24"/>
                              </w:rPr>
                              <w:t> </w:t>
                            </w:r>
                          </w:p>
                        </w:txbxContent>
                      </wps:txbx>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541DF70" id="_x0000_t202" coordsize="21600,21600" o:spt="202" path="m,l,21600r21600,l21600,xe">
                <v:stroke joinstyle="miter"/>
                <v:path gradientshapeok="t" o:connecttype="rect"/>
              </v:shapetype>
              <v:shape id="Text Box 18" o:spid="_x0000_s1026" type="#_x0000_t202" style="position:absolute;margin-left:156.45pt;margin-top:-2.8pt;width:440pt;height:71.2pt;z-index:251638272;visibility:visible;mso-wrap-style:square;mso-width-percent:0;mso-height-percent:0;mso-wrap-distance-left:2.88pt;mso-wrap-distance-top:2.88pt;mso-wrap-distance-right:2.88pt;mso-wrap-distance-bottom:2.88pt;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" filled="f" stroked="f" strokecolor="black [0]" insetpen="t">
                <v:textbox inset="2.88pt,2.88pt,2.88pt,2.88pt">
                  <w:txbxContent>
                    <w:p w14:paraId="22C4B3FB" w14:textId="77777777" w:rsidR="00283578" w:rsidRPr="00917F4D" w:rsidRDefault="00283578" w:rsidP="00283578">
                      <w:pPr>
                        <w:widowControl w:val="0"/>
                        <w:jc w:val="center"/>
                        <w:rPr>
                          <w:rFonts w:ascii="Arial" w:hAnsi="Arial" w:cs="Arial"/>
                          <w:b/>
                          <w:bCs/>
                          <w:sz w:val="24"/>
                          <w:szCs w:val="24"/>
                        </w:rPr>
                      </w:pPr>
                      <w:r>
                        <w:rPr>
                          <w:rFonts w:ascii="Arial" w:hAnsi="Arial" w:cs="Arial"/>
                          <w:b/>
                          <w:bCs/>
                          <w:sz w:val="24"/>
                          <w:szCs w:val="24"/>
                        </w:rPr>
                        <w:t> </w:t>
                      </w:r>
                      <w:r>
                        <w:rPr>
                          <w:rFonts w:ascii="Arial" w:hAnsi="Arial" w:cs="Arial"/>
                          <w:b/>
                          <w:bCs/>
                          <w:i/>
                          <w:iCs/>
                          <w:sz w:val="56"/>
                          <w:szCs w:val="56"/>
                        </w:rPr>
                        <w:t>Oral Health Snack Guidance</w:t>
                      </w:r>
                    </w:p>
                    <w:p w14:paraId="6F397C39" w14:textId="77777777" w:rsidR="00283578" w:rsidRDefault="00283578" w:rsidP="00283578">
                      <w:pPr>
                        <w:widowControl w:val="0"/>
                        <w:jc w:val="center"/>
                        <w:rPr>
                          <w:rFonts w:ascii="Arial" w:hAnsi="Arial" w:cs="Arial"/>
                          <w:b/>
                          <w:bCs/>
                          <w:sz w:val="16"/>
                          <w:szCs w:val="16"/>
                        </w:rPr>
                      </w:pPr>
                      <w:r>
                        <w:rPr>
                          <w:rFonts w:ascii="Arial" w:hAnsi="Arial" w:cs="Arial"/>
                          <w:b/>
                          <w:bCs/>
                          <w:sz w:val="16"/>
                          <w:szCs w:val="16"/>
                        </w:rPr>
                        <w:t> </w:t>
                      </w:r>
                    </w:p>
                    <w:p w14:paraId="0B5F80F5" w14:textId="77777777" w:rsidR="00283578" w:rsidRDefault="00283578" w:rsidP="00283578">
                      <w:pPr>
                        <w:widowControl w:val="0"/>
                        <w:jc w:val="center"/>
                        <w:rPr>
                          <w:rFonts w:ascii="Arial" w:hAnsi="Arial" w:cs="Arial"/>
                          <w:b/>
                          <w:bCs/>
                          <w:sz w:val="24"/>
                          <w:szCs w:val="24"/>
                        </w:rPr>
                      </w:pPr>
                      <w:r>
                        <w:rPr>
                          <w:rFonts w:ascii="Arial" w:hAnsi="Arial" w:cs="Arial"/>
                          <w:b/>
                          <w:bCs/>
                          <w:sz w:val="24"/>
                          <w:szCs w:val="24"/>
                        </w:rPr>
                        <w:t> </w:t>
                      </w:r>
                    </w:p>
                  </w:txbxContent>
                </v:textbox>
              </v:shape>
            </w:pict>
          </mc:Fallback>
        </mc:AlternateContent>
      </w:r>
    </w:p>
    <w:tbl>
      <w:tblPr>
        <w:tblStyle w:val="TableGrid"/>
        <w:tblpPr w:leftFromText="180" w:rightFromText="180" w:vertAnchor="text" w:horzAnchor="margin" w:tblpXSpec="center" w:tblpY="550"/>
        <w:tblW w:w="0" w:type="auto"/>
        <w:tblLook w:val="04A0" w:firstRow="1" w:lastRow="0" w:firstColumn="1" w:lastColumn="0" w:noHBand="0" w:noVBand="1"/>
      </w:tblPr>
      <w:tblGrid>
        <w:gridCol w:w="3256"/>
        <w:gridCol w:w="4110"/>
        <w:gridCol w:w="4678"/>
      </w:tblGrid>
      <w:tr w:rsidR="00283578" w14:paraId="2468CFBB" w14:textId="77777777" w:rsidTr="004139C9">
        <w:tc>
          <w:tcPr>
            <w:tcW w:w="3256" w:type="dxa"/>
          </w:tcPr>
          <w:p w14:paraId="06034297" w14:textId="77777777" w:rsidR="00283578" w:rsidRPr="00C0791E" w:rsidRDefault="00283578" w:rsidP="004139C9">
            <w:pPr>
              <w:jc w:val="center"/>
              <w:rPr>
                <w:b/>
                <w:bCs/>
                <w:sz w:val="40"/>
                <w:szCs w:val="40"/>
              </w:rPr>
            </w:pPr>
            <w:r w:rsidRPr="00C0791E">
              <w:rPr>
                <w:b/>
                <w:bCs/>
                <w:sz w:val="40"/>
                <w:szCs w:val="40"/>
              </w:rPr>
              <w:t>Recommended</w:t>
            </w:r>
          </w:p>
        </w:tc>
        <w:tc>
          <w:tcPr>
            <w:tcW w:w="4110" w:type="dxa"/>
          </w:tcPr>
          <w:p w14:paraId="461E5CA4" w14:textId="77777777" w:rsidR="00283578" w:rsidRPr="00C0791E" w:rsidRDefault="00283578" w:rsidP="004139C9">
            <w:pPr>
              <w:jc w:val="center"/>
              <w:rPr>
                <w:b/>
                <w:bCs/>
                <w:sz w:val="40"/>
                <w:szCs w:val="40"/>
              </w:rPr>
            </w:pPr>
            <w:r w:rsidRPr="00C0791E">
              <w:rPr>
                <w:b/>
                <w:bCs/>
                <w:sz w:val="40"/>
                <w:szCs w:val="40"/>
              </w:rPr>
              <w:t>Occasionally</w:t>
            </w:r>
          </w:p>
        </w:tc>
        <w:tc>
          <w:tcPr>
            <w:tcW w:w="4678" w:type="dxa"/>
          </w:tcPr>
          <w:p w14:paraId="15D4EBDA" w14:textId="77777777" w:rsidR="00283578" w:rsidRPr="00C0791E" w:rsidRDefault="00283578" w:rsidP="004139C9">
            <w:pPr>
              <w:jc w:val="center"/>
              <w:rPr>
                <w:b/>
                <w:bCs/>
                <w:sz w:val="40"/>
                <w:szCs w:val="40"/>
              </w:rPr>
            </w:pPr>
            <w:r w:rsidRPr="00C0791E">
              <w:rPr>
                <w:b/>
                <w:bCs/>
                <w:sz w:val="40"/>
                <w:szCs w:val="40"/>
              </w:rPr>
              <w:t>Not encouraged</w:t>
            </w:r>
          </w:p>
        </w:tc>
      </w:tr>
      <w:tr w:rsidR="00283578" w14:paraId="67121C1F" w14:textId="77777777" w:rsidTr="004139C9">
        <w:tc>
          <w:tcPr>
            <w:tcW w:w="3256" w:type="dxa"/>
          </w:tcPr>
          <w:p w14:paraId="63F601FD" w14:textId="77777777" w:rsidR="00283578" w:rsidRPr="00C0791E" w:rsidRDefault="00283578" w:rsidP="004139C9">
            <w:pPr>
              <w:rPr>
                <w:sz w:val="40"/>
                <w:szCs w:val="40"/>
              </w:rPr>
            </w:pPr>
            <w:r w:rsidRPr="00C0791E">
              <w:rPr>
                <w:sz w:val="40"/>
                <w:szCs w:val="40"/>
              </w:rPr>
              <w:t>Water, plain milk</w:t>
            </w:r>
          </w:p>
        </w:tc>
        <w:tc>
          <w:tcPr>
            <w:tcW w:w="4110" w:type="dxa"/>
          </w:tcPr>
          <w:p w14:paraId="6FB72491" w14:textId="77777777" w:rsidR="00283578" w:rsidRPr="00C0791E" w:rsidRDefault="00283578" w:rsidP="004139C9">
            <w:pPr>
              <w:rPr>
                <w:sz w:val="40"/>
                <w:szCs w:val="40"/>
              </w:rPr>
            </w:pPr>
            <w:r w:rsidRPr="00C0791E">
              <w:rPr>
                <w:sz w:val="40"/>
                <w:szCs w:val="40"/>
              </w:rPr>
              <w:t>Fruit juice with meals</w:t>
            </w:r>
          </w:p>
        </w:tc>
        <w:tc>
          <w:tcPr>
            <w:tcW w:w="4678" w:type="dxa"/>
          </w:tcPr>
          <w:p w14:paraId="6002D0D3" w14:textId="77777777" w:rsidR="00283578" w:rsidRPr="00C0791E" w:rsidRDefault="00283578" w:rsidP="004139C9">
            <w:pPr>
              <w:rPr>
                <w:sz w:val="40"/>
                <w:szCs w:val="40"/>
              </w:rPr>
            </w:pPr>
            <w:r w:rsidRPr="00C0791E">
              <w:rPr>
                <w:sz w:val="40"/>
                <w:szCs w:val="40"/>
              </w:rPr>
              <w:t>Sugary fizzy drinks</w:t>
            </w:r>
          </w:p>
        </w:tc>
      </w:tr>
      <w:tr w:rsidR="00283578" w14:paraId="6ED45A3D" w14:textId="77777777" w:rsidTr="004139C9">
        <w:tc>
          <w:tcPr>
            <w:tcW w:w="3256" w:type="dxa"/>
          </w:tcPr>
          <w:p w14:paraId="3CCDB990" w14:textId="77777777" w:rsidR="00283578" w:rsidRPr="00C0791E" w:rsidRDefault="00283578" w:rsidP="004139C9">
            <w:pPr>
              <w:rPr>
                <w:sz w:val="40"/>
                <w:szCs w:val="40"/>
              </w:rPr>
            </w:pPr>
            <w:r w:rsidRPr="00C0791E">
              <w:rPr>
                <w:sz w:val="40"/>
                <w:szCs w:val="40"/>
              </w:rPr>
              <w:t>Fresh fruit &amp; vegetables</w:t>
            </w:r>
          </w:p>
        </w:tc>
        <w:tc>
          <w:tcPr>
            <w:tcW w:w="4110" w:type="dxa"/>
          </w:tcPr>
          <w:p w14:paraId="3B549D28" w14:textId="77777777" w:rsidR="00283578" w:rsidRPr="00C0791E" w:rsidRDefault="00283578" w:rsidP="004139C9">
            <w:pPr>
              <w:rPr>
                <w:sz w:val="40"/>
                <w:szCs w:val="40"/>
              </w:rPr>
            </w:pPr>
            <w:r w:rsidRPr="00C0791E">
              <w:rPr>
                <w:sz w:val="40"/>
                <w:szCs w:val="40"/>
              </w:rPr>
              <w:t>Dried fruit</w:t>
            </w:r>
          </w:p>
        </w:tc>
        <w:tc>
          <w:tcPr>
            <w:tcW w:w="4678" w:type="dxa"/>
          </w:tcPr>
          <w:p w14:paraId="381DEB30" w14:textId="77777777" w:rsidR="00283578" w:rsidRPr="00C0791E" w:rsidRDefault="00283578" w:rsidP="004139C9">
            <w:pPr>
              <w:rPr>
                <w:sz w:val="40"/>
                <w:szCs w:val="40"/>
              </w:rPr>
            </w:pPr>
            <w:r w:rsidRPr="00C0791E">
              <w:rPr>
                <w:sz w:val="40"/>
                <w:szCs w:val="40"/>
              </w:rPr>
              <w:t>Sweets</w:t>
            </w:r>
          </w:p>
        </w:tc>
      </w:tr>
      <w:tr w:rsidR="00283578" w14:paraId="1C6D9AB3" w14:textId="77777777" w:rsidTr="004139C9">
        <w:tc>
          <w:tcPr>
            <w:tcW w:w="3256" w:type="dxa"/>
          </w:tcPr>
          <w:p w14:paraId="6396D324" w14:textId="77777777" w:rsidR="00283578" w:rsidRPr="00C0791E" w:rsidRDefault="00283578" w:rsidP="004139C9">
            <w:pPr>
              <w:rPr>
                <w:sz w:val="40"/>
                <w:szCs w:val="40"/>
              </w:rPr>
            </w:pPr>
            <w:r w:rsidRPr="00C0791E">
              <w:rPr>
                <w:sz w:val="40"/>
                <w:szCs w:val="40"/>
              </w:rPr>
              <w:t>Cheese</w:t>
            </w:r>
          </w:p>
        </w:tc>
        <w:tc>
          <w:tcPr>
            <w:tcW w:w="4110" w:type="dxa"/>
          </w:tcPr>
          <w:p w14:paraId="2C2EE505" w14:textId="77777777" w:rsidR="00283578" w:rsidRPr="00C0791E" w:rsidRDefault="00283578" w:rsidP="004139C9">
            <w:pPr>
              <w:rPr>
                <w:sz w:val="40"/>
                <w:szCs w:val="40"/>
              </w:rPr>
            </w:pPr>
            <w:r w:rsidRPr="00C0791E">
              <w:rPr>
                <w:sz w:val="40"/>
                <w:szCs w:val="40"/>
              </w:rPr>
              <w:t>Cakes</w:t>
            </w:r>
          </w:p>
        </w:tc>
        <w:tc>
          <w:tcPr>
            <w:tcW w:w="4678" w:type="dxa"/>
          </w:tcPr>
          <w:p w14:paraId="1E14BB99" w14:textId="77777777" w:rsidR="00283578" w:rsidRPr="00C0791E" w:rsidRDefault="00283578" w:rsidP="004139C9">
            <w:pPr>
              <w:rPr>
                <w:sz w:val="40"/>
                <w:szCs w:val="40"/>
              </w:rPr>
            </w:pPr>
            <w:r w:rsidRPr="00C0791E">
              <w:rPr>
                <w:sz w:val="40"/>
                <w:szCs w:val="40"/>
              </w:rPr>
              <w:t>Lollipops</w:t>
            </w:r>
          </w:p>
        </w:tc>
      </w:tr>
      <w:tr w:rsidR="00283578" w14:paraId="09546A7F" w14:textId="77777777" w:rsidTr="004139C9">
        <w:tc>
          <w:tcPr>
            <w:tcW w:w="3256" w:type="dxa"/>
          </w:tcPr>
          <w:p w14:paraId="33D48EC2" w14:textId="77777777" w:rsidR="00283578" w:rsidRPr="00C0791E" w:rsidRDefault="00283578" w:rsidP="004139C9">
            <w:pPr>
              <w:rPr>
                <w:sz w:val="40"/>
                <w:szCs w:val="40"/>
              </w:rPr>
            </w:pPr>
            <w:r w:rsidRPr="00C0791E">
              <w:rPr>
                <w:sz w:val="40"/>
                <w:szCs w:val="40"/>
              </w:rPr>
              <w:t>Plain yoghurt</w:t>
            </w:r>
          </w:p>
        </w:tc>
        <w:tc>
          <w:tcPr>
            <w:tcW w:w="4110" w:type="dxa"/>
          </w:tcPr>
          <w:p w14:paraId="7C75781F" w14:textId="77777777" w:rsidR="00283578" w:rsidRPr="00C0791E" w:rsidRDefault="00283578" w:rsidP="004139C9">
            <w:pPr>
              <w:rPr>
                <w:sz w:val="40"/>
                <w:szCs w:val="40"/>
              </w:rPr>
            </w:pPr>
            <w:r w:rsidRPr="00C0791E">
              <w:rPr>
                <w:sz w:val="40"/>
                <w:szCs w:val="40"/>
              </w:rPr>
              <w:t>Biscuits</w:t>
            </w:r>
          </w:p>
        </w:tc>
        <w:tc>
          <w:tcPr>
            <w:tcW w:w="4678" w:type="dxa"/>
          </w:tcPr>
          <w:p w14:paraId="418E40B0" w14:textId="77777777" w:rsidR="00283578" w:rsidRPr="00C0791E" w:rsidRDefault="00283578" w:rsidP="004139C9">
            <w:pPr>
              <w:rPr>
                <w:sz w:val="40"/>
                <w:szCs w:val="40"/>
              </w:rPr>
            </w:pPr>
            <w:r w:rsidRPr="00C0791E">
              <w:rPr>
                <w:sz w:val="40"/>
                <w:szCs w:val="40"/>
              </w:rPr>
              <w:t>Chewy sweets</w:t>
            </w:r>
          </w:p>
        </w:tc>
      </w:tr>
    </w:tbl>
    <w:p w14:paraId="0686335A" w14:textId="77777777" w:rsidR="00283578" w:rsidRDefault="00283578" w:rsidP="00283578">
      <w:pPr>
        <w:jc w:val="center"/>
        <w:rPr>
          <w:rFonts w:ascii="Arial" w:hAnsi="Arial" w:cs="Arial"/>
          <w:b/>
          <w:sz w:val="52"/>
          <w:szCs w:val="52"/>
        </w:rPr>
      </w:pPr>
      <w:r w:rsidRPr="002D62A6">
        <w:rPr>
          <w:rFonts w:ascii="Times New Roman" w:eastAsia="Times New Roman" w:hAnsi="Times New Roman" w:cs="Times New Roman"/>
          <w:noProof/>
          <w:sz w:val="24"/>
          <w:szCs w:val="24"/>
          <w:lang w:eastAsia="en-GB"/>
        </w:rPr>
        <mc:AlternateContent>
          <mc:Choice Requires="wps">
            <w:drawing>
              <wp:anchor distT="0" distB="0" distL="114300" distR="114300" simplePos="0" relativeHeight="251639296" behindDoc="0" locked="0" layoutInCell="1" allowOverlap="1" wp14:anchorId="3B693EF4" wp14:editId="4FA0E0F8">
                <wp:simplePos x="0" y="0"/>
                <wp:positionH relativeFrom="column">
                  <wp:posOffset>1423035</wp:posOffset>
                </wp:positionH>
                <wp:positionV relativeFrom="paragraph">
                  <wp:posOffset>6031230</wp:posOffset>
                </wp:positionV>
                <wp:extent cx="7315200" cy="685800"/>
                <wp:effectExtent l="3810" t="1905" r="0" b="0"/>
                <wp:wrapNone/>
                <wp:docPr id="20" name="Text Box 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315200" cy="6858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44919C98" w14:textId="77777777" w:rsidR="00283578" w:rsidRDefault="00283578" w:rsidP="00283578"/>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B693EF4" id="Text Box 19" o:spid="_x0000_s1027" type="#_x0000_t202" style="position:absolute;left:0;text-align:left;margin-left:112.05pt;margin-top:474.9pt;width:8in;height:54pt;z-index:2516392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" stroked="f">
                <v:textbox>
                  <w:txbxContent>
                    <w:p w14:paraId="44919C98" w14:textId="77777777" w:rsidR="00283578" w:rsidRDefault="00283578" w:rsidP="00283578"/>
                  </w:txbxContent>
                </v:textbox>
              </v:shape>
            </w:pict>
          </mc:Fallback>
        </mc:AlternateContent>
      </w:r>
      <w:r w:rsidRPr="002D62A6">
        <w:rPr>
          <w:rFonts w:ascii="Times New Roman" w:eastAsia="Times New Roman" w:hAnsi="Times New Roman" w:cs="Times New Roman"/>
          <w:noProof/>
          <w:sz w:val="24"/>
          <w:szCs w:val="24"/>
          <w:lang w:eastAsia="en-GB"/>
        </w:rPr>
        <mc:AlternateContent>
          <mc:Choice Requires="wps">
            <w:drawing>
              <wp:anchor distT="36576" distB="36576" distL="36576" distR="36576" simplePos="0" relativeHeight="251640320" behindDoc="0" locked="0" layoutInCell="1" allowOverlap="1" wp14:anchorId="69E36B20" wp14:editId="54918D14">
                <wp:simplePos x="0" y="0"/>
                <wp:positionH relativeFrom="column">
                  <wp:posOffset>8910955</wp:posOffset>
                </wp:positionH>
                <wp:positionV relativeFrom="paragraph">
                  <wp:posOffset>-556895</wp:posOffset>
                </wp:positionV>
                <wp:extent cx="1261110" cy="1007745"/>
                <wp:effectExtent l="0" t="0" r="635" b="0"/>
                <wp:wrapNone/>
                <wp:docPr id="19" name="Text Box 2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61110" cy="1007745"/>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lgn="in">
                              <a:solidFill>
                                <a:schemeClr val="dk1">
                                  <a:lumMod val="0"/>
                                  <a:lumOff val="0"/>
                                </a:schemeClr>
                              </a:solidFill>
                              <a:miter lim="800000"/>
                              <a:headEnd/>
                              <a:tailEnd/>
                            </a14:hiddenLine>
                          </a:ext>
                          <a:ext uri="{AF507438-7753-43E0-B8FC-AC1667EBCBE1}">
                            <a14:hiddenEffects xmlns:a14="http://schemas.microsoft.com/office/drawing/2010/main">
                              <a:effectLst/>
                            </a14:hiddenEffects>
                          </a:ext>
                        </a:extLst>
                      </wps:spPr>
                      <wps:txbx>
                        <w:txbxContent>
                          <w:p w14:paraId="79386335" w14:textId="77777777" w:rsidR="00283578" w:rsidRDefault="00283578" w:rsidP="00283578">
                            <w:pPr>
                              <w:jc w:val="right"/>
                            </w:pPr>
                            <w:r>
                              <w:t> </w:t>
                            </w:r>
                          </w:p>
                          <w:p w14:paraId="0342E1DE" w14:textId="77777777" w:rsidR="00283578" w:rsidRDefault="00283578" w:rsidP="00283578">
                            <w:pPr>
                              <w:rPr>
                                <w:rFonts w:ascii="Arial" w:hAnsi="Arial" w:cs="Arial"/>
                                <w:b/>
                                <w:bCs/>
                                <w:sz w:val="10"/>
                                <w:szCs w:val="10"/>
                              </w:rPr>
                            </w:pPr>
                            <w:r>
                              <w:rPr>
                                <w:noProof/>
                                <w:lang w:eastAsia="en-GB"/>
                              </w:rPr>
                              <w:drawing>
                                <wp:inline distT="0" distB="0" distL="0" distR="0" wp14:anchorId="0C911CF0" wp14:editId="360FE93F">
                                  <wp:extent cx="905300" cy="360485"/>
                                  <wp:effectExtent l="0" t="0" r="0" b="1905"/>
                                  <wp:docPr id="4" name="Picture 3" descr="NHS MEDIUM"/>
                                  <wp:cNvGraphicFramePr>
                                    <a:graphicFrameLocks xmlns:a="http://schemas.openxmlformats.org/drawingml/2006/main" noGrp="1" noChangeAspect="1"/>
                                  </wp:cNvGraphicFramePr>
                                  <a:graphic xmlns:a="http://schemas.openxmlformats.org/drawingml/2006/main">
                                    <a:graphicData uri="http://schemas.openxmlformats.org/drawingml/2006/picture">
                                      <pic:pic xmlns:pic="http://schemas.openxmlformats.org/drawingml/2006/picture">
                                        <pic:nvPicPr>
                                          <pic:cNvPr id="0" name="Picture 3" descr="NHS MEDIUM"/>
                                          <pic:cNvPicPr>
                                            <a:picLocks noGrp="1"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906018" cy="360771"/>
                                          </a:xfrm>
                                          <a:prstGeom prst="rect">
                                            <a:avLst/>
                                          </a:prstGeom>
                                          <a:noFill/>
                                          <a:ln>
                                            <a:noFill/>
                                          </a:ln>
                                        </pic:spPr>
                                      </pic:pic>
                                    </a:graphicData>
                                  </a:graphic>
                                </wp:inline>
                              </w:drawing>
                            </w:r>
                          </w:p>
                          <w:p w14:paraId="37DFADA2" w14:textId="77777777" w:rsidR="00283578" w:rsidRDefault="00283578" w:rsidP="00283578">
                            <w:pPr>
                              <w:widowControl w:val="0"/>
                              <w:jc w:val="right"/>
                              <w:rPr>
                                <w:rFonts w:ascii="Times New Roman" w:hAnsi="Times New Roman" w:cs="Times New Roman"/>
                                <w:sz w:val="20"/>
                                <w:szCs w:val="20"/>
                              </w:rPr>
                            </w:pPr>
                            <w:r>
                              <w:t> </w:t>
                            </w:r>
                          </w:p>
                        </w:txbxContent>
                      </wps:txbx>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9E36B20" id="Text Box 20" o:spid="_x0000_s1028" type="#_x0000_t202" style="position:absolute;left:0;text-align:left;margin-left:701.65pt;margin-top:-43.85pt;width:99.3pt;height:79.35pt;z-index:251640320;visibility:visible;mso-wrap-style:square;mso-width-percent:0;mso-height-percent:0;mso-wrap-distance-left:2.88pt;mso-wrap-distance-top:2.88pt;mso-wrap-distance-right:2.88pt;mso-wrap-distance-bottom:2.88pt;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" filled="f" stroked="f" strokecolor="black [0]" insetpen="t">
                <v:textbox inset="2.88pt,2.88pt,2.88pt,2.88pt">
                  <w:txbxContent>
                    <w:p w14:paraId="79386335" w14:textId="77777777" w:rsidR="00283578" w:rsidRDefault="00283578" w:rsidP="00283578">
                      <w:pPr>
                        <w:jc w:val="right"/>
                      </w:pPr>
                      <w:r>
                        <w:t> </w:t>
                      </w:r>
                    </w:p>
                    <w:p w14:paraId="0342E1DE" w14:textId="77777777" w:rsidR="00283578" w:rsidRDefault="00283578" w:rsidP="00283578">
                      <w:pPr>
                        <w:rPr>
                          <w:rFonts w:ascii="Arial" w:hAnsi="Arial" w:cs="Arial"/>
                          <w:b/>
                          <w:bCs/>
                          <w:sz w:val="10"/>
                          <w:szCs w:val="10"/>
                        </w:rPr>
                      </w:pPr>
                      <w:r>
                        <w:rPr>
                          <w:noProof/>
                          <w:lang w:eastAsia="en-GB"/>
                        </w:rPr>
                        <w:drawing>
                          <wp:inline distT="0" distB="0" distL="0" distR="0" wp14:anchorId="0C911CF0" wp14:editId="360FE93F">
                            <wp:extent cx="905300" cy="360485"/>
                            <wp:effectExtent l="0" t="0" r="0" b="1905"/>
                            <wp:docPr id="4" name="Picture 3" descr="NHS MEDIUM"/>
                            <wp:cNvGraphicFramePr>
                              <a:graphicFrameLocks xmlns:a="http://schemas.openxmlformats.org/drawingml/2006/main" noGrp="1" noChangeAspect="1"/>
                            </wp:cNvGraphicFramePr>
                            <a:graphic xmlns:a="http://schemas.openxmlformats.org/drawingml/2006/main">
                              <a:graphicData uri="http://schemas.openxmlformats.org/drawingml/2006/picture">
                                <pic:pic xmlns:pic="http://schemas.openxmlformats.org/drawingml/2006/picture">
                                  <pic:nvPicPr>
                                    <pic:cNvPr id="0" name="Picture 3" descr="NHS MEDIUM"/>
                                    <pic:cNvPicPr>
                                      <a:picLocks noGrp="1"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906018" cy="360771"/>
                                    </a:xfrm>
                                    <a:prstGeom prst="rect">
                                      <a:avLst/>
                                    </a:prstGeom>
                                    <a:noFill/>
                                    <a:ln>
                                      <a:noFill/>
                                    </a:ln>
                                  </pic:spPr>
                                </pic:pic>
                              </a:graphicData>
                            </a:graphic>
                          </wp:inline>
                        </w:drawing>
                      </w:r>
                    </w:p>
                    <w:p w14:paraId="37DFADA2" w14:textId="77777777" w:rsidR="00283578" w:rsidRDefault="00283578" w:rsidP="00283578">
                      <w:pPr>
                        <w:widowControl w:val="0"/>
                        <w:jc w:val="right"/>
                        <w:rPr>
                          <w:rFonts w:ascii="Times New Roman" w:hAnsi="Times New Roman" w:cs="Times New Roman"/>
                          <w:sz w:val="20"/>
                          <w:szCs w:val="20"/>
                        </w:rPr>
                      </w:pPr>
                      <w:r>
                        <w:t> </w:t>
                      </w:r>
                    </w:p>
                  </w:txbxContent>
                </v:textbox>
              </v:shape>
            </w:pict>
          </mc:Fallback>
        </mc:AlternateContent>
      </w:r>
      <w:r w:rsidRPr="002D62A6">
        <w:rPr>
          <w:rFonts w:ascii="Times New Roman" w:eastAsia="Times New Roman" w:hAnsi="Times New Roman" w:cs="Times New Roman"/>
          <w:noProof/>
          <w:sz w:val="24"/>
          <w:szCs w:val="24"/>
          <w:lang w:eastAsia="en-GB"/>
        </w:rPr>
        <mc:AlternateContent>
          <mc:Choice Requires="wps">
            <w:drawing>
              <wp:anchor distT="36576" distB="36576" distL="36576" distR="36576" simplePos="0" relativeHeight="251641344" behindDoc="0" locked="0" layoutInCell="1" allowOverlap="1" wp14:anchorId="6EDE2C07" wp14:editId="5C4BFABB">
                <wp:simplePos x="0" y="0"/>
                <wp:positionH relativeFrom="column">
                  <wp:posOffset>29210</wp:posOffset>
                </wp:positionH>
                <wp:positionV relativeFrom="paragraph">
                  <wp:posOffset>-443865</wp:posOffset>
                </wp:positionV>
                <wp:extent cx="1595120" cy="711200"/>
                <wp:effectExtent l="635" t="3810" r="4445" b="0"/>
                <wp:wrapNone/>
                <wp:docPr id="18" name="Text Box 2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95120" cy="71120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lgn="in">
                              <a:solidFill>
                                <a:schemeClr val="dk1">
                                  <a:lumMod val="0"/>
                                  <a:lumOff val="0"/>
                                </a:schemeClr>
                              </a:solidFill>
                              <a:miter lim="800000"/>
                              <a:headEnd/>
                              <a:tailEnd/>
                            </a14:hiddenLine>
                          </a:ext>
                          <a:ext uri="{AF507438-7753-43E0-B8FC-AC1667EBCBE1}">
                            <a14:hiddenEffects xmlns:a14="http://schemas.microsoft.com/office/drawing/2010/main">
                              <a:effectLst/>
                            </a14:hiddenEffects>
                          </a:ext>
                        </a:extLst>
                      </wps:spPr>
                      <wps:txbx>
                        <w:txbxContent>
                          <w:p w14:paraId="1B73E95C" w14:textId="77777777" w:rsidR="00283578" w:rsidRPr="002D62A6" w:rsidRDefault="00283578" w:rsidP="00283578">
                            <w:pPr>
                              <w:widowControl w:val="0"/>
                              <w:rPr>
                                <w:rFonts w:ascii="Arial" w:hAnsi="Arial" w:cs="Arial"/>
                                <w:b/>
                                <w:sz w:val="24"/>
                                <w:szCs w:val="24"/>
                              </w:rPr>
                            </w:pPr>
                            <w:r w:rsidRPr="002D62A6">
                              <w:rPr>
                                <w:rFonts w:ascii="Arial" w:hAnsi="Arial" w:cs="Arial"/>
                                <w:b/>
                                <w:sz w:val="24"/>
                                <w:szCs w:val="24"/>
                              </w:rPr>
                              <w:t xml:space="preserve">Appendix B </w:t>
                            </w:r>
                          </w:p>
                        </w:txbxContent>
                      </wps:txbx>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EDE2C07" id="Text Box 22" o:spid="_x0000_s1029" type="#_x0000_t202" style="position:absolute;left:0;text-align:left;margin-left:2.3pt;margin-top:-34.95pt;width:125.6pt;height:56pt;z-index:251641344;visibility:visible;mso-wrap-style:square;mso-width-percent:0;mso-height-percent:0;mso-wrap-distance-left:2.88pt;mso-wrap-distance-top:2.88pt;mso-wrap-distance-right:2.88pt;mso-wrap-distance-bottom:2.88pt;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" filled="f" stroked="f" strokecolor="black [0]" insetpen="t">
                <v:textbox inset="2.88pt,2.88pt,2.88pt,2.88pt">
                  <w:txbxContent>
                    <w:p w14:paraId="1B73E95C" w14:textId="77777777" w:rsidR="00283578" w:rsidRPr="002D62A6" w:rsidRDefault="00283578" w:rsidP="00283578">
                      <w:pPr>
                        <w:widowControl w:val="0"/>
                        <w:rPr>
                          <w:rFonts w:ascii="Arial" w:hAnsi="Arial" w:cs="Arial"/>
                          <w:b/>
                          <w:sz w:val="24"/>
                          <w:szCs w:val="24"/>
                        </w:rPr>
                      </w:pPr>
                      <w:r w:rsidRPr="002D62A6">
                        <w:rPr>
                          <w:rFonts w:ascii="Arial" w:hAnsi="Arial" w:cs="Arial"/>
                          <w:b/>
                          <w:sz w:val="24"/>
                          <w:szCs w:val="24"/>
                        </w:rPr>
                        <w:t xml:space="preserve">Appendix B </w:t>
                      </w:r>
                    </w:p>
                  </w:txbxContent>
                </v:textbox>
              </v:shape>
            </w:pict>
          </mc:Fallback>
        </mc:AlternateContent>
      </w:r>
    </w:p>
    <w:p w14:paraId="656CB36C" w14:textId="77777777" w:rsidR="00283578" w:rsidRDefault="00283578" w:rsidP="00283578">
      <w:pPr>
        <w:jc w:val="center"/>
        <w:rPr>
          <w:rFonts w:ascii="Arial" w:hAnsi="Arial" w:cs="Arial"/>
          <w:b/>
          <w:sz w:val="52"/>
          <w:szCs w:val="52"/>
        </w:rPr>
      </w:pPr>
    </w:p>
    <w:p w14:paraId="162C2B20" w14:textId="77777777" w:rsidR="00283578" w:rsidRPr="007C5640" w:rsidRDefault="00283578" w:rsidP="00283578">
      <w:pPr>
        <w:jc w:val="center"/>
        <w:rPr>
          <w:rFonts w:ascii="Arial" w:hAnsi="Arial" w:cs="Arial"/>
          <w:b/>
          <w:sz w:val="44"/>
          <w:szCs w:val="44"/>
        </w:rPr>
      </w:pPr>
      <w:r>
        <w:rPr>
          <w:rFonts w:ascii="Arial" w:hAnsi="Arial" w:cs="Arial"/>
          <w:b/>
          <w:sz w:val="44"/>
          <w:szCs w:val="44"/>
        </w:rPr>
        <w:tab/>
      </w:r>
      <w:r>
        <w:rPr>
          <w:rFonts w:ascii="Arial" w:hAnsi="Arial" w:cs="Arial"/>
          <w:b/>
          <w:sz w:val="44"/>
          <w:szCs w:val="44"/>
        </w:rPr>
        <w:tab/>
      </w:r>
    </w:p>
    <w:p w14:paraId="377F2BE3" w14:textId="77777777" w:rsidR="00283578" w:rsidRPr="007C5640" w:rsidRDefault="00283578" w:rsidP="00283578">
      <w:pPr>
        <w:jc w:val="center"/>
        <w:rPr>
          <w:rFonts w:ascii="Arial" w:hAnsi="Arial" w:cs="Arial"/>
          <w:b/>
          <w:sz w:val="52"/>
          <w:szCs w:val="52"/>
        </w:rPr>
      </w:pPr>
    </w:p>
    <w:p w14:paraId="24C38553" w14:textId="77777777" w:rsidR="00283578" w:rsidRDefault="00283578" w:rsidP="00283578"/>
    <w:p w14:paraId="7BDE7D2B" w14:textId="77777777" w:rsidR="00283578" w:rsidRDefault="00283578" w:rsidP="00283578"/>
    <w:p w14:paraId="2174C76B" w14:textId="77777777" w:rsidR="00283578" w:rsidRDefault="00283578" w:rsidP="00283578"/>
    <w:p w14:paraId="181323D3" w14:textId="77777777" w:rsidR="00283578" w:rsidRDefault="00283578" w:rsidP="00283578"/>
    <w:p w14:paraId="315201DC" w14:textId="77777777" w:rsidR="00283578" w:rsidRDefault="00283578" w:rsidP="00283578"/>
    <w:p w14:paraId="321E3535" w14:textId="77777777" w:rsidR="00283578" w:rsidRDefault="00283578" w:rsidP="00283578"/>
    <w:p w14:paraId="4BEBF564" w14:textId="77777777" w:rsidR="00283578" w:rsidRDefault="00283578" w:rsidP="00283578"/>
    <w:p w14:paraId="3631CD94" w14:textId="77777777" w:rsidR="00283578" w:rsidRDefault="00283578" w:rsidP="00283578"/>
    <w:p w14:paraId="2FA86ED9" w14:textId="77777777" w:rsidR="00283578" w:rsidRDefault="00283578" w:rsidP="00283578"/>
    <w:p w14:paraId="6BB14AA1" w14:textId="77777777" w:rsidR="00283578" w:rsidRDefault="00283578" w:rsidP="00283578"/>
    <w:p w14:paraId="0B88ED7D" w14:textId="77777777" w:rsidR="00283578" w:rsidRDefault="00283578" w:rsidP="00283578"/>
    <w:p w14:paraId="1F0B9693" w14:textId="77777777" w:rsidR="00283578" w:rsidRDefault="00283578" w:rsidP="00283578">
      <w:pPr>
        <w:sectPr w:rsidR="00283578" w:rsidSect="002D62A6">
          <w:pgSz w:w="16838" w:h="11906" w:orient="landscape"/>
          <w:pgMar w:top="720" w:right="720" w:bottom="720" w:left="720" w:header="708" w:footer="708" w:gutter="0"/>
          <w:cols w:space="708"/>
          <w:docGrid w:linePitch="360"/>
        </w:sectPr>
      </w:pPr>
      <w:r>
        <w:t xml:space="preserve"> </w:t>
      </w:r>
    </w:p>
    <w:tbl>
      <w:tblPr>
        <w:tblpPr w:leftFromText="180" w:rightFromText="180" w:vertAnchor="page" w:horzAnchor="margin" w:tblpXSpec="center" w:tblpY="1179"/>
        <w:tblW w:w="8791" w:type="dxa"/>
        <w:tblLayout w:type="fixed"/>
        <w:tblCellMar>
          <w:left w:w="30" w:type="dxa"/>
          <w:right w:w="30" w:type="dxa"/>
        </w:tblCellMar>
        <w:tblLook w:val="0000" w:firstRow="0" w:lastRow="0" w:firstColumn="0" w:lastColumn="0" w:noHBand="0" w:noVBand="0"/>
      </w:tblPr>
      <w:tblGrid>
        <w:gridCol w:w="641"/>
        <w:gridCol w:w="1170"/>
        <w:gridCol w:w="833"/>
        <w:gridCol w:w="4098"/>
        <w:gridCol w:w="2049"/>
      </w:tblGrid>
      <w:tr w:rsidR="00283578" w:rsidRPr="00755529" w14:paraId="0068AFD3" w14:textId="77777777" w:rsidTr="004139C9">
        <w:trPr>
          <w:trHeight w:val="474"/>
        </w:trPr>
        <w:tc>
          <w:tcPr>
            <w:tcW w:w="641" w:type="dxa"/>
            <w:tcBorders>
              <w:top w:val="nil"/>
              <w:left w:val="nil"/>
              <w:bottom w:val="nil"/>
              <w:right w:val="nil"/>
            </w:tcBorders>
          </w:tcPr>
          <w:p w14:paraId="1A9C47CB" w14:textId="24FDEDA5" w:rsidR="00283578" w:rsidRPr="00755529" w:rsidRDefault="00283578" w:rsidP="004139C9">
            <w:pPr>
              <w:autoSpaceDE w:val="0"/>
              <w:autoSpaceDN w:val="0"/>
              <w:adjustRightInd w:val="0"/>
              <w:spacing w:after="0" w:line="240" w:lineRule="auto"/>
              <w:jc w:val="right"/>
              <w:rPr>
                <w:rFonts w:ascii="Arial" w:eastAsia="Times New Roman" w:hAnsi="Arial" w:cs="Arial"/>
                <w:color w:val="000000"/>
                <w:sz w:val="20"/>
                <w:szCs w:val="20"/>
                <w:lang w:eastAsia="en-GB"/>
              </w:rPr>
            </w:pPr>
          </w:p>
        </w:tc>
        <w:tc>
          <w:tcPr>
            <w:tcW w:w="2003" w:type="dxa"/>
            <w:gridSpan w:val="2"/>
            <w:tcBorders>
              <w:top w:val="nil"/>
              <w:left w:val="nil"/>
              <w:bottom w:val="nil"/>
              <w:right w:val="nil"/>
            </w:tcBorders>
          </w:tcPr>
          <w:p w14:paraId="787AE7AC" w14:textId="71F325C7" w:rsidR="00283578" w:rsidRPr="00D1548C" w:rsidRDefault="00283578" w:rsidP="004139C9">
            <w:pPr>
              <w:autoSpaceDE w:val="0"/>
              <w:autoSpaceDN w:val="0"/>
              <w:adjustRightInd w:val="0"/>
              <w:spacing w:after="0" w:line="240" w:lineRule="auto"/>
              <w:rPr>
                <w:rFonts w:ascii="Arial" w:eastAsia="Times New Roman" w:hAnsi="Arial" w:cs="Arial"/>
                <w:b/>
                <w:bCs/>
                <w:color w:val="000000"/>
                <w:sz w:val="18"/>
                <w:szCs w:val="18"/>
                <w:u w:val="single"/>
                <w:lang w:eastAsia="en-GB"/>
              </w:rPr>
            </w:pPr>
            <w:r w:rsidRPr="00D1548C">
              <w:rPr>
                <w:rFonts w:ascii="Arial" w:eastAsia="Times New Roman" w:hAnsi="Arial" w:cs="Arial"/>
                <w:b/>
                <w:bCs/>
                <w:color w:val="000000"/>
                <w:sz w:val="18"/>
                <w:szCs w:val="18"/>
                <w:u w:val="single"/>
                <w:lang w:eastAsia="en-GB"/>
              </w:rPr>
              <w:t xml:space="preserve">Rack </w:t>
            </w:r>
            <w:proofErr w:type="spellStart"/>
            <w:r w:rsidRPr="00D1548C">
              <w:rPr>
                <w:rFonts w:ascii="Arial" w:eastAsia="Times New Roman" w:hAnsi="Arial" w:cs="Arial"/>
                <w:b/>
                <w:bCs/>
                <w:color w:val="000000"/>
                <w:sz w:val="18"/>
                <w:szCs w:val="18"/>
                <w:u w:val="single"/>
                <w:lang w:eastAsia="en-GB"/>
              </w:rPr>
              <w:t>Colour</w:t>
            </w:r>
            <w:proofErr w:type="spellEnd"/>
          </w:p>
        </w:tc>
        <w:tc>
          <w:tcPr>
            <w:tcW w:w="4098" w:type="dxa"/>
            <w:tcBorders>
              <w:top w:val="nil"/>
              <w:left w:val="nil"/>
              <w:bottom w:val="nil"/>
              <w:right w:val="nil"/>
            </w:tcBorders>
          </w:tcPr>
          <w:p w14:paraId="1E16A2C7" w14:textId="20097A6A" w:rsidR="00283578" w:rsidRPr="00D1548C" w:rsidRDefault="00283578" w:rsidP="004139C9">
            <w:pPr>
              <w:tabs>
                <w:tab w:val="left" w:pos="495"/>
              </w:tabs>
              <w:autoSpaceDE w:val="0"/>
              <w:autoSpaceDN w:val="0"/>
              <w:adjustRightInd w:val="0"/>
              <w:spacing w:after="0" w:line="240" w:lineRule="auto"/>
              <w:rPr>
                <w:rFonts w:ascii="Arial" w:eastAsia="Times New Roman" w:hAnsi="Arial" w:cs="Arial"/>
                <w:color w:val="000000"/>
                <w:sz w:val="18"/>
                <w:szCs w:val="18"/>
                <w:lang w:eastAsia="en-GB"/>
              </w:rPr>
            </w:pPr>
            <w:r w:rsidRPr="00D1548C">
              <w:rPr>
                <w:rFonts w:ascii="Arial" w:eastAsia="Times New Roman" w:hAnsi="Arial" w:cs="Arial"/>
                <w:color w:val="000000"/>
                <w:sz w:val="18"/>
                <w:szCs w:val="18"/>
                <w:lang w:eastAsia="en-GB"/>
              </w:rPr>
              <w:tab/>
              <w:t xml:space="preserve"> </w:t>
            </w:r>
          </w:p>
        </w:tc>
        <w:tc>
          <w:tcPr>
            <w:tcW w:w="2049" w:type="dxa"/>
            <w:tcBorders>
              <w:top w:val="nil"/>
              <w:left w:val="nil"/>
              <w:bottom w:val="nil"/>
              <w:right w:val="nil"/>
            </w:tcBorders>
          </w:tcPr>
          <w:p w14:paraId="656F7858" w14:textId="570BCB31" w:rsidR="00283578" w:rsidRPr="00D1548C" w:rsidRDefault="00283578" w:rsidP="004139C9">
            <w:pPr>
              <w:autoSpaceDE w:val="0"/>
              <w:autoSpaceDN w:val="0"/>
              <w:adjustRightInd w:val="0"/>
              <w:spacing w:after="0" w:line="240" w:lineRule="auto"/>
              <w:jc w:val="right"/>
              <w:rPr>
                <w:rFonts w:ascii="Arial" w:eastAsia="Times New Roman" w:hAnsi="Arial" w:cs="Arial"/>
                <w:color w:val="000000"/>
                <w:sz w:val="18"/>
                <w:szCs w:val="18"/>
                <w:lang w:eastAsia="en-GB"/>
              </w:rPr>
            </w:pPr>
          </w:p>
        </w:tc>
      </w:tr>
      <w:tr w:rsidR="00283578" w:rsidRPr="00755529" w14:paraId="1F72895A" w14:textId="77777777" w:rsidTr="004139C9">
        <w:trPr>
          <w:trHeight w:val="345"/>
        </w:trPr>
        <w:tc>
          <w:tcPr>
            <w:tcW w:w="641" w:type="dxa"/>
            <w:tcBorders>
              <w:top w:val="nil"/>
              <w:left w:val="nil"/>
              <w:bottom w:val="nil"/>
              <w:right w:val="nil"/>
            </w:tcBorders>
          </w:tcPr>
          <w:p w14:paraId="4B2DDBB0" w14:textId="64267184" w:rsidR="00283578" w:rsidRPr="00755529" w:rsidRDefault="00283578" w:rsidP="004139C9">
            <w:pPr>
              <w:autoSpaceDE w:val="0"/>
              <w:autoSpaceDN w:val="0"/>
              <w:adjustRightInd w:val="0"/>
              <w:spacing w:after="0" w:line="240" w:lineRule="auto"/>
              <w:jc w:val="center"/>
              <w:rPr>
                <w:rFonts w:ascii="Arial" w:eastAsia="Times New Roman" w:hAnsi="Arial" w:cs="Arial"/>
                <w:b/>
                <w:bCs/>
                <w:color w:val="000000"/>
                <w:sz w:val="20"/>
                <w:szCs w:val="20"/>
                <w:lang w:eastAsia="en-GB"/>
              </w:rPr>
            </w:pPr>
          </w:p>
        </w:tc>
        <w:tc>
          <w:tcPr>
            <w:tcW w:w="1170" w:type="dxa"/>
            <w:tcBorders>
              <w:top w:val="nil"/>
              <w:left w:val="nil"/>
              <w:bottom w:val="single" w:sz="6" w:space="0" w:color="auto"/>
              <w:right w:val="nil"/>
            </w:tcBorders>
          </w:tcPr>
          <w:p w14:paraId="3951C4F5" w14:textId="77777777" w:rsidR="00283578" w:rsidRPr="00D1548C" w:rsidRDefault="00283578" w:rsidP="004139C9">
            <w:pPr>
              <w:autoSpaceDE w:val="0"/>
              <w:autoSpaceDN w:val="0"/>
              <w:adjustRightInd w:val="0"/>
              <w:spacing w:after="0" w:line="240" w:lineRule="auto"/>
              <w:jc w:val="center"/>
              <w:rPr>
                <w:rFonts w:ascii="Arial" w:eastAsia="Times New Roman" w:hAnsi="Arial" w:cs="Arial"/>
                <w:b/>
                <w:bCs/>
                <w:color w:val="000000"/>
                <w:sz w:val="18"/>
                <w:szCs w:val="18"/>
                <w:u w:val="single"/>
                <w:lang w:eastAsia="en-GB"/>
              </w:rPr>
            </w:pPr>
            <w:r w:rsidRPr="00D1548C">
              <w:rPr>
                <w:rFonts w:ascii="Arial" w:eastAsia="Times New Roman" w:hAnsi="Arial" w:cs="Arial"/>
                <w:b/>
                <w:bCs/>
                <w:color w:val="000000"/>
                <w:sz w:val="18"/>
                <w:szCs w:val="18"/>
                <w:u w:val="single"/>
                <w:lang w:eastAsia="en-GB"/>
              </w:rPr>
              <w:t>Toys</w:t>
            </w:r>
          </w:p>
        </w:tc>
        <w:tc>
          <w:tcPr>
            <w:tcW w:w="833" w:type="dxa"/>
            <w:tcBorders>
              <w:top w:val="nil"/>
              <w:left w:val="nil"/>
              <w:bottom w:val="nil"/>
              <w:right w:val="nil"/>
            </w:tcBorders>
          </w:tcPr>
          <w:p w14:paraId="10FDC0F3" w14:textId="77777777" w:rsidR="00283578" w:rsidRPr="00D1548C" w:rsidRDefault="00283578" w:rsidP="004139C9">
            <w:pPr>
              <w:autoSpaceDE w:val="0"/>
              <w:autoSpaceDN w:val="0"/>
              <w:adjustRightInd w:val="0"/>
              <w:spacing w:after="0" w:line="240" w:lineRule="auto"/>
              <w:jc w:val="right"/>
              <w:rPr>
                <w:rFonts w:ascii="Arial" w:eastAsia="Times New Roman" w:hAnsi="Arial" w:cs="Arial"/>
                <w:color w:val="000000"/>
                <w:sz w:val="18"/>
                <w:szCs w:val="18"/>
                <w:lang w:eastAsia="en-GB"/>
              </w:rPr>
            </w:pPr>
          </w:p>
        </w:tc>
        <w:tc>
          <w:tcPr>
            <w:tcW w:w="4098" w:type="dxa"/>
            <w:tcBorders>
              <w:top w:val="nil"/>
              <w:left w:val="nil"/>
              <w:bottom w:val="single" w:sz="6" w:space="0" w:color="auto"/>
              <w:right w:val="nil"/>
            </w:tcBorders>
          </w:tcPr>
          <w:p w14:paraId="71DFEADD" w14:textId="77777777" w:rsidR="00283578" w:rsidRPr="00D1548C" w:rsidRDefault="00283578" w:rsidP="004139C9">
            <w:pPr>
              <w:autoSpaceDE w:val="0"/>
              <w:autoSpaceDN w:val="0"/>
              <w:adjustRightInd w:val="0"/>
              <w:spacing w:after="0" w:line="240" w:lineRule="auto"/>
              <w:jc w:val="center"/>
              <w:rPr>
                <w:rFonts w:ascii="Arial" w:eastAsia="Times New Roman" w:hAnsi="Arial" w:cs="Arial"/>
                <w:b/>
                <w:bCs/>
                <w:color w:val="000000"/>
                <w:sz w:val="18"/>
                <w:szCs w:val="18"/>
                <w:u w:val="single"/>
                <w:lang w:eastAsia="en-GB"/>
              </w:rPr>
            </w:pPr>
            <w:r w:rsidRPr="00D1548C">
              <w:rPr>
                <w:rFonts w:ascii="Arial" w:eastAsia="Times New Roman" w:hAnsi="Arial" w:cs="Arial"/>
                <w:b/>
                <w:bCs/>
                <w:color w:val="000000"/>
                <w:sz w:val="18"/>
                <w:szCs w:val="18"/>
                <w:u w:val="single"/>
                <w:lang w:eastAsia="en-GB"/>
              </w:rPr>
              <w:t>Name</w:t>
            </w:r>
          </w:p>
        </w:tc>
        <w:tc>
          <w:tcPr>
            <w:tcW w:w="2049" w:type="dxa"/>
            <w:tcBorders>
              <w:top w:val="nil"/>
              <w:left w:val="nil"/>
              <w:bottom w:val="single" w:sz="6" w:space="0" w:color="auto"/>
              <w:right w:val="nil"/>
            </w:tcBorders>
          </w:tcPr>
          <w:p w14:paraId="36421027" w14:textId="77777777" w:rsidR="00283578" w:rsidRPr="00D1548C" w:rsidRDefault="00283578" w:rsidP="004139C9">
            <w:pPr>
              <w:autoSpaceDE w:val="0"/>
              <w:autoSpaceDN w:val="0"/>
              <w:adjustRightInd w:val="0"/>
              <w:spacing w:after="0" w:line="240" w:lineRule="auto"/>
              <w:jc w:val="center"/>
              <w:rPr>
                <w:rFonts w:ascii="Arial" w:eastAsia="Times New Roman" w:hAnsi="Arial" w:cs="Arial"/>
                <w:b/>
                <w:bCs/>
                <w:color w:val="000000"/>
                <w:sz w:val="18"/>
                <w:szCs w:val="18"/>
                <w:u w:val="single"/>
                <w:lang w:eastAsia="en-GB"/>
              </w:rPr>
            </w:pPr>
            <w:r w:rsidRPr="00D1548C">
              <w:rPr>
                <w:rFonts w:ascii="Arial" w:eastAsia="Times New Roman" w:hAnsi="Arial" w:cs="Arial"/>
                <w:b/>
                <w:bCs/>
                <w:color w:val="000000"/>
                <w:sz w:val="18"/>
                <w:szCs w:val="18"/>
                <w:u w:val="single"/>
                <w:lang w:eastAsia="en-GB"/>
              </w:rPr>
              <w:t>Date</w:t>
            </w:r>
          </w:p>
        </w:tc>
      </w:tr>
      <w:tr w:rsidR="00283578" w:rsidRPr="00755529" w14:paraId="08A1C974" w14:textId="77777777" w:rsidTr="004139C9">
        <w:trPr>
          <w:trHeight w:val="609"/>
        </w:trPr>
        <w:tc>
          <w:tcPr>
            <w:tcW w:w="641" w:type="dxa"/>
            <w:tcBorders>
              <w:top w:val="nil"/>
              <w:left w:val="nil"/>
              <w:bottom w:val="nil"/>
              <w:right w:val="nil"/>
            </w:tcBorders>
          </w:tcPr>
          <w:p w14:paraId="080C0BBA" w14:textId="77777777" w:rsidR="00283578" w:rsidRPr="00755529" w:rsidRDefault="00283578" w:rsidP="004139C9">
            <w:pPr>
              <w:autoSpaceDE w:val="0"/>
              <w:autoSpaceDN w:val="0"/>
              <w:adjustRightInd w:val="0"/>
              <w:spacing w:after="0" w:line="240" w:lineRule="auto"/>
              <w:jc w:val="right"/>
              <w:rPr>
                <w:rFonts w:ascii="Arial" w:eastAsia="Times New Roman" w:hAnsi="Arial" w:cs="Arial"/>
                <w:color w:val="000000"/>
                <w:sz w:val="20"/>
                <w:szCs w:val="20"/>
                <w:lang w:eastAsia="en-GB"/>
              </w:rPr>
            </w:pPr>
          </w:p>
        </w:tc>
        <w:tc>
          <w:tcPr>
            <w:tcW w:w="1170" w:type="dxa"/>
            <w:tcBorders>
              <w:top w:val="single" w:sz="6" w:space="0" w:color="auto"/>
              <w:left w:val="single" w:sz="12" w:space="0" w:color="auto"/>
              <w:bottom w:val="single" w:sz="6" w:space="0" w:color="auto"/>
              <w:right w:val="single" w:sz="6" w:space="0" w:color="auto"/>
            </w:tcBorders>
            <w:shd w:val="solid" w:color="3366FF" w:fill="auto"/>
          </w:tcPr>
          <w:p w14:paraId="512AA3BA" w14:textId="3632EC10" w:rsidR="00283578" w:rsidRPr="00755529" w:rsidRDefault="00283578" w:rsidP="004139C9">
            <w:pPr>
              <w:autoSpaceDE w:val="0"/>
              <w:autoSpaceDN w:val="0"/>
              <w:adjustRightInd w:val="0"/>
              <w:spacing w:after="0" w:line="240" w:lineRule="auto"/>
              <w:jc w:val="right"/>
              <w:rPr>
                <w:rFonts w:ascii="Arial" w:eastAsia="Times New Roman" w:hAnsi="Arial" w:cs="Arial"/>
                <w:color w:val="000000"/>
                <w:sz w:val="18"/>
                <w:szCs w:val="18"/>
                <w:lang w:eastAsia="en-GB"/>
              </w:rPr>
            </w:pPr>
            <w:r>
              <w:rPr>
                <w:rFonts w:ascii="Arial" w:eastAsia="Times New Roman" w:hAnsi="Arial" w:cs="Arial"/>
                <w:noProof/>
                <w:color w:val="000000"/>
                <w:sz w:val="18"/>
                <w:szCs w:val="18"/>
                <w:lang w:eastAsia="en-GB"/>
              </w:rPr>
              <w:drawing>
                <wp:inline distT="0" distB="0" distL="0" distR="0" wp14:anchorId="69DED13E" wp14:editId="240E1449">
                  <wp:extent cx="371475" cy="409575"/>
                  <wp:effectExtent l="0" t="0" r="9525" b="9525"/>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371475" cy="409575"/>
                          </a:xfrm>
                          <a:prstGeom prst="rect">
                            <a:avLst/>
                          </a:prstGeom>
                          <a:noFill/>
                          <a:ln>
                            <a:noFill/>
                          </a:ln>
                        </pic:spPr>
                      </pic:pic>
                    </a:graphicData>
                  </a:graphic>
                </wp:inline>
              </w:drawing>
            </w:r>
          </w:p>
        </w:tc>
        <w:tc>
          <w:tcPr>
            <w:tcW w:w="833" w:type="dxa"/>
            <w:tcBorders>
              <w:top w:val="single" w:sz="6" w:space="0" w:color="auto"/>
              <w:left w:val="single" w:sz="6" w:space="0" w:color="auto"/>
              <w:bottom w:val="single" w:sz="6" w:space="0" w:color="auto"/>
              <w:right w:val="single" w:sz="12" w:space="0" w:color="auto"/>
            </w:tcBorders>
            <w:shd w:val="solid" w:color="3366FF" w:fill="auto"/>
          </w:tcPr>
          <w:p w14:paraId="6BD80982" w14:textId="77777777" w:rsidR="00283578" w:rsidRPr="00755529" w:rsidRDefault="00283578" w:rsidP="004139C9">
            <w:pPr>
              <w:autoSpaceDE w:val="0"/>
              <w:autoSpaceDN w:val="0"/>
              <w:adjustRightInd w:val="0"/>
              <w:spacing w:after="0" w:line="240" w:lineRule="auto"/>
              <w:rPr>
                <w:rFonts w:ascii="Arial" w:eastAsia="Times New Roman" w:hAnsi="Arial" w:cs="Arial"/>
                <w:b/>
                <w:bCs/>
                <w:color w:val="FFFFFF"/>
                <w:sz w:val="18"/>
                <w:szCs w:val="18"/>
                <w:lang w:eastAsia="en-GB"/>
              </w:rPr>
            </w:pPr>
            <w:r w:rsidRPr="00755529">
              <w:rPr>
                <w:rFonts w:ascii="Arial" w:eastAsia="Times New Roman" w:hAnsi="Arial" w:cs="Arial"/>
                <w:b/>
                <w:bCs/>
                <w:color w:val="FFFFFF"/>
                <w:sz w:val="18"/>
                <w:szCs w:val="18"/>
                <w:lang w:eastAsia="en-GB"/>
              </w:rPr>
              <w:t>House</w:t>
            </w:r>
          </w:p>
        </w:tc>
        <w:tc>
          <w:tcPr>
            <w:tcW w:w="4098" w:type="dxa"/>
            <w:tcBorders>
              <w:top w:val="single" w:sz="6" w:space="0" w:color="auto"/>
              <w:left w:val="single" w:sz="12" w:space="0" w:color="auto"/>
              <w:bottom w:val="single" w:sz="6" w:space="0" w:color="auto"/>
              <w:right w:val="single" w:sz="6" w:space="0" w:color="auto"/>
            </w:tcBorders>
          </w:tcPr>
          <w:p w14:paraId="59F1B27E" w14:textId="77777777" w:rsidR="00283578" w:rsidRPr="00755529" w:rsidRDefault="00283578" w:rsidP="004139C9">
            <w:pPr>
              <w:autoSpaceDE w:val="0"/>
              <w:autoSpaceDN w:val="0"/>
              <w:adjustRightInd w:val="0"/>
              <w:spacing w:after="0" w:line="240" w:lineRule="auto"/>
              <w:jc w:val="right"/>
              <w:rPr>
                <w:rFonts w:ascii="Arial" w:eastAsia="Times New Roman" w:hAnsi="Arial" w:cs="Arial"/>
                <w:color w:val="000000"/>
                <w:sz w:val="18"/>
                <w:szCs w:val="18"/>
                <w:lang w:eastAsia="en-GB"/>
              </w:rPr>
            </w:pPr>
          </w:p>
        </w:tc>
        <w:tc>
          <w:tcPr>
            <w:tcW w:w="2049" w:type="dxa"/>
            <w:tcBorders>
              <w:top w:val="single" w:sz="6" w:space="0" w:color="auto"/>
              <w:left w:val="single" w:sz="6" w:space="0" w:color="auto"/>
              <w:bottom w:val="single" w:sz="6" w:space="0" w:color="auto"/>
              <w:right w:val="single" w:sz="6" w:space="0" w:color="auto"/>
            </w:tcBorders>
          </w:tcPr>
          <w:p w14:paraId="285965C4" w14:textId="77777777" w:rsidR="00283578" w:rsidRPr="00755529" w:rsidRDefault="00283578" w:rsidP="004139C9">
            <w:pPr>
              <w:autoSpaceDE w:val="0"/>
              <w:autoSpaceDN w:val="0"/>
              <w:adjustRightInd w:val="0"/>
              <w:spacing w:after="0" w:line="240" w:lineRule="auto"/>
              <w:jc w:val="right"/>
              <w:rPr>
                <w:rFonts w:ascii="Arial" w:eastAsia="Times New Roman" w:hAnsi="Arial" w:cs="Arial"/>
                <w:color w:val="000000"/>
                <w:sz w:val="18"/>
                <w:szCs w:val="18"/>
                <w:lang w:eastAsia="en-GB"/>
              </w:rPr>
            </w:pPr>
          </w:p>
        </w:tc>
      </w:tr>
      <w:tr w:rsidR="00283578" w:rsidRPr="00755529" w14:paraId="49405021" w14:textId="77777777" w:rsidTr="004139C9">
        <w:trPr>
          <w:trHeight w:val="609"/>
        </w:trPr>
        <w:tc>
          <w:tcPr>
            <w:tcW w:w="641" w:type="dxa"/>
            <w:tcBorders>
              <w:top w:val="nil"/>
              <w:left w:val="nil"/>
              <w:bottom w:val="nil"/>
              <w:right w:val="nil"/>
            </w:tcBorders>
          </w:tcPr>
          <w:p w14:paraId="41BA11ED" w14:textId="77777777" w:rsidR="00283578" w:rsidRPr="00755529" w:rsidRDefault="00283578" w:rsidP="004139C9">
            <w:pPr>
              <w:autoSpaceDE w:val="0"/>
              <w:autoSpaceDN w:val="0"/>
              <w:adjustRightInd w:val="0"/>
              <w:spacing w:after="0" w:line="240" w:lineRule="auto"/>
              <w:jc w:val="right"/>
              <w:rPr>
                <w:rFonts w:ascii="Arial" w:eastAsia="Times New Roman" w:hAnsi="Arial" w:cs="Arial"/>
                <w:color w:val="000000"/>
                <w:sz w:val="20"/>
                <w:szCs w:val="20"/>
                <w:lang w:eastAsia="en-GB"/>
              </w:rPr>
            </w:pPr>
          </w:p>
        </w:tc>
        <w:tc>
          <w:tcPr>
            <w:tcW w:w="1170" w:type="dxa"/>
            <w:tcBorders>
              <w:top w:val="single" w:sz="6" w:space="0" w:color="auto"/>
              <w:left w:val="single" w:sz="12" w:space="0" w:color="auto"/>
              <w:bottom w:val="single" w:sz="6" w:space="0" w:color="auto"/>
              <w:right w:val="single" w:sz="6" w:space="0" w:color="auto"/>
            </w:tcBorders>
            <w:shd w:val="solid" w:color="00FF00" w:fill="auto"/>
          </w:tcPr>
          <w:p w14:paraId="1A4E8013" w14:textId="3955F774" w:rsidR="00283578" w:rsidRPr="00755529" w:rsidRDefault="00283578" w:rsidP="004139C9">
            <w:pPr>
              <w:autoSpaceDE w:val="0"/>
              <w:autoSpaceDN w:val="0"/>
              <w:adjustRightInd w:val="0"/>
              <w:spacing w:after="0" w:line="240" w:lineRule="auto"/>
              <w:jc w:val="right"/>
              <w:rPr>
                <w:rFonts w:ascii="Arial" w:eastAsia="Times New Roman" w:hAnsi="Arial" w:cs="Arial"/>
                <w:color w:val="000000"/>
                <w:sz w:val="18"/>
                <w:szCs w:val="18"/>
                <w:lang w:eastAsia="en-GB"/>
              </w:rPr>
            </w:pPr>
            <w:r>
              <w:rPr>
                <w:rFonts w:ascii="Arial" w:eastAsia="Times New Roman" w:hAnsi="Arial" w:cs="Arial"/>
                <w:noProof/>
                <w:color w:val="000000"/>
                <w:sz w:val="18"/>
                <w:szCs w:val="18"/>
                <w:lang w:eastAsia="en-GB"/>
              </w:rPr>
              <w:drawing>
                <wp:inline distT="0" distB="0" distL="0" distR="0" wp14:anchorId="4B2D096A" wp14:editId="19CEF9A2">
                  <wp:extent cx="381000" cy="390525"/>
                  <wp:effectExtent l="0" t="0" r="0" b="9525"/>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381000" cy="390525"/>
                          </a:xfrm>
                          <a:prstGeom prst="rect">
                            <a:avLst/>
                          </a:prstGeom>
                          <a:noFill/>
                          <a:ln>
                            <a:noFill/>
                          </a:ln>
                        </pic:spPr>
                      </pic:pic>
                    </a:graphicData>
                  </a:graphic>
                </wp:inline>
              </w:drawing>
            </w:r>
          </w:p>
        </w:tc>
        <w:tc>
          <w:tcPr>
            <w:tcW w:w="833" w:type="dxa"/>
            <w:tcBorders>
              <w:top w:val="single" w:sz="6" w:space="0" w:color="auto"/>
              <w:left w:val="single" w:sz="6" w:space="0" w:color="auto"/>
              <w:bottom w:val="single" w:sz="6" w:space="0" w:color="auto"/>
              <w:right w:val="single" w:sz="12" w:space="0" w:color="auto"/>
            </w:tcBorders>
            <w:shd w:val="solid" w:color="00FF00" w:fill="auto"/>
          </w:tcPr>
          <w:p w14:paraId="50941D9C" w14:textId="77777777" w:rsidR="00283578" w:rsidRPr="00755529" w:rsidRDefault="00283578" w:rsidP="004139C9">
            <w:pPr>
              <w:autoSpaceDE w:val="0"/>
              <w:autoSpaceDN w:val="0"/>
              <w:adjustRightInd w:val="0"/>
              <w:spacing w:after="0" w:line="240" w:lineRule="auto"/>
              <w:rPr>
                <w:rFonts w:ascii="Arial" w:eastAsia="Times New Roman" w:hAnsi="Arial" w:cs="Arial"/>
                <w:b/>
                <w:bCs/>
                <w:color w:val="000000"/>
                <w:sz w:val="18"/>
                <w:szCs w:val="18"/>
                <w:lang w:eastAsia="en-GB"/>
              </w:rPr>
            </w:pPr>
            <w:r w:rsidRPr="00755529">
              <w:rPr>
                <w:rFonts w:ascii="Arial" w:eastAsia="Times New Roman" w:hAnsi="Arial" w:cs="Arial"/>
                <w:b/>
                <w:bCs/>
                <w:color w:val="000000"/>
                <w:sz w:val="18"/>
                <w:szCs w:val="18"/>
                <w:lang w:eastAsia="en-GB"/>
              </w:rPr>
              <w:t>Apple</w:t>
            </w:r>
          </w:p>
        </w:tc>
        <w:tc>
          <w:tcPr>
            <w:tcW w:w="4098" w:type="dxa"/>
            <w:tcBorders>
              <w:top w:val="single" w:sz="6" w:space="0" w:color="auto"/>
              <w:left w:val="single" w:sz="12" w:space="0" w:color="auto"/>
              <w:bottom w:val="single" w:sz="6" w:space="0" w:color="auto"/>
              <w:right w:val="single" w:sz="6" w:space="0" w:color="auto"/>
            </w:tcBorders>
          </w:tcPr>
          <w:p w14:paraId="5D40D92A" w14:textId="77777777" w:rsidR="00283578" w:rsidRPr="00755529" w:rsidRDefault="00283578" w:rsidP="004139C9">
            <w:pPr>
              <w:autoSpaceDE w:val="0"/>
              <w:autoSpaceDN w:val="0"/>
              <w:adjustRightInd w:val="0"/>
              <w:spacing w:after="0" w:line="240" w:lineRule="auto"/>
              <w:jc w:val="right"/>
              <w:rPr>
                <w:rFonts w:ascii="Arial" w:eastAsia="Times New Roman" w:hAnsi="Arial" w:cs="Arial"/>
                <w:color w:val="000000"/>
                <w:sz w:val="18"/>
                <w:szCs w:val="18"/>
                <w:lang w:eastAsia="en-GB"/>
              </w:rPr>
            </w:pPr>
          </w:p>
        </w:tc>
        <w:tc>
          <w:tcPr>
            <w:tcW w:w="2049" w:type="dxa"/>
            <w:tcBorders>
              <w:top w:val="single" w:sz="6" w:space="0" w:color="auto"/>
              <w:left w:val="single" w:sz="6" w:space="0" w:color="auto"/>
              <w:bottom w:val="single" w:sz="6" w:space="0" w:color="auto"/>
              <w:right w:val="single" w:sz="6" w:space="0" w:color="auto"/>
            </w:tcBorders>
          </w:tcPr>
          <w:p w14:paraId="1BD804E4" w14:textId="77777777" w:rsidR="00283578" w:rsidRPr="00755529" w:rsidRDefault="00283578" w:rsidP="004139C9">
            <w:pPr>
              <w:autoSpaceDE w:val="0"/>
              <w:autoSpaceDN w:val="0"/>
              <w:adjustRightInd w:val="0"/>
              <w:spacing w:after="0" w:line="240" w:lineRule="auto"/>
              <w:jc w:val="right"/>
              <w:rPr>
                <w:rFonts w:ascii="Arial" w:eastAsia="Times New Roman" w:hAnsi="Arial" w:cs="Arial"/>
                <w:color w:val="000000"/>
                <w:sz w:val="18"/>
                <w:szCs w:val="18"/>
                <w:lang w:eastAsia="en-GB"/>
              </w:rPr>
            </w:pPr>
          </w:p>
        </w:tc>
      </w:tr>
      <w:tr w:rsidR="00283578" w:rsidRPr="00755529" w14:paraId="0F26AD63" w14:textId="77777777" w:rsidTr="004139C9">
        <w:trPr>
          <w:trHeight w:val="609"/>
        </w:trPr>
        <w:tc>
          <w:tcPr>
            <w:tcW w:w="641" w:type="dxa"/>
            <w:tcBorders>
              <w:top w:val="nil"/>
              <w:left w:val="nil"/>
              <w:bottom w:val="nil"/>
              <w:right w:val="nil"/>
            </w:tcBorders>
          </w:tcPr>
          <w:p w14:paraId="434EEFC2" w14:textId="6F0F57DF" w:rsidR="00283578" w:rsidRPr="00755529" w:rsidRDefault="00283578" w:rsidP="004139C9">
            <w:pPr>
              <w:autoSpaceDE w:val="0"/>
              <w:autoSpaceDN w:val="0"/>
              <w:adjustRightInd w:val="0"/>
              <w:spacing w:after="0" w:line="240" w:lineRule="auto"/>
              <w:jc w:val="right"/>
              <w:rPr>
                <w:rFonts w:ascii="Arial" w:eastAsia="Times New Roman" w:hAnsi="Arial" w:cs="Arial"/>
                <w:color w:val="000000"/>
                <w:sz w:val="20"/>
                <w:szCs w:val="20"/>
                <w:lang w:eastAsia="en-GB"/>
              </w:rPr>
            </w:pPr>
          </w:p>
        </w:tc>
        <w:tc>
          <w:tcPr>
            <w:tcW w:w="1170" w:type="dxa"/>
            <w:tcBorders>
              <w:top w:val="single" w:sz="6" w:space="0" w:color="auto"/>
              <w:left w:val="single" w:sz="12" w:space="0" w:color="auto"/>
              <w:bottom w:val="nil"/>
              <w:right w:val="single" w:sz="6" w:space="0" w:color="auto"/>
            </w:tcBorders>
            <w:shd w:val="solid" w:color="FF0000" w:fill="auto"/>
          </w:tcPr>
          <w:p w14:paraId="4650C349" w14:textId="77777777" w:rsidR="00283578" w:rsidRPr="00755529" w:rsidRDefault="00283578" w:rsidP="004139C9">
            <w:pPr>
              <w:autoSpaceDE w:val="0"/>
              <w:autoSpaceDN w:val="0"/>
              <w:adjustRightInd w:val="0"/>
              <w:spacing w:after="0" w:line="240" w:lineRule="auto"/>
              <w:jc w:val="right"/>
              <w:rPr>
                <w:rFonts w:ascii="Arial" w:eastAsia="Times New Roman" w:hAnsi="Arial" w:cs="Arial"/>
                <w:color w:val="000000"/>
                <w:sz w:val="18"/>
                <w:szCs w:val="18"/>
                <w:lang w:eastAsia="en-GB"/>
              </w:rPr>
            </w:pPr>
            <w:r>
              <w:rPr>
                <w:rFonts w:ascii="Arial" w:eastAsia="Times New Roman" w:hAnsi="Arial" w:cs="Arial"/>
                <w:noProof/>
                <w:color w:val="000000"/>
                <w:sz w:val="18"/>
                <w:szCs w:val="18"/>
                <w:lang w:eastAsia="en-GB"/>
              </w:rPr>
              <w:drawing>
                <wp:inline distT="0" distB="0" distL="0" distR="0" wp14:anchorId="344B7253" wp14:editId="4D6DB604">
                  <wp:extent cx="485775" cy="352425"/>
                  <wp:effectExtent l="0" t="0" r="9525" b="9525"/>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485775" cy="352425"/>
                          </a:xfrm>
                          <a:prstGeom prst="rect">
                            <a:avLst/>
                          </a:prstGeom>
                          <a:noFill/>
                          <a:ln>
                            <a:noFill/>
                          </a:ln>
                        </pic:spPr>
                      </pic:pic>
                    </a:graphicData>
                  </a:graphic>
                </wp:inline>
              </w:drawing>
            </w:r>
          </w:p>
        </w:tc>
        <w:tc>
          <w:tcPr>
            <w:tcW w:w="833" w:type="dxa"/>
            <w:tcBorders>
              <w:top w:val="single" w:sz="6" w:space="0" w:color="auto"/>
              <w:left w:val="single" w:sz="6" w:space="0" w:color="auto"/>
              <w:bottom w:val="nil"/>
              <w:right w:val="single" w:sz="12" w:space="0" w:color="auto"/>
            </w:tcBorders>
            <w:shd w:val="solid" w:color="FF0000" w:fill="auto"/>
          </w:tcPr>
          <w:p w14:paraId="2360B13F" w14:textId="77777777" w:rsidR="00283578" w:rsidRPr="00755529" w:rsidRDefault="00283578" w:rsidP="004139C9">
            <w:pPr>
              <w:autoSpaceDE w:val="0"/>
              <w:autoSpaceDN w:val="0"/>
              <w:adjustRightInd w:val="0"/>
              <w:spacing w:after="0" w:line="240" w:lineRule="auto"/>
              <w:rPr>
                <w:rFonts w:ascii="Arial" w:eastAsia="Times New Roman" w:hAnsi="Arial" w:cs="Arial"/>
                <w:b/>
                <w:bCs/>
                <w:color w:val="000000"/>
                <w:sz w:val="18"/>
                <w:szCs w:val="18"/>
                <w:lang w:eastAsia="en-GB"/>
              </w:rPr>
            </w:pPr>
            <w:r w:rsidRPr="00755529">
              <w:rPr>
                <w:rFonts w:ascii="Arial" w:eastAsia="Times New Roman" w:hAnsi="Arial" w:cs="Arial"/>
                <w:b/>
                <w:bCs/>
                <w:color w:val="000000"/>
                <w:sz w:val="18"/>
                <w:szCs w:val="18"/>
                <w:lang w:eastAsia="en-GB"/>
              </w:rPr>
              <w:t>Bike</w:t>
            </w:r>
          </w:p>
        </w:tc>
        <w:tc>
          <w:tcPr>
            <w:tcW w:w="4098" w:type="dxa"/>
            <w:tcBorders>
              <w:top w:val="single" w:sz="6" w:space="0" w:color="auto"/>
              <w:left w:val="single" w:sz="12" w:space="0" w:color="auto"/>
              <w:bottom w:val="single" w:sz="6" w:space="0" w:color="auto"/>
              <w:right w:val="single" w:sz="6" w:space="0" w:color="auto"/>
            </w:tcBorders>
          </w:tcPr>
          <w:p w14:paraId="4F7C7CAD" w14:textId="77777777" w:rsidR="00283578" w:rsidRPr="00755529" w:rsidRDefault="00283578" w:rsidP="004139C9">
            <w:pPr>
              <w:autoSpaceDE w:val="0"/>
              <w:autoSpaceDN w:val="0"/>
              <w:adjustRightInd w:val="0"/>
              <w:spacing w:after="0" w:line="240" w:lineRule="auto"/>
              <w:jc w:val="right"/>
              <w:rPr>
                <w:rFonts w:ascii="Arial" w:eastAsia="Times New Roman" w:hAnsi="Arial" w:cs="Arial"/>
                <w:color w:val="000000"/>
                <w:sz w:val="18"/>
                <w:szCs w:val="18"/>
                <w:lang w:eastAsia="en-GB"/>
              </w:rPr>
            </w:pPr>
          </w:p>
        </w:tc>
        <w:tc>
          <w:tcPr>
            <w:tcW w:w="2049" w:type="dxa"/>
            <w:tcBorders>
              <w:top w:val="single" w:sz="6" w:space="0" w:color="auto"/>
              <w:left w:val="single" w:sz="6" w:space="0" w:color="auto"/>
              <w:bottom w:val="single" w:sz="6" w:space="0" w:color="auto"/>
              <w:right w:val="single" w:sz="6" w:space="0" w:color="auto"/>
            </w:tcBorders>
          </w:tcPr>
          <w:p w14:paraId="75C7DAED" w14:textId="77777777" w:rsidR="00283578" w:rsidRPr="00755529" w:rsidRDefault="00283578" w:rsidP="004139C9">
            <w:pPr>
              <w:autoSpaceDE w:val="0"/>
              <w:autoSpaceDN w:val="0"/>
              <w:adjustRightInd w:val="0"/>
              <w:spacing w:after="0" w:line="240" w:lineRule="auto"/>
              <w:jc w:val="right"/>
              <w:rPr>
                <w:rFonts w:ascii="Arial" w:eastAsia="Times New Roman" w:hAnsi="Arial" w:cs="Arial"/>
                <w:color w:val="000000"/>
                <w:sz w:val="18"/>
                <w:szCs w:val="18"/>
                <w:lang w:eastAsia="en-GB"/>
              </w:rPr>
            </w:pPr>
          </w:p>
        </w:tc>
      </w:tr>
      <w:tr w:rsidR="00283578" w:rsidRPr="00755529" w14:paraId="76151362" w14:textId="77777777" w:rsidTr="004139C9">
        <w:trPr>
          <w:trHeight w:val="609"/>
        </w:trPr>
        <w:tc>
          <w:tcPr>
            <w:tcW w:w="641" w:type="dxa"/>
            <w:tcBorders>
              <w:top w:val="nil"/>
              <w:left w:val="nil"/>
              <w:bottom w:val="nil"/>
              <w:right w:val="nil"/>
            </w:tcBorders>
          </w:tcPr>
          <w:p w14:paraId="59D66908" w14:textId="5F77292B" w:rsidR="00283578" w:rsidRPr="00755529" w:rsidRDefault="00283578" w:rsidP="004139C9">
            <w:pPr>
              <w:autoSpaceDE w:val="0"/>
              <w:autoSpaceDN w:val="0"/>
              <w:adjustRightInd w:val="0"/>
              <w:spacing w:after="0" w:line="240" w:lineRule="auto"/>
              <w:jc w:val="right"/>
              <w:rPr>
                <w:rFonts w:ascii="Arial" w:eastAsia="Times New Roman" w:hAnsi="Arial" w:cs="Arial"/>
                <w:color w:val="000000"/>
                <w:sz w:val="20"/>
                <w:szCs w:val="20"/>
                <w:lang w:eastAsia="en-GB"/>
              </w:rPr>
            </w:pPr>
          </w:p>
        </w:tc>
        <w:tc>
          <w:tcPr>
            <w:tcW w:w="1170" w:type="dxa"/>
            <w:tcBorders>
              <w:top w:val="single" w:sz="6" w:space="0" w:color="auto"/>
              <w:left w:val="single" w:sz="12" w:space="0" w:color="auto"/>
              <w:bottom w:val="single" w:sz="6" w:space="0" w:color="auto"/>
              <w:right w:val="single" w:sz="6" w:space="0" w:color="auto"/>
            </w:tcBorders>
            <w:shd w:val="solid" w:color="FFFF00" w:fill="auto"/>
          </w:tcPr>
          <w:p w14:paraId="11884F58" w14:textId="77777777" w:rsidR="00283578" w:rsidRPr="00755529" w:rsidRDefault="00283578" w:rsidP="004139C9">
            <w:pPr>
              <w:autoSpaceDE w:val="0"/>
              <w:autoSpaceDN w:val="0"/>
              <w:adjustRightInd w:val="0"/>
              <w:spacing w:after="0" w:line="240" w:lineRule="auto"/>
              <w:jc w:val="right"/>
              <w:rPr>
                <w:rFonts w:ascii="Arial" w:eastAsia="Times New Roman" w:hAnsi="Arial" w:cs="Arial"/>
                <w:color w:val="000000"/>
                <w:sz w:val="18"/>
                <w:szCs w:val="18"/>
                <w:lang w:eastAsia="en-GB"/>
              </w:rPr>
            </w:pPr>
            <w:r>
              <w:rPr>
                <w:rFonts w:ascii="Arial" w:eastAsia="Times New Roman" w:hAnsi="Arial" w:cs="Arial"/>
                <w:noProof/>
                <w:color w:val="000000"/>
                <w:sz w:val="18"/>
                <w:szCs w:val="18"/>
                <w:lang w:eastAsia="en-GB"/>
              </w:rPr>
              <w:drawing>
                <wp:inline distT="0" distB="0" distL="0" distR="0" wp14:anchorId="04EC8575" wp14:editId="00C8905B">
                  <wp:extent cx="447675" cy="400050"/>
                  <wp:effectExtent l="0" t="0" r="9525"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447675" cy="400050"/>
                          </a:xfrm>
                          <a:prstGeom prst="rect">
                            <a:avLst/>
                          </a:prstGeom>
                          <a:noFill/>
                          <a:ln>
                            <a:noFill/>
                          </a:ln>
                        </pic:spPr>
                      </pic:pic>
                    </a:graphicData>
                  </a:graphic>
                </wp:inline>
              </w:drawing>
            </w:r>
          </w:p>
        </w:tc>
        <w:tc>
          <w:tcPr>
            <w:tcW w:w="833" w:type="dxa"/>
            <w:tcBorders>
              <w:top w:val="single" w:sz="6" w:space="0" w:color="auto"/>
              <w:left w:val="single" w:sz="6" w:space="0" w:color="auto"/>
              <w:bottom w:val="single" w:sz="6" w:space="0" w:color="auto"/>
              <w:right w:val="single" w:sz="12" w:space="0" w:color="auto"/>
            </w:tcBorders>
            <w:shd w:val="solid" w:color="FFFF00" w:fill="auto"/>
          </w:tcPr>
          <w:p w14:paraId="3558AAFA" w14:textId="77777777" w:rsidR="00283578" w:rsidRPr="00755529" w:rsidRDefault="00283578" w:rsidP="004139C9">
            <w:pPr>
              <w:autoSpaceDE w:val="0"/>
              <w:autoSpaceDN w:val="0"/>
              <w:adjustRightInd w:val="0"/>
              <w:spacing w:after="0" w:line="240" w:lineRule="auto"/>
              <w:rPr>
                <w:rFonts w:ascii="Arial" w:eastAsia="Times New Roman" w:hAnsi="Arial" w:cs="Arial"/>
                <w:b/>
                <w:bCs/>
                <w:color w:val="000000"/>
                <w:sz w:val="18"/>
                <w:szCs w:val="18"/>
                <w:lang w:eastAsia="en-GB"/>
              </w:rPr>
            </w:pPr>
            <w:r w:rsidRPr="00755529">
              <w:rPr>
                <w:rFonts w:ascii="Arial" w:eastAsia="Times New Roman" w:hAnsi="Arial" w:cs="Arial"/>
                <w:b/>
                <w:bCs/>
                <w:color w:val="000000"/>
                <w:sz w:val="18"/>
                <w:szCs w:val="18"/>
                <w:lang w:eastAsia="en-GB"/>
              </w:rPr>
              <w:t>Bus</w:t>
            </w:r>
          </w:p>
        </w:tc>
        <w:tc>
          <w:tcPr>
            <w:tcW w:w="4098" w:type="dxa"/>
            <w:tcBorders>
              <w:top w:val="single" w:sz="6" w:space="0" w:color="auto"/>
              <w:left w:val="single" w:sz="12" w:space="0" w:color="auto"/>
              <w:bottom w:val="single" w:sz="6" w:space="0" w:color="auto"/>
              <w:right w:val="single" w:sz="6" w:space="0" w:color="auto"/>
            </w:tcBorders>
          </w:tcPr>
          <w:p w14:paraId="25A401A7" w14:textId="77777777" w:rsidR="00283578" w:rsidRPr="00755529" w:rsidRDefault="00283578" w:rsidP="004139C9">
            <w:pPr>
              <w:autoSpaceDE w:val="0"/>
              <w:autoSpaceDN w:val="0"/>
              <w:adjustRightInd w:val="0"/>
              <w:spacing w:after="0" w:line="240" w:lineRule="auto"/>
              <w:jc w:val="right"/>
              <w:rPr>
                <w:rFonts w:ascii="Arial" w:eastAsia="Times New Roman" w:hAnsi="Arial" w:cs="Arial"/>
                <w:color w:val="000000"/>
                <w:sz w:val="18"/>
                <w:szCs w:val="18"/>
                <w:lang w:eastAsia="en-GB"/>
              </w:rPr>
            </w:pPr>
          </w:p>
        </w:tc>
        <w:tc>
          <w:tcPr>
            <w:tcW w:w="2049" w:type="dxa"/>
            <w:tcBorders>
              <w:top w:val="single" w:sz="6" w:space="0" w:color="auto"/>
              <w:left w:val="single" w:sz="6" w:space="0" w:color="auto"/>
              <w:bottom w:val="single" w:sz="6" w:space="0" w:color="auto"/>
              <w:right w:val="single" w:sz="6" w:space="0" w:color="auto"/>
            </w:tcBorders>
          </w:tcPr>
          <w:p w14:paraId="1FE02C6D" w14:textId="77777777" w:rsidR="00283578" w:rsidRPr="00755529" w:rsidRDefault="00283578" w:rsidP="004139C9">
            <w:pPr>
              <w:autoSpaceDE w:val="0"/>
              <w:autoSpaceDN w:val="0"/>
              <w:adjustRightInd w:val="0"/>
              <w:spacing w:after="0" w:line="240" w:lineRule="auto"/>
              <w:jc w:val="right"/>
              <w:rPr>
                <w:rFonts w:ascii="Arial" w:eastAsia="Times New Roman" w:hAnsi="Arial" w:cs="Arial"/>
                <w:color w:val="000000"/>
                <w:sz w:val="18"/>
                <w:szCs w:val="18"/>
                <w:lang w:eastAsia="en-GB"/>
              </w:rPr>
            </w:pPr>
          </w:p>
        </w:tc>
      </w:tr>
      <w:tr w:rsidR="00283578" w:rsidRPr="00755529" w14:paraId="69FB2BF8" w14:textId="77777777" w:rsidTr="004139C9">
        <w:trPr>
          <w:trHeight w:val="609"/>
        </w:trPr>
        <w:tc>
          <w:tcPr>
            <w:tcW w:w="641" w:type="dxa"/>
            <w:tcBorders>
              <w:top w:val="nil"/>
              <w:left w:val="nil"/>
              <w:bottom w:val="nil"/>
              <w:right w:val="nil"/>
            </w:tcBorders>
          </w:tcPr>
          <w:p w14:paraId="219582E0" w14:textId="14045908" w:rsidR="00283578" w:rsidRPr="00755529" w:rsidRDefault="00283578" w:rsidP="004139C9">
            <w:pPr>
              <w:autoSpaceDE w:val="0"/>
              <w:autoSpaceDN w:val="0"/>
              <w:adjustRightInd w:val="0"/>
              <w:spacing w:after="0" w:line="240" w:lineRule="auto"/>
              <w:jc w:val="right"/>
              <w:rPr>
                <w:rFonts w:ascii="Arial" w:eastAsia="Times New Roman" w:hAnsi="Arial" w:cs="Arial"/>
                <w:color w:val="000000"/>
                <w:sz w:val="20"/>
                <w:szCs w:val="20"/>
                <w:lang w:eastAsia="en-GB"/>
              </w:rPr>
            </w:pPr>
          </w:p>
        </w:tc>
        <w:tc>
          <w:tcPr>
            <w:tcW w:w="1170" w:type="dxa"/>
            <w:tcBorders>
              <w:top w:val="single" w:sz="6" w:space="0" w:color="auto"/>
              <w:left w:val="single" w:sz="12" w:space="0" w:color="auto"/>
              <w:bottom w:val="single" w:sz="6" w:space="0" w:color="auto"/>
              <w:right w:val="single" w:sz="6" w:space="0" w:color="auto"/>
            </w:tcBorders>
            <w:shd w:val="solid" w:color="FF6600" w:fill="auto"/>
          </w:tcPr>
          <w:p w14:paraId="7FCA90FB" w14:textId="77777777" w:rsidR="00283578" w:rsidRPr="00755529" w:rsidRDefault="00283578" w:rsidP="004139C9">
            <w:pPr>
              <w:autoSpaceDE w:val="0"/>
              <w:autoSpaceDN w:val="0"/>
              <w:adjustRightInd w:val="0"/>
              <w:spacing w:after="0" w:line="240" w:lineRule="auto"/>
              <w:jc w:val="right"/>
              <w:rPr>
                <w:rFonts w:ascii="Arial" w:eastAsia="Times New Roman" w:hAnsi="Arial" w:cs="Arial"/>
                <w:color w:val="000000"/>
                <w:sz w:val="18"/>
                <w:szCs w:val="18"/>
                <w:lang w:eastAsia="en-GB"/>
              </w:rPr>
            </w:pPr>
            <w:r>
              <w:rPr>
                <w:rFonts w:ascii="Arial" w:eastAsia="Times New Roman" w:hAnsi="Arial" w:cs="Arial"/>
                <w:noProof/>
                <w:color w:val="000000"/>
                <w:sz w:val="18"/>
                <w:szCs w:val="18"/>
                <w:lang w:eastAsia="en-GB"/>
              </w:rPr>
              <w:drawing>
                <wp:inline distT="0" distB="0" distL="0" distR="0" wp14:anchorId="2956A50A" wp14:editId="7C062A07">
                  <wp:extent cx="285750" cy="400050"/>
                  <wp:effectExtent l="0" t="0" r="0"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285750" cy="400050"/>
                          </a:xfrm>
                          <a:prstGeom prst="rect">
                            <a:avLst/>
                          </a:prstGeom>
                          <a:noFill/>
                          <a:ln>
                            <a:noFill/>
                          </a:ln>
                        </pic:spPr>
                      </pic:pic>
                    </a:graphicData>
                  </a:graphic>
                </wp:inline>
              </w:drawing>
            </w:r>
          </w:p>
        </w:tc>
        <w:tc>
          <w:tcPr>
            <w:tcW w:w="833" w:type="dxa"/>
            <w:tcBorders>
              <w:top w:val="single" w:sz="6" w:space="0" w:color="auto"/>
              <w:left w:val="single" w:sz="6" w:space="0" w:color="auto"/>
              <w:bottom w:val="single" w:sz="6" w:space="0" w:color="auto"/>
              <w:right w:val="single" w:sz="12" w:space="0" w:color="auto"/>
            </w:tcBorders>
            <w:shd w:val="solid" w:color="FF6600" w:fill="auto"/>
          </w:tcPr>
          <w:p w14:paraId="1928E393" w14:textId="77777777" w:rsidR="00283578" w:rsidRPr="00755529" w:rsidRDefault="00283578" w:rsidP="004139C9">
            <w:pPr>
              <w:autoSpaceDE w:val="0"/>
              <w:autoSpaceDN w:val="0"/>
              <w:adjustRightInd w:val="0"/>
              <w:spacing w:after="0" w:line="240" w:lineRule="auto"/>
              <w:rPr>
                <w:rFonts w:ascii="Arial" w:eastAsia="Times New Roman" w:hAnsi="Arial" w:cs="Arial"/>
                <w:b/>
                <w:bCs/>
                <w:color w:val="000000"/>
                <w:sz w:val="18"/>
                <w:szCs w:val="18"/>
                <w:lang w:eastAsia="en-GB"/>
              </w:rPr>
            </w:pPr>
            <w:r w:rsidRPr="00755529">
              <w:rPr>
                <w:rFonts w:ascii="Arial" w:eastAsia="Times New Roman" w:hAnsi="Arial" w:cs="Arial"/>
                <w:b/>
                <w:bCs/>
                <w:color w:val="000000"/>
                <w:sz w:val="18"/>
                <w:szCs w:val="18"/>
                <w:lang w:eastAsia="en-GB"/>
              </w:rPr>
              <w:t>Chair</w:t>
            </w:r>
          </w:p>
        </w:tc>
        <w:tc>
          <w:tcPr>
            <w:tcW w:w="4098" w:type="dxa"/>
            <w:tcBorders>
              <w:top w:val="single" w:sz="6" w:space="0" w:color="auto"/>
              <w:left w:val="single" w:sz="12" w:space="0" w:color="auto"/>
              <w:bottom w:val="single" w:sz="6" w:space="0" w:color="auto"/>
              <w:right w:val="nil"/>
            </w:tcBorders>
          </w:tcPr>
          <w:p w14:paraId="50AF3194" w14:textId="77777777" w:rsidR="00283578" w:rsidRPr="00755529" w:rsidRDefault="00283578" w:rsidP="004139C9">
            <w:pPr>
              <w:autoSpaceDE w:val="0"/>
              <w:autoSpaceDN w:val="0"/>
              <w:adjustRightInd w:val="0"/>
              <w:spacing w:after="0" w:line="240" w:lineRule="auto"/>
              <w:jc w:val="right"/>
              <w:rPr>
                <w:rFonts w:ascii="Arial" w:eastAsia="Times New Roman" w:hAnsi="Arial" w:cs="Arial"/>
                <w:color w:val="000000"/>
                <w:sz w:val="18"/>
                <w:szCs w:val="18"/>
                <w:lang w:eastAsia="en-GB"/>
              </w:rPr>
            </w:pPr>
          </w:p>
        </w:tc>
        <w:tc>
          <w:tcPr>
            <w:tcW w:w="2049" w:type="dxa"/>
            <w:tcBorders>
              <w:top w:val="single" w:sz="6" w:space="0" w:color="auto"/>
              <w:left w:val="single" w:sz="6" w:space="0" w:color="auto"/>
              <w:bottom w:val="single" w:sz="6" w:space="0" w:color="auto"/>
              <w:right w:val="single" w:sz="6" w:space="0" w:color="auto"/>
            </w:tcBorders>
            <w:shd w:val="solid" w:color="FFFFFF" w:fill="auto"/>
          </w:tcPr>
          <w:p w14:paraId="6C0DD6ED" w14:textId="77777777" w:rsidR="00283578" w:rsidRPr="00755529" w:rsidRDefault="00283578" w:rsidP="004139C9">
            <w:pPr>
              <w:autoSpaceDE w:val="0"/>
              <w:autoSpaceDN w:val="0"/>
              <w:adjustRightInd w:val="0"/>
              <w:spacing w:after="0" w:line="240" w:lineRule="auto"/>
              <w:jc w:val="right"/>
              <w:rPr>
                <w:rFonts w:ascii="Arial" w:eastAsia="Times New Roman" w:hAnsi="Arial" w:cs="Arial"/>
                <w:color w:val="000000"/>
                <w:sz w:val="18"/>
                <w:szCs w:val="18"/>
                <w:lang w:eastAsia="en-GB"/>
              </w:rPr>
            </w:pPr>
          </w:p>
        </w:tc>
      </w:tr>
      <w:tr w:rsidR="00283578" w:rsidRPr="00755529" w14:paraId="7B7AA6A4" w14:textId="77777777" w:rsidTr="004139C9">
        <w:trPr>
          <w:trHeight w:val="609"/>
        </w:trPr>
        <w:tc>
          <w:tcPr>
            <w:tcW w:w="641" w:type="dxa"/>
            <w:tcBorders>
              <w:top w:val="nil"/>
              <w:left w:val="nil"/>
              <w:bottom w:val="nil"/>
              <w:right w:val="nil"/>
            </w:tcBorders>
          </w:tcPr>
          <w:p w14:paraId="63D2BC42" w14:textId="77777777" w:rsidR="00283578" w:rsidRPr="00755529" w:rsidRDefault="00283578" w:rsidP="004139C9">
            <w:pPr>
              <w:autoSpaceDE w:val="0"/>
              <w:autoSpaceDN w:val="0"/>
              <w:adjustRightInd w:val="0"/>
              <w:spacing w:after="0" w:line="240" w:lineRule="auto"/>
              <w:jc w:val="right"/>
              <w:rPr>
                <w:rFonts w:ascii="Arial" w:eastAsia="Times New Roman" w:hAnsi="Arial" w:cs="Arial"/>
                <w:color w:val="000000"/>
                <w:sz w:val="20"/>
                <w:szCs w:val="20"/>
                <w:lang w:eastAsia="en-GB"/>
              </w:rPr>
            </w:pPr>
          </w:p>
        </w:tc>
        <w:tc>
          <w:tcPr>
            <w:tcW w:w="1170" w:type="dxa"/>
            <w:tcBorders>
              <w:top w:val="single" w:sz="6" w:space="0" w:color="auto"/>
              <w:left w:val="single" w:sz="12" w:space="0" w:color="auto"/>
              <w:bottom w:val="single" w:sz="6" w:space="0" w:color="auto"/>
              <w:right w:val="single" w:sz="6" w:space="0" w:color="auto"/>
            </w:tcBorders>
            <w:shd w:val="solid" w:color="00FF00" w:fill="auto"/>
          </w:tcPr>
          <w:p w14:paraId="268D10C9" w14:textId="77777777" w:rsidR="00283578" w:rsidRPr="00755529" w:rsidRDefault="00283578" w:rsidP="004139C9">
            <w:pPr>
              <w:autoSpaceDE w:val="0"/>
              <w:autoSpaceDN w:val="0"/>
              <w:adjustRightInd w:val="0"/>
              <w:spacing w:after="0" w:line="240" w:lineRule="auto"/>
              <w:jc w:val="right"/>
              <w:rPr>
                <w:rFonts w:ascii="Arial" w:eastAsia="Times New Roman" w:hAnsi="Arial" w:cs="Arial"/>
                <w:color w:val="000000"/>
                <w:sz w:val="18"/>
                <w:szCs w:val="18"/>
                <w:lang w:eastAsia="en-GB"/>
              </w:rPr>
            </w:pPr>
            <w:r>
              <w:rPr>
                <w:rFonts w:ascii="Arial" w:eastAsia="Times New Roman" w:hAnsi="Arial" w:cs="Arial"/>
                <w:noProof/>
                <w:color w:val="000000"/>
                <w:sz w:val="18"/>
                <w:szCs w:val="18"/>
                <w:lang w:eastAsia="en-GB"/>
              </w:rPr>
              <w:drawing>
                <wp:inline distT="0" distB="0" distL="0" distR="0" wp14:anchorId="13873922" wp14:editId="45A77C7B">
                  <wp:extent cx="295275" cy="409575"/>
                  <wp:effectExtent l="0" t="0" r="9525" b="9525"/>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295275" cy="409575"/>
                          </a:xfrm>
                          <a:prstGeom prst="rect">
                            <a:avLst/>
                          </a:prstGeom>
                          <a:noFill/>
                          <a:ln>
                            <a:noFill/>
                          </a:ln>
                        </pic:spPr>
                      </pic:pic>
                    </a:graphicData>
                  </a:graphic>
                </wp:inline>
              </w:drawing>
            </w:r>
          </w:p>
        </w:tc>
        <w:tc>
          <w:tcPr>
            <w:tcW w:w="833" w:type="dxa"/>
            <w:tcBorders>
              <w:top w:val="single" w:sz="6" w:space="0" w:color="auto"/>
              <w:left w:val="single" w:sz="6" w:space="0" w:color="auto"/>
              <w:bottom w:val="single" w:sz="6" w:space="0" w:color="auto"/>
              <w:right w:val="single" w:sz="12" w:space="0" w:color="auto"/>
            </w:tcBorders>
            <w:shd w:val="solid" w:color="00FF00" w:fill="auto"/>
          </w:tcPr>
          <w:p w14:paraId="0CC9BC93" w14:textId="77777777" w:rsidR="00283578" w:rsidRPr="00755529" w:rsidRDefault="00283578" w:rsidP="004139C9">
            <w:pPr>
              <w:autoSpaceDE w:val="0"/>
              <w:autoSpaceDN w:val="0"/>
              <w:adjustRightInd w:val="0"/>
              <w:spacing w:after="0" w:line="240" w:lineRule="auto"/>
              <w:rPr>
                <w:rFonts w:ascii="Arial" w:eastAsia="Times New Roman" w:hAnsi="Arial" w:cs="Arial"/>
                <w:b/>
                <w:bCs/>
                <w:color w:val="000000"/>
                <w:sz w:val="18"/>
                <w:szCs w:val="18"/>
                <w:lang w:eastAsia="en-GB"/>
              </w:rPr>
            </w:pPr>
            <w:r w:rsidRPr="00755529">
              <w:rPr>
                <w:rFonts w:ascii="Arial" w:eastAsia="Times New Roman" w:hAnsi="Arial" w:cs="Arial"/>
                <w:b/>
                <w:bCs/>
                <w:color w:val="000000"/>
                <w:sz w:val="18"/>
                <w:szCs w:val="18"/>
                <w:lang w:eastAsia="en-GB"/>
              </w:rPr>
              <w:t>Tree</w:t>
            </w:r>
          </w:p>
        </w:tc>
        <w:tc>
          <w:tcPr>
            <w:tcW w:w="4098" w:type="dxa"/>
            <w:tcBorders>
              <w:top w:val="single" w:sz="6" w:space="0" w:color="auto"/>
              <w:left w:val="single" w:sz="12" w:space="0" w:color="auto"/>
              <w:bottom w:val="single" w:sz="6" w:space="0" w:color="auto"/>
              <w:right w:val="single" w:sz="6" w:space="0" w:color="auto"/>
            </w:tcBorders>
          </w:tcPr>
          <w:p w14:paraId="325406CE" w14:textId="77777777" w:rsidR="00283578" w:rsidRPr="00755529" w:rsidRDefault="00283578" w:rsidP="004139C9">
            <w:pPr>
              <w:autoSpaceDE w:val="0"/>
              <w:autoSpaceDN w:val="0"/>
              <w:adjustRightInd w:val="0"/>
              <w:spacing w:after="0" w:line="240" w:lineRule="auto"/>
              <w:jc w:val="right"/>
              <w:rPr>
                <w:rFonts w:ascii="Arial" w:eastAsia="Times New Roman" w:hAnsi="Arial" w:cs="Arial"/>
                <w:color w:val="000000"/>
                <w:sz w:val="18"/>
                <w:szCs w:val="18"/>
                <w:lang w:eastAsia="en-GB"/>
              </w:rPr>
            </w:pPr>
          </w:p>
        </w:tc>
        <w:tc>
          <w:tcPr>
            <w:tcW w:w="2049" w:type="dxa"/>
            <w:tcBorders>
              <w:top w:val="single" w:sz="6" w:space="0" w:color="auto"/>
              <w:left w:val="single" w:sz="6" w:space="0" w:color="auto"/>
              <w:bottom w:val="single" w:sz="6" w:space="0" w:color="auto"/>
              <w:right w:val="single" w:sz="6" w:space="0" w:color="auto"/>
            </w:tcBorders>
          </w:tcPr>
          <w:p w14:paraId="5C95D78A" w14:textId="77777777" w:rsidR="00283578" w:rsidRPr="00755529" w:rsidRDefault="00283578" w:rsidP="004139C9">
            <w:pPr>
              <w:autoSpaceDE w:val="0"/>
              <w:autoSpaceDN w:val="0"/>
              <w:adjustRightInd w:val="0"/>
              <w:spacing w:after="0" w:line="240" w:lineRule="auto"/>
              <w:jc w:val="right"/>
              <w:rPr>
                <w:rFonts w:ascii="Arial" w:eastAsia="Times New Roman" w:hAnsi="Arial" w:cs="Arial"/>
                <w:color w:val="000000"/>
                <w:sz w:val="18"/>
                <w:szCs w:val="18"/>
                <w:lang w:eastAsia="en-GB"/>
              </w:rPr>
            </w:pPr>
          </w:p>
        </w:tc>
      </w:tr>
      <w:tr w:rsidR="00283578" w:rsidRPr="00755529" w14:paraId="0C2DE181" w14:textId="77777777" w:rsidTr="004139C9">
        <w:trPr>
          <w:trHeight w:val="609"/>
        </w:trPr>
        <w:tc>
          <w:tcPr>
            <w:tcW w:w="641" w:type="dxa"/>
            <w:tcBorders>
              <w:top w:val="nil"/>
              <w:left w:val="nil"/>
              <w:bottom w:val="nil"/>
              <w:right w:val="nil"/>
            </w:tcBorders>
          </w:tcPr>
          <w:p w14:paraId="2B57D5CB" w14:textId="77777777" w:rsidR="00283578" w:rsidRPr="00755529" w:rsidRDefault="00283578" w:rsidP="004139C9">
            <w:pPr>
              <w:autoSpaceDE w:val="0"/>
              <w:autoSpaceDN w:val="0"/>
              <w:adjustRightInd w:val="0"/>
              <w:spacing w:after="0" w:line="240" w:lineRule="auto"/>
              <w:jc w:val="center"/>
              <w:rPr>
                <w:rFonts w:ascii="Arial" w:eastAsia="Times New Roman" w:hAnsi="Arial" w:cs="Arial"/>
                <w:color w:val="000000"/>
                <w:sz w:val="16"/>
                <w:szCs w:val="16"/>
                <w:lang w:eastAsia="en-GB"/>
              </w:rPr>
            </w:pPr>
          </w:p>
        </w:tc>
        <w:tc>
          <w:tcPr>
            <w:tcW w:w="1170" w:type="dxa"/>
            <w:tcBorders>
              <w:top w:val="single" w:sz="6" w:space="0" w:color="auto"/>
              <w:left w:val="single" w:sz="12" w:space="0" w:color="auto"/>
              <w:bottom w:val="single" w:sz="6" w:space="0" w:color="auto"/>
              <w:right w:val="single" w:sz="6" w:space="0" w:color="auto"/>
            </w:tcBorders>
            <w:shd w:val="solid" w:color="FF0000" w:fill="auto"/>
          </w:tcPr>
          <w:p w14:paraId="63B19C18" w14:textId="77777777" w:rsidR="00283578" w:rsidRPr="00755529" w:rsidRDefault="00283578" w:rsidP="004139C9">
            <w:pPr>
              <w:autoSpaceDE w:val="0"/>
              <w:autoSpaceDN w:val="0"/>
              <w:adjustRightInd w:val="0"/>
              <w:spacing w:after="0" w:line="240" w:lineRule="auto"/>
              <w:jc w:val="right"/>
              <w:rPr>
                <w:rFonts w:ascii="Arial" w:eastAsia="Times New Roman" w:hAnsi="Arial" w:cs="Arial"/>
                <w:color w:val="000000"/>
                <w:sz w:val="18"/>
                <w:szCs w:val="18"/>
                <w:lang w:eastAsia="en-GB"/>
              </w:rPr>
            </w:pPr>
            <w:r>
              <w:rPr>
                <w:rFonts w:ascii="Arial" w:eastAsia="Times New Roman" w:hAnsi="Arial" w:cs="Arial"/>
                <w:noProof/>
                <w:color w:val="000000"/>
                <w:sz w:val="18"/>
                <w:szCs w:val="18"/>
                <w:lang w:eastAsia="en-GB"/>
              </w:rPr>
              <w:drawing>
                <wp:inline distT="0" distB="0" distL="0" distR="0" wp14:anchorId="455F5E30" wp14:editId="76AD39AA">
                  <wp:extent cx="371475" cy="381000"/>
                  <wp:effectExtent l="0" t="0" r="9525" b="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371475" cy="381000"/>
                          </a:xfrm>
                          <a:prstGeom prst="rect">
                            <a:avLst/>
                          </a:prstGeom>
                          <a:noFill/>
                          <a:ln>
                            <a:noFill/>
                          </a:ln>
                        </pic:spPr>
                      </pic:pic>
                    </a:graphicData>
                  </a:graphic>
                </wp:inline>
              </w:drawing>
            </w:r>
          </w:p>
        </w:tc>
        <w:tc>
          <w:tcPr>
            <w:tcW w:w="833" w:type="dxa"/>
            <w:tcBorders>
              <w:top w:val="single" w:sz="6" w:space="0" w:color="auto"/>
              <w:left w:val="single" w:sz="6" w:space="0" w:color="auto"/>
              <w:bottom w:val="single" w:sz="6" w:space="0" w:color="auto"/>
              <w:right w:val="single" w:sz="12" w:space="0" w:color="auto"/>
            </w:tcBorders>
            <w:shd w:val="solid" w:color="FF0000" w:fill="auto"/>
          </w:tcPr>
          <w:p w14:paraId="2FBE2C45" w14:textId="77777777" w:rsidR="00283578" w:rsidRPr="00755529" w:rsidRDefault="00283578" w:rsidP="004139C9">
            <w:pPr>
              <w:autoSpaceDE w:val="0"/>
              <w:autoSpaceDN w:val="0"/>
              <w:adjustRightInd w:val="0"/>
              <w:spacing w:after="0" w:line="240" w:lineRule="auto"/>
              <w:rPr>
                <w:rFonts w:ascii="Arial" w:eastAsia="Times New Roman" w:hAnsi="Arial" w:cs="Arial"/>
                <w:b/>
                <w:bCs/>
                <w:color w:val="000000"/>
                <w:sz w:val="18"/>
                <w:szCs w:val="18"/>
                <w:lang w:eastAsia="en-GB"/>
              </w:rPr>
            </w:pPr>
            <w:r w:rsidRPr="00755529">
              <w:rPr>
                <w:rFonts w:ascii="Arial" w:eastAsia="Times New Roman" w:hAnsi="Arial" w:cs="Arial"/>
                <w:b/>
                <w:bCs/>
                <w:color w:val="000000"/>
                <w:sz w:val="18"/>
                <w:szCs w:val="18"/>
                <w:lang w:eastAsia="en-GB"/>
              </w:rPr>
              <w:t>Coat</w:t>
            </w:r>
          </w:p>
        </w:tc>
        <w:tc>
          <w:tcPr>
            <w:tcW w:w="4098" w:type="dxa"/>
            <w:tcBorders>
              <w:top w:val="single" w:sz="6" w:space="0" w:color="auto"/>
              <w:left w:val="single" w:sz="12" w:space="0" w:color="auto"/>
              <w:bottom w:val="single" w:sz="6" w:space="0" w:color="auto"/>
              <w:right w:val="single" w:sz="6" w:space="0" w:color="auto"/>
            </w:tcBorders>
          </w:tcPr>
          <w:p w14:paraId="2DB52DF5" w14:textId="77777777" w:rsidR="00283578" w:rsidRPr="00755529" w:rsidRDefault="00283578" w:rsidP="004139C9">
            <w:pPr>
              <w:autoSpaceDE w:val="0"/>
              <w:autoSpaceDN w:val="0"/>
              <w:adjustRightInd w:val="0"/>
              <w:spacing w:after="0" w:line="240" w:lineRule="auto"/>
              <w:jc w:val="right"/>
              <w:rPr>
                <w:rFonts w:ascii="Arial" w:eastAsia="Times New Roman" w:hAnsi="Arial" w:cs="Arial"/>
                <w:color w:val="000000"/>
                <w:sz w:val="18"/>
                <w:szCs w:val="18"/>
                <w:lang w:eastAsia="en-GB"/>
              </w:rPr>
            </w:pPr>
          </w:p>
        </w:tc>
        <w:tc>
          <w:tcPr>
            <w:tcW w:w="2049" w:type="dxa"/>
            <w:tcBorders>
              <w:top w:val="single" w:sz="6" w:space="0" w:color="auto"/>
              <w:left w:val="single" w:sz="6" w:space="0" w:color="auto"/>
              <w:bottom w:val="single" w:sz="6" w:space="0" w:color="auto"/>
              <w:right w:val="single" w:sz="6" w:space="0" w:color="auto"/>
            </w:tcBorders>
          </w:tcPr>
          <w:p w14:paraId="1AB0D025" w14:textId="77777777" w:rsidR="00283578" w:rsidRPr="00755529" w:rsidRDefault="00283578" w:rsidP="004139C9">
            <w:pPr>
              <w:autoSpaceDE w:val="0"/>
              <w:autoSpaceDN w:val="0"/>
              <w:adjustRightInd w:val="0"/>
              <w:spacing w:after="0" w:line="240" w:lineRule="auto"/>
              <w:jc w:val="right"/>
              <w:rPr>
                <w:rFonts w:ascii="Arial" w:eastAsia="Times New Roman" w:hAnsi="Arial" w:cs="Arial"/>
                <w:color w:val="000000"/>
                <w:sz w:val="18"/>
                <w:szCs w:val="18"/>
                <w:lang w:eastAsia="en-GB"/>
              </w:rPr>
            </w:pPr>
          </w:p>
        </w:tc>
      </w:tr>
      <w:tr w:rsidR="00283578" w:rsidRPr="00755529" w14:paraId="149C5381" w14:textId="77777777" w:rsidTr="004139C9">
        <w:trPr>
          <w:trHeight w:val="609"/>
        </w:trPr>
        <w:tc>
          <w:tcPr>
            <w:tcW w:w="641" w:type="dxa"/>
            <w:tcBorders>
              <w:top w:val="nil"/>
              <w:left w:val="nil"/>
              <w:bottom w:val="nil"/>
              <w:right w:val="nil"/>
            </w:tcBorders>
          </w:tcPr>
          <w:p w14:paraId="5730BEF8" w14:textId="77777777" w:rsidR="00283578" w:rsidRPr="00755529" w:rsidRDefault="00283578" w:rsidP="004139C9">
            <w:pPr>
              <w:autoSpaceDE w:val="0"/>
              <w:autoSpaceDN w:val="0"/>
              <w:adjustRightInd w:val="0"/>
              <w:spacing w:after="0" w:line="240" w:lineRule="auto"/>
              <w:jc w:val="right"/>
              <w:rPr>
                <w:rFonts w:ascii="Arial" w:eastAsia="Times New Roman" w:hAnsi="Arial" w:cs="Arial"/>
                <w:color w:val="000000"/>
                <w:sz w:val="20"/>
                <w:szCs w:val="20"/>
                <w:lang w:eastAsia="en-GB"/>
              </w:rPr>
            </w:pPr>
          </w:p>
        </w:tc>
        <w:tc>
          <w:tcPr>
            <w:tcW w:w="1170" w:type="dxa"/>
            <w:tcBorders>
              <w:top w:val="single" w:sz="6" w:space="0" w:color="auto"/>
              <w:left w:val="single" w:sz="12" w:space="0" w:color="auto"/>
              <w:bottom w:val="single" w:sz="6" w:space="0" w:color="auto"/>
              <w:right w:val="single" w:sz="6" w:space="0" w:color="auto"/>
            </w:tcBorders>
            <w:shd w:val="solid" w:color="FFFF00" w:fill="auto"/>
          </w:tcPr>
          <w:p w14:paraId="041B1746" w14:textId="77777777" w:rsidR="00283578" w:rsidRPr="00755529" w:rsidRDefault="00283578" w:rsidP="004139C9">
            <w:pPr>
              <w:autoSpaceDE w:val="0"/>
              <w:autoSpaceDN w:val="0"/>
              <w:adjustRightInd w:val="0"/>
              <w:spacing w:after="0" w:line="240" w:lineRule="auto"/>
              <w:jc w:val="right"/>
              <w:rPr>
                <w:rFonts w:ascii="Arial" w:eastAsia="Times New Roman" w:hAnsi="Arial" w:cs="Arial"/>
                <w:color w:val="000000"/>
                <w:sz w:val="18"/>
                <w:szCs w:val="18"/>
                <w:lang w:eastAsia="en-GB"/>
              </w:rPr>
            </w:pPr>
            <w:r>
              <w:rPr>
                <w:rFonts w:ascii="Arial" w:eastAsia="Times New Roman" w:hAnsi="Arial" w:cs="Arial"/>
                <w:noProof/>
                <w:color w:val="000000"/>
                <w:sz w:val="18"/>
                <w:szCs w:val="18"/>
                <w:lang w:eastAsia="en-GB"/>
              </w:rPr>
              <w:drawing>
                <wp:inline distT="0" distB="0" distL="0" distR="0" wp14:anchorId="6E8A33FA" wp14:editId="46F8FC86">
                  <wp:extent cx="409575" cy="381000"/>
                  <wp:effectExtent l="0" t="0" r="9525" b="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409575" cy="381000"/>
                          </a:xfrm>
                          <a:prstGeom prst="rect">
                            <a:avLst/>
                          </a:prstGeom>
                          <a:noFill/>
                          <a:ln>
                            <a:noFill/>
                          </a:ln>
                        </pic:spPr>
                      </pic:pic>
                    </a:graphicData>
                  </a:graphic>
                </wp:inline>
              </w:drawing>
            </w:r>
          </w:p>
        </w:tc>
        <w:tc>
          <w:tcPr>
            <w:tcW w:w="833" w:type="dxa"/>
            <w:tcBorders>
              <w:top w:val="single" w:sz="6" w:space="0" w:color="auto"/>
              <w:left w:val="single" w:sz="6" w:space="0" w:color="auto"/>
              <w:bottom w:val="single" w:sz="6" w:space="0" w:color="auto"/>
              <w:right w:val="single" w:sz="12" w:space="0" w:color="auto"/>
            </w:tcBorders>
            <w:shd w:val="solid" w:color="FFFF00" w:fill="auto"/>
          </w:tcPr>
          <w:p w14:paraId="1E58907A" w14:textId="77777777" w:rsidR="00283578" w:rsidRPr="00755529" w:rsidRDefault="00283578" w:rsidP="004139C9">
            <w:pPr>
              <w:autoSpaceDE w:val="0"/>
              <w:autoSpaceDN w:val="0"/>
              <w:adjustRightInd w:val="0"/>
              <w:spacing w:after="0" w:line="240" w:lineRule="auto"/>
              <w:rPr>
                <w:rFonts w:ascii="Arial" w:eastAsia="Times New Roman" w:hAnsi="Arial" w:cs="Arial"/>
                <w:b/>
                <w:bCs/>
                <w:color w:val="000000"/>
                <w:sz w:val="18"/>
                <w:szCs w:val="18"/>
                <w:lang w:eastAsia="en-GB"/>
              </w:rPr>
            </w:pPr>
            <w:r w:rsidRPr="00755529">
              <w:rPr>
                <w:rFonts w:ascii="Arial" w:eastAsia="Times New Roman" w:hAnsi="Arial" w:cs="Arial"/>
                <w:b/>
                <w:bCs/>
                <w:color w:val="000000"/>
                <w:sz w:val="18"/>
                <w:szCs w:val="18"/>
                <w:lang w:eastAsia="en-GB"/>
              </w:rPr>
              <w:t>Hat</w:t>
            </w:r>
          </w:p>
        </w:tc>
        <w:tc>
          <w:tcPr>
            <w:tcW w:w="4098" w:type="dxa"/>
            <w:tcBorders>
              <w:top w:val="single" w:sz="6" w:space="0" w:color="auto"/>
              <w:left w:val="single" w:sz="12" w:space="0" w:color="auto"/>
              <w:bottom w:val="single" w:sz="6" w:space="0" w:color="auto"/>
              <w:right w:val="single" w:sz="6" w:space="0" w:color="auto"/>
            </w:tcBorders>
          </w:tcPr>
          <w:p w14:paraId="46AB6D10" w14:textId="77777777" w:rsidR="00283578" w:rsidRPr="00755529" w:rsidRDefault="00283578" w:rsidP="004139C9">
            <w:pPr>
              <w:autoSpaceDE w:val="0"/>
              <w:autoSpaceDN w:val="0"/>
              <w:adjustRightInd w:val="0"/>
              <w:spacing w:after="0" w:line="240" w:lineRule="auto"/>
              <w:jc w:val="right"/>
              <w:rPr>
                <w:rFonts w:ascii="Arial" w:eastAsia="Times New Roman" w:hAnsi="Arial" w:cs="Arial"/>
                <w:color w:val="000000"/>
                <w:sz w:val="18"/>
                <w:szCs w:val="18"/>
                <w:lang w:eastAsia="en-GB"/>
              </w:rPr>
            </w:pPr>
          </w:p>
        </w:tc>
        <w:tc>
          <w:tcPr>
            <w:tcW w:w="2049" w:type="dxa"/>
            <w:tcBorders>
              <w:top w:val="single" w:sz="6" w:space="0" w:color="auto"/>
              <w:left w:val="single" w:sz="6" w:space="0" w:color="auto"/>
              <w:bottom w:val="single" w:sz="6" w:space="0" w:color="auto"/>
              <w:right w:val="single" w:sz="6" w:space="0" w:color="auto"/>
            </w:tcBorders>
          </w:tcPr>
          <w:p w14:paraId="3983E95C" w14:textId="77777777" w:rsidR="00283578" w:rsidRPr="00755529" w:rsidRDefault="00283578" w:rsidP="004139C9">
            <w:pPr>
              <w:autoSpaceDE w:val="0"/>
              <w:autoSpaceDN w:val="0"/>
              <w:adjustRightInd w:val="0"/>
              <w:spacing w:after="0" w:line="240" w:lineRule="auto"/>
              <w:jc w:val="right"/>
              <w:rPr>
                <w:rFonts w:ascii="Arial" w:eastAsia="Times New Roman" w:hAnsi="Arial" w:cs="Arial"/>
                <w:color w:val="000000"/>
                <w:sz w:val="18"/>
                <w:szCs w:val="18"/>
                <w:lang w:eastAsia="en-GB"/>
              </w:rPr>
            </w:pPr>
          </w:p>
        </w:tc>
      </w:tr>
      <w:tr w:rsidR="00283578" w:rsidRPr="00755529" w14:paraId="36C6FDD4" w14:textId="77777777" w:rsidTr="004139C9">
        <w:trPr>
          <w:trHeight w:val="609"/>
        </w:trPr>
        <w:tc>
          <w:tcPr>
            <w:tcW w:w="641" w:type="dxa"/>
            <w:tcBorders>
              <w:top w:val="nil"/>
              <w:left w:val="nil"/>
              <w:bottom w:val="nil"/>
              <w:right w:val="nil"/>
            </w:tcBorders>
          </w:tcPr>
          <w:p w14:paraId="4C3C309D" w14:textId="77777777" w:rsidR="00283578" w:rsidRPr="00755529" w:rsidRDefault="00283578" w:rsidP="004139C9">
            <w:pPr>
              <w:autoSpaceDE w:val="0"/>
              <w:autoSpaceDN w:val="0"/>
              <w:adjustRightInd w:val="0"/>
              <w:spacing w:after="0" w:line="240" w:lineRule="auto"/>
              <w:jc w:val="right"/>
              <w:rPr>
                <w:rFonts w:ascii="Arial" w:eastAsia="Times New Roman" w:hAnsi="Arial" w:cs="Arial"/>
                <w:color w:val="000000"/>
                <w:sz w:val="20"/>
                <w:szCs w:val="20"/>
                <w:lang w:eastAsia="en-GB"/>
              </w:rPr>
            </w:pPr>
          </w:p>
        </w:tc>
        <w:tc>
          <w:tcPr>
            <w:tcW w:w="1170" w:type="dxa"/>
            <w:tcBorders>
              <w:top w:val="single" w:sz="6" w:space="0" w:color="auto"/>
              <w:left w:val="single" w:sz="12" w:space="0" w:color="auto"/>
              <w:bottom w:val="single" w:sz="6" w:space="0" w:color="auto"/>
              <w:right w:val="single" w:sz="6" w:space="0" w:color="auto"/>
            </w:tcBorders>
            <w:shd w:val="solid" w:color="FF6600" w:fill="auto"/>
          </w:tcPr>
          <w:p w14:paraId="3C21CC14" w14:textId="77777777" w:rsidR="00283578" w:rsidRPr="00755529" w:rsidRDefault="00283578" w:rsidP="004139C9">
            <w:pPr>
              <w:autoSpaceDE w:val="0"/>
              <w:autoSpaceDN w:val="0"/>
              <w:adjustRightInd w:val="0"/>
              <w:spacing w:after="0" w:line="240" w:lineRule="auto"/>
              <w:jc w:val="right"/>
              <w:rPr>
                <w:rFonts w:ascii="Arial" w:eastAsia="Times New Roman" w:hAnsi="Arial" w:cs="Arial"/>
                <w:color w:val="000000"/>
                <w:sz w:val="18"/>
                <w:szCs w:val="18"/>
                <w:lang w:eastAsia="en-GB"/>
              </w:rPr>
            </w:pPr>
            <w:r>
              <w:rPr>
                <w:rFonts w:ascii="Arial" w:eastAsia="Times New Roman" w:hAnsi="Arial" w:cs="Arial"/>
                <w:noProof/>
                <w:color w:val="000000"/>
                <w:sz w:val="18"/>
                <w:szCs w:val="18"/>
                <w:lang w:eastAsia="en-GB"/>
              </w:rPr>
              <w:drawing>
                <wp:inline distT="0" distB="0" distL="0" distR="0" wp14:anchorId="58FC8083" wp14:editId="69DB07A4">
                  <wp:extent cx="419100" cy="371475"/>
                  <wp:effectExtent l="0" t="0" r="0" b="9525"/>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419100" cy="371475"/>
                          </a:xfrm>
                          <a:prstGeom prst="rect">
                            <a:avLst/>
                          </a:prstGeom>
                          <a:noFill/>
                          <a:ln>
                            <a:noFill/>
                          </a:ln>
                        </pic:spPr>
                      </pic:pic>
                    </a:graphicData>
                  </a:graphic>
                </wp:inline>
              </w:drawing>
            </w:r>
          </w:p>
        </w:tc>
        <w:tc>
          <w:tcPr>
            <w:tcW w:w="833" w:type="dxa"/>
            <w:tcBorders>
              <w:top w:val="single" w:sz="6" w:space="0" w:color="auto"/>
              <w:left w:val="single" w:sz="6" w:space="0" w:color="auto"/>
              <w:bottom w:val="single" w:sz="6" w:space="0" w:color="auto"/>
              <w:right w:val="single" w:sz="12" w:space="0" w:color="auto"/>
            </w:tcBorders>
            <w:shd w:val="solid" w:color="FF6600" w:fill="auto"/>
          </w:tcPr>
          <w:p w14:paraId="779EFB52" w14:textId="77777777" w:rsidR="00283578" w:rsidRPr="00755529" w:rsidRDefault="00283578" w:rsidP="004139C9">
            <w:pPr>
              <w:autoSpaceDE w:val="0"/>
              <w:autoSpaceDN w:val="0"/>
              <w:adjustRightInd w:val="0"/>
              <w:spacing w:after="0" w:line="240" w:lineRule="auto"/>
              <w:rPr>
                <w:rFonts w:ascii="Arial" w:eastAsia="Times New Roman" w:hAnsi="Arial" w:cs="Arial"/>
                <w:b/>
                <w:bCs/>
                <w:color w:val="000000"/>
                <w:sz w:val="18"/>
                <w:szCs w:val="18"/>
                <w:lang w:eastAsia="en-GB"/>
              </w:rPr>
            </w:pPr>
            <w:r w:rsidRPr="00755529">
              <w:rPr>
                <w:rFonts w:ascii="Arial" w:eastAsia="Times New Roman" w:hAnsi="Arial" w:cs="Arial"/>
                <w:b/>
                <w:bCs/>
                <w:color w:val="000000"/>
                <w:sz w:val="18"/>
                <w:szCs w:val="18"/>
                <w:lang w:eastAsia="en-GB"/>
              </w:rPr>
              <w:t>Pram</w:t>
            </w:r>
          </w:p>
        </w:tc>
        <w:tc>
          <w:tcPr>
            <w:tcW w:w="4098" w:type="dxa"/>
            <w:tcBorders>
              <w:top w:val="single" w:sz="6" w:space="0" w:color="auto"/>
              <w:left w:val="single" w:sz="12" w:space="0" w:color="auto"/>
              <w:bottom w:val="single" w:sz="6" w:space="0" w:color="auto"/>
              <w:right w:val="single" w:sz="6" w:space="0" w:color="auto"/>
            </w:tcBorders>
          </w:tcPr>
          <w:p w14:paraId="291C73C0" w14:textId="77777777" w:rsidR="00283578" w:rsidRPr="00755529" w:rsidRDefault="00283578" w:rsidP="004139C9">
            <w:pPr>
              <w:autoSpaceDE w:val="0"/>
              <w:autoSpaceDN w:val="0"/>
              <w:adjustRightInd w:val="0"/>
              <w:spacing w:after="0" w:line="240" w:lineRule="auto"/>
              <w:jc w:val="right"/>
              <w:rPr>
                <w:rFonts w:ascii="Arial" w:eastAsia="Times New Roman" w:hAnsi="Arial" w:cs="Arial"/>
                <w:color w:val="000000"/>
                <w:sz w:val="18"/>
                <w:szCs w:val="18"/>
                <w:lang w:eastAsia="en-GB"/>
              </w:rPr>
            </w:pPr>
          </w:p>
        </w:tc>
        <w:tc>
          <w:tcPr>
            <w:tcW w:w="2049" w:type="dxa"/>
            <w:tcBorders>
              <w:top w:val="single" w:sz="6" w:space="0" w:color="auto"/>
              <w:left w:val="single" w:sz="6" w:space="0" w:color="auto"/>
              <w:bottom w:val="single" w:sz="6" w:space="0" w:color="auto"/>
              <w:right w:val="single" w:sz="6" w:space="0" w:color="auto"/>
            </w:tcBorders>
          </w:tcPr>
          <w:p w14:paraId="43914313" w14:textId="77777777" w:rsidR="00283578" w:rsidRPr="00755529" w:rsidRDefault="00283578" w:rsidP="004139C9">
            <w:pPr>
              <w:autoSpaceDE w:val="0"/>
              <w:autoSpaceDN w:val="0"/>
              <w:adjustRightInd w:val="0"/>
              <w:spacing w:after="0" w:line="240" w:lineRule="auto"/>
              <w:jc w:val="right"/>
              <w:rPr>
                <w:rFonts w:ascii="Arial" w:eastAsia="Times New Roman" w:hAnsi="Arial" w:cs="Arial"/>
                <w:color w:val="000000"/>
                <w:sz w:val="18"/>
                <w:szCs w:val="18"/>
                <w:lang w:eastAsia="en-GB"/>
              </w:rPr>
            </w:pPr>
          </w:p>
        </w:tc>
      </w:tr>
      <w:tr w:rsidR="00283578" w:rsidRPr="00755529" w14:paraId="4300033E" w14:textId="77777777" w:rsidTr="004139C9">
        <w:trPr>
          <w:trHeight w:val="609"/>
        </w:trPr>
        <w:tc>
          <w:tcPr>
            <w:tcW w:w="641" w:type="dxa"/>
            <w:tcBorders>
              <w:top w:val="nil"/>
              <w:left w:val="nil"/>
              <w:bottom w:val="nil"/>
              <w:right w:val="nil"/>
            </w:tcBorders>
          </w:tcPr>
          <w:p w14:paraId="0B048443" w14:textId="77777777" w:rsidR="00283578" w:rsidRPr="00755529" w:rsidRDefault="00283578" w:rsidP="004139C9">
            <w:pPr>
              <w:autoSpaceDE w:val="0"/>
              <w:autoSpaceDN w:val="0"/>
              <w:adjustRightInd w:val="0"/>
              <w:spacing w:after="0" w:line="240" w:lineRule="auto"/>
              <w:jc w:val="right"/>
              <w:rPr>
                <w:rFonts w:ascii="Arial" w:eastAsia="Times New Roman" w:hAnsi="Arial" w:cs="Arial"/>
                <w:color w:val="000000"/>
                <w:sz w:val="20"/>
                <w:szCs w:val="20"/>
                <w:lang w:eastAsia="en-GB"/>
              </w:rPr>
            </w:pPr>
          </w:p>
        </w:tc>
        <w:tc>
          <w:tcPr>
            <w:tcW w:w="1170" w:type="dxa"/>
            <w:tcBorders>
              <w:top w:val="single" w:sz="6" w:space="0" w:color="auto"/>
              <w:left w:val="single" w:sz="12" w:space="0" w:color="auto"/>
              <w:bottom w:val="single" w:sz="6" w:space="0" w:color="auto"/>
              <w:right w:val="single" w:sz="6" w:space="0" w:color="auto"/>
            </w:tcBorders>
            <w:shd w:val="solid" w:color="3366FF" w:fill="auto"/>
          </w:tcPr>
          <w:p w14:paraId="4752B470" w14:textId="77777777" w:rsidR="00283578" w:rsidRPr="00755529" w:rsidRDefault="00283578" w:rsidP="004139C9">
            <w:pPr>
              <w:autoSpaceDE w:val="0"/>
              <w:autoSpaceDN w:val="0"/>
              <w:adjustRightInd w:val="0"/>
              <w:spacing w:after="0" w:line="240" w:lineRule="auto"/>
              <w:jc w:val="right"/>
              <w:rPr>
                <w:rFonts w:ascii="Arial" w:eastAsia="Times New Roman" w:hAnsi="Arial" w:cs="Arial"/>
                <w:color w:val="000000"/>
                <w:sz w:val="18"/>
                <w:szCs w:val="18"/>
                <w:lang w:eastAsia="en-GB"/>
              </w:rPr>
            </w:pPr>
            <w:r>
              <w:rPr>
                <w:rFonts w:ascii="Arial" w:eastAsia="Times New Roman" w:hAnsi="Arial" w:cs="Arial"/>
                <w:noProof/>
                <w:color w:val="000000"/>
                <w:sz w:val="18"/>
                <w:szCs w:val="18"/>
                <w:lang w:eastAsia="en-GB"/>
              </w:rPr>
              <w:drawing>
                <wp:inline distT="0" distB="0" distL="0" distR="0" wp14:anchorId="12C1078E" wp14:editId="124B986C">
                  <wp:extent cx="542925" cy="361950"/>
                  <wp:effectExtent l="0" t="0" r="9525" b="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542925" cy="361950"/>
                          </a:xfrm>
                          <a:prstGeom prst="rect">
                            <a:avLst/>
                          </a:prstGeom>
                          <a:noFill/>
                          <a:ln>
                            <a:noFill/>
                          </a:ln>
                        </pic:spPr>
                      </pic:pic>
                    </a:graphicData>
                  </a:graphic>
                </wp:inline>
              </w:drawing>
            </w:r>
          </w:p>
        </w:tc>
        <w:tc>
          <w:tcPr>
            <w:tcW w:w="833" w:type="dxa"/>
            <w:tcBorders>
              <w:top w:val="single" w:sz="6" w:space="0" w:color="auto"/>
              <w:left w:val="single" w:sz="6" w:space="0" w:color="auto"/>
              <w:bottom w:val="single" w:sz="6" w:space="0" w:color="auto"/>
              <w:right w:val="single" w:sz="12" w:space="0" w:color="auto"/>
            </w:tcBorders>
            <w:shd w:val="solid" w:color="3366FF" w:fill="auto"/>
          </w:tcPr>
          <w:p w14:paraId="4AE10C12" w14:textId="77777777" w:rsidR="00283578" w:rsidRPr="00755529" w:rsidRDefault="00283578" w:rsidP="004139C9">
            <w:pPr>
              <w:autoSpaceDE w:val="0"/>
              <w:autoSpaceDN w:val="0"/>
              <w:adjustRightInd w:val="0"/>
              <w:spacing w:after="0" w:line="240" w:lineRule="auto"/>
              <w:rPr>
                <w:rFonts w:ascii="Arial" w:eastAsia="Times New Roman" w:hAnsi="Arial" w:cs="Arial"/>
                <w:b/>
                <w:bCs/>
                <w:color w:val="FFFFFF"/>
                <w:sz w:val="18"/>
                <w:szCs w:val="18"/>
                <w:lang w:eastAsia="en-GB"/>
              </w:rPr>
            </w:pPr>
            <w:r w:rsidRPr="00755529">
              <w:rPr>
                <w:rFonts w:ascii="Arial" w:eastAsia="Times New Roman" w:hAnsi="Arial" w:cs="Arial"/>
                <w:b/>
                <w:bCs/>
                <w:color w:val="FFFFFF"/>
                <w:sz w:val="18"/>
                <w:szCs w:val="18"/>
                <w:lang w:eastAsia="en-GB"/>
              </w:rPr>
              <w:t>Shoe</w:t>
            </w:r>
          </w:p>
        </w:tc>
        <w:tc>
          <w:tcPr>
            <w:tcW w:w="4098" w:type="dxa"/>
            <w:tcBorders>
              <w:top w:val="single" w:sz="6" w:space="0" w:color="auto"/>
              <w:left w:val="single" w:sz="12" w:space="0" w:color="auto"/>
              <w:bottom w:val="single" w:sz="6" w:space="0" w:color="auto"/>
              <w:right w:val="single" w:sz="6" w:space="0" w:color="auto"/>
            </w:tcBorders>
          </w:tcPr>
          <w:p w14:paraId="3698F125" w14:textId="77777777" w:rsidR="00283578" w:rsidRPr="00755529" w:rsidRDefault="00283578" w:rsidP="004139C9">
            <w:pPr>
              <w:autoSpaceDE w:val="0"/>
              <w:autoSpaceDN w:val="0"/>
              <w:adjustRightInd w:val="0"/>
              <w:spacing w:after="0" w:line="240" w:lineRule="auto"/>
              <w:jc w:val="right"/>
              <w:rPr>
                <w:rFonts w:ascii="Arial" w:eastAsia="Times New Roman" w:hAnsi="Arial" w:cs="Arial"/>
                <w:color w:val="000000"/>
                <w:sz w:val="18"/>
                <w:szCs w:val="18"/>
                <w:lang w:eastAsia="en-GB"/>
              </w:rPr>
            </w:pPr>
          </w:p>
        </w:tc>
        <w:tc>
          <w:tcPr>
            <w:tcW w:w="2049" w:type="dxa"/>
            <w:tcBorders>
              <w:top w:val="single" w:sz="6" w:space="0" w:color="auto"/>
              <w:left w:val="single" w:sz="6" w:space="0" w:color="auto"/>
              <w:bottom w:val="single" w:sz="6" w:space="0" w:color="auto"/>
              <w:right w:val="single" w:sz="6" w:space="0" w:color="auto"/>
            </w:tcBorders>
          </w:tcPr>
          <w:p w14:paraId="2467F3C8" w14:textId="77777777" w:rsidR="00283578" w:rsidRPr="00755529" w:rsidRDefault="00283578" w:rsidP="004139C9">
            <w:pPr>
              <w:autoSpaceDE w:val="0"/>
              <w:autoSpaceDN w:val="0"/>
              <w:adjustRightInd w:val="0"/>
              <w:spacing w:after="0" w:line="240" w:lineRule="auto"/>
              <w:jc w:val="right"/>
              <w:rPr>
                <w:rFonts w:ascii="Arial" w:eastAsia="Times New Roman" w:hAnsi="Arial" w:cs="Arial"/>
                <w:color w:val="000000"/>
                <w:sz w:val="18"/>
                <w:szCs w:val="18"/>
                <w:lang w:eastAsia="en-GB"/>
              </w:rPr>
            </w:pPr>
          </w:p>
        </w:tc>
      </w:tr>
      <w:tr w:rsidR="00283578" w:rsidRPr="00755529" w14:paraId="7374C7C5" w14:textId="77777777" w:rsidTr="004139C9">
        <w:trPr>
          <w:trHeight w:val="609"/>
        </w:trPr>
        <w:tc>
          <w:tcPr>
            <w:tcW w:w="641" w:type="dxa"/>
            <w:tcBorders>
              <w:top w:val="nil"/>
              <w:left w:val="nil"/>
              <w:bottom w:val="nil"/>
              <w:right w:val="nil"/>
            </w:tcBorders>
          </w:tcPr>
          <w:p w14:paraId="72893537" w14:textId="77777777" w:rsidR="00283578" w:rsidRPr="00755529" w:rsidRDefault="00283578" w:rsidP="004139C9">
            <w:pPr>
              <w:autoSpaceDE w:val="0"/>
              <w:autoSpaceDN w:val="0"/>
              <w:adjustRightInd w:val="0"/>
              <w:spacing w:after="0" w:line="240" w:lineRule="auto"/>
              <w:jc w:val="right"/>
              <w:rPr>
                <w:rFonts w:ascii="Arial" w:eastAsia="Times New Roman" w:hAnsi="Arial" w:cs="Arial"/>
                <w:color w:val="000000"/>
                <w:sz w:val="20"/>
                <w:szCs w:val="20"/>
                <w:lang w:eastAsia="en-GB"/>
              </w:rPr>
            </w:pPr>
          </w:p>
        </w:tc>
        <w:tc>
          <w:tcPr>
            <w:tcW w:w="1170" w:type="dxa"/>
            <w:tcBorders>
              <w:top w:val="single" w:sz="6" w:space="0" w:color="auto"/>
              <w:left w:val="single" w:sz="12" w:space="0" w:color="auto"/>
              <w:bottom w:val="single" w:sz="6" w:space="0" w:color="auto"/>
              <w:right w:val="single" w:sz="6" w:space="0" w:color="auto"/>
            </w:tcBorders>
            <w:shd w:val="solid" w:color="FF0000" w:fill="auto"/>
          </w:tcPr>
          <w:p w14:paraId="14CB7B11" w14:textId="77777777" w:rsidR="00283578" w:rsidRPr="00755529" w:rsidRDefault="00283578" w:rsidP="004139C9">
            <w:pPr>
              <w:autoSpaceDE w:val="0"/>
              <w:autoSpaceDN w:val="0"/>
              <w:adjustRightInd w:val="0"/>
              <w:spacing w:after="0" w:line="240" w:lineRule="auto"/>
              <w:jc w:val="right"/>
              <w:rPr>
                <w:rFonts w:ascii="Arial" w:eastAsia="Times New Roman" w:hAnsi="Arial" w:cs="Arial"/>
                <w:color w:val="000000"/>
                <w:sz w:val="18"/>
                <w:szCs w:val="18"/>
                <w:lang w:eastAsia="en-GB"/>
              </w:rPr>
            </w:pPr>
            <w:r>
              <w:rPr>
                <w:rFonts w:ascii="Arial" w:eastAsia="Times New Roman" w:hAnsi="Arial" w:cs="Arial"/>
                <w:noProof/>
                <w:color w:val="000000"/>
                <w:sz w:val="18"/>
                <w:szCs w:val="18"/>
                <w:lang w:eastAsia="en-GB"/>
              </w:rPr>
              <w:drawing>
                <wp:inline distT="0" distB="0" distL="0" distR="0" wp14:anchorId="792325CC" wp14:editId="546DF6A6">
                  <wp:extent cx="295275" cy="381000"/>
                  <wp:effectExtent l="0" t="0" r="9525" b="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295275" cy="381000"/>
                          </a:xfrm>
                          <a:prstGeom prst="rect">
                            <a:avLst/>
                          </a:prstGeom>
                          <a:noFill/>
                          <a:ln>
                            <a:noFill/>
                          </a:ln>
                        </pic:spPr>
                      </pic:pic>
                    </a:graphicData>
                  </a:graphic>
                </wp:inline>
              </w:drawing>
            </w:r>
          </w:p>
        </w:tc>
        <w:tc>
          <w:tcPr>
            <w:tcW w:w="833" w:type="dxa"/>
            <w:tcBorders>
              <w:top w:val="single" w:sz="6" w:space="0" w:color="auto"/>
              <w:left w:val="single" w:sz="6" w:space="0" w:color="auto"/>
              <w:bottom w:val="single" w:sz="6" w:space="0" w:color="auto"/>
              <w:right w:val="single" w:sz="12" w:space="0" w:color="auto"/>
            </w:tcBorders>
            <w:shd w:val="solid" w:color="FF0000" w:fill="auto"/>
          </w:tcPr>
          <w:p w14:paraId="5D3CE6DC" w14:textId="77777777" w:rsidR="00283578" w:rsidRPr="00755529" w:rsidRDefault="00283578" w:rsidP="004139C9">
            <w:pPr>
              <w:autoSpaceDE w:val="0"/>
              <w:autoSpaceDN w:val="0"/>
              <w:adjustRightInd w:val="0"/>
              <w:spacing w:after="0" w:line="240" w:lineRule="auto"/>
              <w:rPr>
                <w:rFonts w:ascii="Arial" w:eastAsia="Times New Roman" w:hAnsi="Arial" w:cs="Arial"/>
                <w:b/>
                <w:bCs/>
                <w:color w:val="000000"/>
                <w:sz w:val="18"/>
                <w:szCs w:val="18"/>
                <w:lang w:eastAsia="en-GB"/>
              </w:rPr>
            </w:pPr>
            <w:r w:rsidRPr="00755529">
              <w:rPr>
                <w:rFonts w:ascii="Arial" w:eastAsia="Times New Roman" w:hAnsi="Arial" w:cs="Arial"/>
                <w:b/>
                <w:bCs/>
                <w:color w:val="000000"/>
                <w:sz w:val="18"/>
                <w:szCs w:val="18"/>
                <w:lang w:eastAsia="en-GB"/>
              </w:rPr>
              <w:t>Flower</w:t>
            </w:r>
          </w:p>
        </w:tc>
        <w:tc>
          <w:tcPr>
            <w:tcW w:w="4098" w:type="dxa"/>
            <w:tcBorders>
              <w:top w:val="single" w:sz="6" w:space="0" w:color="auto"/>
              <w:left w:val="single" w:sz="12" w:space="0" w:color="auto"/>
              <w:bottom w:val="single" w:sz="6" w:space="0" w:color="auto"/>
              <w:right w:val="single" w:sz="6" w:space="0" w:color="auto"/>
            </w:tcBorders>
          </w:tcPr>
          <w:p w14:paraId="04715BCB" w14:textId="77777777" w:rsidR="00283578" w:rsidRPr="00755529" w:rsidRDefault="00283578" w:rsidP="004139C9">
            <w:pPr>
              <w:autoSpaceDE w:val="0"/>
              <w:autoSpaceDN w:val="0"/>
              <w:adjustRightInd w:val="0"/>
              <w:spacing w:after="0" w:line="240" w:lineRule="auto"/>
              <w:jc w:val="right"/>
              <w:rPr>
                <w:rFonts w:ascii="Arial" w:eastAsia="Times New Roman" w:hAnsi="Arial" w:cs="Arial"/>
                <w:color w:val="000000"/>
                <w:sz w:val="18"/>
                <w:szCs w:val="18"/>
                <w:lang w:eastAsia="en-GB"/>
              </w:rPr>
            </w:pPr>
          </w:p>
        </w:tc>
        <w:tc>
          <w:tcPr>
            <w:tcW w:w="2049" w:type="dxa"/>
            <w:tcBorders>
              <w:top w:val="single" w:sz="6" w:space="0" w:color="auto"/>
              <w:left w:val="single" w:sz="6" w:space="0" w:color="auto"/>
              <w:bottom w:val="single" w:sz="6" w:space="0" w:color="auto"/>
              <w:right w:val="single" w:sz="6" w:space="0" w:color="auto"/>
            </w:tcBorders>
          </w:tcPr>
          <w:p w14:paraId="0BDB345F" w14:textId="081C7E00" w:rsidR="00283578" w:rsidRPr="00755529" w:rsidRDefault="00283578" w:rsidP="004139C9">
            <w:pPr>
              <w:autoSpaceDE w:val="0"/>
              <w:autoSpaceDN w:val="0"/>
              <w:adjustRightInd w:val="0"/>
              <w:spacing w:after="0" w:line="240" w:lineRule="auto"/>
              <w:jc w:val="right"/>
              <w:rPr>
                <w:rFonts w:ascii="Arial" w:eastAsia="Times New Roman" w:hAnsi="Arial" w:cs="Arial"/>
                <w:color w:val="000000"/>
                <w:sz w:val="18"/>
                <w:szCs w:val="18"/>
                <w:lang w:eastAsia="en-GB"/>
              </w:rPr>
            </w:pPr>
          </w:p>
        </w:tc>
      </w:tr>
      <w:tr w:rsidR="00283578" w:rsidRPr="00755529" w14:paraId="60DBCC99" w14:textId="77777777" w:rsidTr="004139C9">
        <w:trPr>
          <w:trHeight w:val="609"/>
        </w:trPr>
        <w:tc>
          <w:tcPr>
            <w:tcW w:w="641" w:type="dxa"/>
            <w:tcBorders>
              <w:top w:val="nil"/>
              <w:left w:val="nil"/>
              <w:bottom w:val="nil"/>
              <w:right w:val="nil"/>
            </w:tcBorders>
          </w:tcPr>
          <w:p w14:paraId="6220D7A9" w14:textId="77777777" w:rsidR="00283578" w:rsidRDefault="00283578" w:rsidP="004139C9">
            <w:pPr>
              <w:autoSpaceDE w:val="0"/>
              <w:autoSpaceDN w:val="0"/>
              <w:adjustRightInd w:val="0"/>
              <w:spacing w:after="0" w:line="240" w:lineRule="auto"/>
              <w:jc w:val="right"/>
              <w:rPr>
                <w:rFonts w:ascii="Arial" w:eastAsia="Times New Roman" w:hAnsi="Arial" w:cs="Arial"/>
                <w:color w:val="000000"/>
                <w:sz w:val="20"/>
                <w:szCs w:val="20"/>
                <w:lang w:eastAsia="en-GB"/>
              </w:rPr>
            </w:pPr>
          </w:p>
          <w:p w14:paraId="20FE5B6B" w14:textId="77777777" w:rsidR="00283578" w:rsidRPr="00755529" w:rsidRDefault="00283578" w:rsidP="004139C9">
            <w:pPr>
              <w:autoSpaceDE w:val="0"/>
              <w:autoSpaceDN w:val="0"/>
              <w:adjustRightInd w:val="0"/>
              <w:spacing w:after="0" w:line="240" w:lineRule="auto"/>
              <w:jc w:val="right"/>
              <w:rPr>
                <w:rFonts w:ascii="Arial" w:eastAsia="Times New Roman" w:hAnsi="Arial" w:cs="Arial"/>
                <w:color w:val="000000"/>
                <w:sz w:val="20"/>
                <w:szCs w:val="20"/>
                <w:lang w:eastAsia="en-GB"/>
              </w:rPr>
            </w:pPr>
          </w:p>
        </w:tc>
        <w:tc>
          <w:tcPr>
            <w:tcW w:w="1170" w:type="dxa"/>
            <w:tcBorders>
              <w:top w:val="nil"/>
              <w:left w:val="single" w:sz="12" w:space="0" w:color="auto"/>
              <w:bottom w:val="single" w:sz="6" w:space="0" w:color="auto"/>
              <w:right w:val="single" w:sz="6" w:space="0" w:color="auto"/>
            </w:tcBorders>
            <w:shd w:val="solid" w:color="FFFF00" w:fill="auto"/>
          </w:tcPr>
          <w:p w14:paraId="5905D65C" w14:textId="77777777" w:rsidR="00283578" w:rsidRPr="00755529" w:rsidRDefault="00283578" w:rsidP="004139C9">
            <w:pPr>
              <w:autoSpaceDE w:val="0"/>
              <w:autoSpaceDN w:val="0"/>
              <w:adjustRightInd w:val="0"/>
              <w:spacing w:after="0" w:line="240" w:lineRule="auto"/>
              <w:jc w:val="right"/>
              <w:rPr>
                <w:rFonts w:ascii="Arial" w:eastAsia="Times New Roman" w:hAnsi="Arial" w:cs="Arial"/>
                <w:color w:val="000000"/>
                <w:sz w:val="18"/>
                <w:szCs w:val="18"/>
                <w:lang w:eastAsia="en-GB"/>
              </w:rPr>
            </w:pPr>
            <w:r>
              <w:rPr>
                <w:rFonts w:ascii="Arial" w:eastAsia="Times New Roman" w:hAnsi="Arial" w:cs="Arial"/>
                <w:noProof/>
                <w:color w:val="000000"/>
                <w:sz w:val="18"/>
                <w:szCs w:val="18"/>
                <w:lang w:eastAsia="en-GB"/>
              </w:rPr>
              <w:drawing>
                <wp:inline distT="0" distB="0" distL="0" distR="0" wp14:anchorId="199C1BBE" wp14:editId="14E10EE9">
                  <wp:extent cx="485775" cy="390525"/>
                  <wp:effectExtent l="0" t="0" r="9525" b="9525"/>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485775" cy="390525"/>
                          </a:xfrm>
                          <a:prstGeom prst="rect">
                            <a:avLst/>
                          </a:prstGeom>
                          <a:noFill/>
                          <a:ln>
                            <a:noFill/>
                          </a:ln>
                        </pic:spPr>
                      </pic:pic>
                    </a:graphicData>
                  </a:graphic>
                </wp:inline>
              </w:drawing>
            </w:r>
          </w:p>
        </w:tc>
        <w:tc>
          <w:tcPr>
            <w:tcW w:w="833" w:type="dxa"/>
            <w:tcBorders>
              <w:top w:val="single" w:sz="6" w:space="0" w:color="auto"/>
              <w:left w:val="single" w:sz="6" w:space="0" w:color="auto"/>
              <w:bottom w:val="single" w:sz="6" w:space="0" w:color="auto"/>
              <w:right w:val="single" w:sz="12" w:space="0" w:color="auto"/>
            </w:tcBorders>
            <w:shd w:val="solid" w:color="FFFF00" w:fill="auto"/>
          </w:tcPr>
          <w:p w14:paraId="4FFD73FE" w14:textId="77777777" w:rsidR="00283578" w:rsidRPr="00755529" w:rsidRDefault="00283578" w:rsidP="004139C9">
            <w:pPr>
              <w:autoSpaceDE w:val="0"/>
              <w:autoSpaceDN w:val="0"/>
              <w:adjustRightInd w:val="0"/>
              <w:spacing w:after="0" w:line="240" w:lineRule="auto"/>
              <w:rPr>
                <w:rFonts w:ascii="Arial" w:eastAsia="Times New Roman" w:hAnsi="Arial" w:cs="Arial"/>
                <w:b/>
                <w:bCs/>
                <w:color w:val="000000"/>
                <w:sz w:val="18"/>
                <w:szCs w:val="18"/>
                <w:lang w:eastAsia="en-GB"/>
              </w:rPr>
            </w:pPr>
            <w:r w:rsidRPr="00755529">
              <w:rPr>
                <w:rFonts w:ascii="Arial" w:eastAsia="Times New Roman" w:hAnsi="Arial" w:cs="Arial"/>
                <w:b/>
                <w:bCs/>
                <w:color w:val="000000"/>
                <w:sz w:val="18"/>
                <w:szCs w:val="18"/>
                <w:lang w:eastAsia="en-GB"/>
              </w:rPr>
              <w:t>Bed</w:t>
            </w:r>
          </w:p>
        </w:tc>
        <w:tc>
          <w:tcPr>
            <w:tcW w:w="4098" w:type="dxa"/>
            <w:tcBorders>
              <w:top w:val="single" w:sz="6" w:space="0" w:color="auto"/>
              <w:left w:val="single" w:sz="12" w:space="0" w:color="auto"/>
              <w:bottom w:val="single" w:sz="6" w:space="0" w:color="auto"/>
              <w:right w:val="single" w:sz="6" w:space="0" w:color="auto"/>
            </w:tcBorders>
          </w:tcPr>
          <w:p w14:paraId="4957B8AE" w14:textId="77777777" w:rsidR="00283578" w:rsidRPr="00755529" w:rsidRDefault="00283578" w:rsidP="004139C9">
            <w:pPr>
              <w:autoSpaceDE w:val="0"/>
              <w:autoSpaceDN w:val="0"/>
              <w:adjustRightInd w:val="0"/>
              <w:spacing w:after="0" w:line="240" w:lineRule="auto"/>
              <w:jc w:val="right"/>
              <w:rPr>
                <w:rFonts w:ascii="Arial" w:eastAsia="Times New Roman" w:hAnsi="Arial" w:cs="Arial"/>
                <w:color w:val="000000"/>
                <w:sz w:val="18"/>
                <w:szCs w:val="18"/>
                <w:lang w:eastAsia="en-GB"/>
              </w:rPr>
            </w:pPr>
          </w:p>
        </w:tc>
        <w:tc>
          <w:tcPr>
            <w:tcW w:w="2049" w:type="dxa"/>
            <w:tcBorders>
              <w:top w:val="single" w:sz="6" w:space="0" w:color="auto"/>
              <w:left w:val="single" w:sz="6" w:space="0" w:color="auto"/>
              <w:bottom w:val="single" w:sz="6" w:space="0" w:color="auto"/>
              <w:right w:val="single" w:sz="6" w:space="0" w:color="auto"/>
            </w:tcBorders>
          </w:tcPr>
          <w:p w14:paraId="4554CA25" w14:textId="77777777" w:rsidR="00283578" w:rsidRPr="00755529" w:rsidRDefault="00283578" w:rsidP="004139C9">
            <w:pPr>
              <w:autoSpaceDE w:val="0"/>
              <w:autoSpaceDN w:val="0"/>
              <w:adjustRightInd w:val="0"/>
              <w:spacing w:after="0" w:line="240" w:lineRule="auto"/>
              <w:jc w:val="right"/>
              <w:rPr>
                <w:rFonts w:ascii="Arial" w:eastAsia="Times New Roman" w:hAnsi="Arial" w:cs="Arial"/>
                <w:color w:val="000000"/>
                <w:sz w:val="18"/>
                <w:szCs w:val="18"/>
                <w:lang w:eastAsia="en-GB"/>
              </w:rPr>
            </w:pPr>
          </w:p>
        </w:tc>
      </w:tr>
      <w:tr w:rsidR="00283578" w:rsidRPr="00755529" w14:paraId="3E6308FC" w14:textId="77777777" w:rsidTr="004139C9">
        <w:trPr>
          <w:trHeight w:val="609"/>
        </w:trPr>
        <w:tc>
          <w:tcPr>
            <w:tcW w:w="641" w:type="dxa"/>
            <w:tcBorders>
              <w:top w:val="nil"/>
              <w:left w:val="nil"/>
              <w:bottom w:val="nil"/>
              <w:right w:val="nil"/>
            </w:tcBorders>
          </w:tcPr>
          <w:p w14:paraId="6B44FDA5" w14:textId="77777777" w:rsidR="00283578" w:rsidRPr="00755529" w:rsidRDefault="00283578" w:rsidP="004139C9">
            <w:pPr>
              <w:autoSpaceDE w:val="0"/>
              <w:autoSpaceDN w:val="0"/>
              <w:adjustRightInd w:val="0"/>
              <w:spacing w:after="0" w:line="240" w:lineRule="auto"/>
              <w:jc w:val="right"/>
              <w:rPr>
                <w:rFonts w:ascii="Arial" w:eastAsia="Times New Roman" w:hAnsi="Arial" w:cs="Arial"/>
                <w:color w:val="000000"/>
                <w:sz w:val="20"/>
                <w:szCs w:val="20"/>
                <w:lang w:eastAsia="en-GB"/>
              </w:rPr>
            </w:pPr>
          </w:p>
        </w:tc>
        <w:tc>
          <w:tcPr>
            <w:tcW w:w="1170" w:type="dxa"/>
            <w:tcBorders>
              <w:top w:val="single" w:sz="6" w:space="0" w:color="auto"/>
              <w:left w:val="single" w:sz="12" w:space="0" w:color="auto"/>
              <w:bottom w:val="single" w:sz="6" w:space="0" w:color="auto"/>
              <w:right w:val="single" w:sz="6" w:space="0" w:color="auto"/>
            </w:tcBorders>
            <w:shd w:val="solid" w:color="FF6600" w:fill="auto"/>
          </w:tcPr>
          <w:p w14:paraId="50C38AA4" w14:textId="77777777" w:rsidR="00283578" w:rsidRPr="00755529" w:rsidRDefault="00283578" w:rsidP="004139C9">
            <w:pPr>
              <w:autoSpaceDE w:val="0"/>
              <w:autoSpaceDN w:val="0"/>
              <w:adjustRightInd w:val="0"/>
              <w:spacing w:after="0" w:line="240" w:lineRule="auto"/>
              <w:jc w:val="right"/>
              <w:rPr>
                <w:rFonts w:ascii="Arial" w:eastAsia="Times New Roman" w:hAnsi="Arial" w:cs="Arial"/>
                <w:color w:val="000000"/>
                <w:sz w:val="18"/>
                <w:szCs w:val="18"/>
                <w:lang w:eastAsia="en-GB"/>
              </w:rPr>
            </w:pPr>
            <w:r>
              <w:rPr>
                <w:rFonts w:ascii="Arial" w:eastAsia="Times New Roman" w:hAnsi="Arial" w:cs="Arial"/>
                <w:noProof/>
                <w:color w:val="000000"/>
                <w:sz w:val="18"/>
                <w:szCs w:val="18"/>
                <w:lang w:eastAsia="en-GB"/>
              </w:rPr>
              <w:drawing>
                <wp:inline distT="0" distB="0" distL="0" distR="0" wp14:anchorId="1905ADAE" wp14:editId="09E4A60F">
                  <wp:extent cx="438150" cy="409575"/>
                  <wp:effectExtent l="0" t="0" r="0" b="9525"/>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438150" cy="409575"/>
                          </a:xfrm>
                          <a:prstGeom prst="rect">
                            <a:avLst/>
                          </a:prstGeom>
                          <a:noFill/>
                          <a:ln>
                            <a:noFill/>
                          </a:ln>
                        </pic:spPr>
                      </pic:pic>
                    </a:graphicData>
                  </a:graphic>
                </wp:inline>
              </w:drawing>
            </w:r>
          </w:p>
        </w:tc>
        <w:tc>
          <w:tcPr>
            <w:tcW w:w="833" w:type="dxa"/>
            <w:tcBorders>
              <w:top w:val="single" w:sz="6" w:space="0" w:color="auto"/>
              <w:left w:val="single" w:sz="6" w:space="0" w:color="auto"/>
              <w:bottom w:val="single" w:sz="6" w:space="0" w:color="auto"/>
              <w:right w:val="single" w:sz="12" w:space="0" w:color="auto"/>
            </w:tcBorders>
            <w:shd w:val="solid" w:color="FF6600" w:fill="auto"/>
          </w:tcPr>
          <w:p w14:paraId="78AA9E66" w14:textId="77777777" w:rsidR="00283578" w:rsidRPr="00755529" w:rsidRDefault="00283578" w:rsidP="004139C9">
            <w:pPr>
              <w:autoSpaceDE w:val="0"/>
              <w:autoSpaceDN w:val="0"/>
              <w:adjustRightInd w:val="0"/>
              <w:spacing w:after="0" w:line="240" w:lineRule="auto"/>
              <w:rPr>
                <w:rFonts w:ascii="Arial" w:eastAsia="Times New Roman" w:hAnsi="Arial" w:cs="Arial"/>
                <w:b/>
                <w:bCs/>
                <w:color w:val="000000"/>
                <w:sz w:val="18"/>
                <w:szCs w:val="18"/>
                <w:lang w:eastAsia="en-GB"/>
              </w:rPr>
            </w:pPr>
            <w:r w:rsidRPr="00755529">
              <w:rPr>
                <w:rFonts w:ascii="Arial" w:eastAsia="Times New Roman" w:hAnsi="Arial" w:cs="Arial"/>
                <w:b/>
                <w:bCs/>
                <w:color w:val="000000"/>
                <w:sz w:val="18"/>
                <w:szCs w:val="18"/>
                <w:lang w:eastAsia="en-GB"/>
              </w:rPr>
              <w:t>Teddy</w:t>
            </w:r>
          </w:p>
        </w:tc>
        <w:tc>
          <w:tcPr>
            <w:tcW w:w="4098" w:type="dxa"/>
            <w:tcBorders>
              <w:top w:val="single" w:sz="6" w:space="0" w:color="auto"/>
              <w:left w:val="single" w:sz="12" w:space="0" w:color="auto"/>
              <w:bottom w:val="single" w:sz="6" w:space="0" w:color="auto"/>
              <w:right w:val="single" w:sz="6" w:space="0" w:color="auto"/>
            </w:tcBorders>
          </w:tcPr>
          <w:p w14:paraId="448BB3AE" w14:textId="77777777" w:rsidR="00283578" w:rsidRPr="00755529" w:rsidRDefault="00283578" w:rsidP="004139C9">
            <w:pPr>
              <w:autoSpaceDE w:val="0"/>
              <w:autoSpaceDN w:val="0"/>
              <w:adjustRightInd w:val="0"/>
              <w:spacing w:after="0" w:line="240" w:lineRule="auto"/>
              <w:jc w:val="right"/>
              <w:rPr>
                <w:rFonts w:ascii="Arial" w:eastAsia="Times New Roman" w:hAnsi="Arial" w:cs="Arial"/>
                <w:color w:val="000000"/>
                <w:sz w:val="18"/>
                <w:szCs w:val="18"/>
                <w:lang w:eastAsia="en-GB"/>
              </w:rPr>
            </w:pPr>
          </w:p>
        </w:tc>
        <w:tc>
          <w:tcPr>
            <w:tcW w:w="2049" w:type="dxa"/>
            <w:tcBorders>
              <w:top w:val="single" w:sz="6" w:space="0" w:color="auto"/>
              <w:left w:val="single" w:sz="6" w:space="0" w:color="auto"/>
              <w:bottom w:val="single" w:sz="6" w:space="0" w:color="auto"/>
              <w:right w:val="single" w:sz="6" w:space="0" w:color="auto"/>
            </w:tcBorders>
          </w:tcPr>
          <w:p w14:paraId="3E78E12B" w14:textId="77777777" w:rsidR="00283578" w:rsidRPr="00755529" w:rsidRDefault="00283578" w:rsidP="004139C9">
            <w:pPr>
              <w:autoSpaceDE w:val="0"/>
              <w:autoSpaceDN w:val="0"/>
              <w:adjustRightInd w:val="0"/>
              <w:spacing w:after="0" w:line="240" w:lineRule="auto"/>
              <w:jc w:val="right"/>
              <w:rPr>
                <w:rFonts w:ascii="Arial" w:eastAsia="Times New Roman" w:hAnsi="Arial" w:cs="Arial"/>
                <w:color w:val="000000"/>
                <w:sz w:val="18"/>
                <w:szCs w:val="18"/>
                <w:lang w:eastAsia="en-GB"/>
              </w:rPr>
            </w:pPr>
          </w:p>
        </w:tc>
      </w:tr>
      <w:tr w:rsidR="00283578" w:rsidRPr="00755529" w14:paraId="053DFCEE" w14:textId="77777777" w:rsidTr="004139C9">
        <w:trPr>
          <w:trHeight w:val="609"/>
        </w:trPr>
        <w:tc>
          <w:tcPr>
            <w:tcW w:w="641" w:type="dxa"/>
            <w:tcBorders>
              <w:top w:val="nil"/>
              <w:left w:val="nil"/>
              <w:bottom w:val="nil"/>
              <w:right w:val="nil"/>
            </w:tcBorders>
          </w:tcPr>
          <w:p w14:paraId="785C87A1" w14:textId="77777777" w:rsidR="00283578" w:rsidRPr="00755529" w:rsidRDefault="00283578" w:rsidP="004139C9">
            <w:pPr>
              <w:autoSpaceDE w:val="0"/>
              <w:autoSpaceDN w:val="0"/>
              <w:adjustRightInd w:val="0"/>
              <w:spacing w:after="0" w:line="240" w:lineRule="auto"/>
              <w:jc w:val="right"/>
              <w:rPr>
                <w:rFonts w:ascii="Arial" w:eastAsia="Times New Roman" w:hAnsi="Arial" w:cs="Arial"/>
                <w:color w:val="000000"/>
                <w:sz w:val="20"/>
                <w:szCs w:val="20"/>
                <w:lang w:eastAsia="en-GB"/>
              </w:rPr>
            </w:pPr>
          </w:p>
        </w:tc>
        <w:tc>
          <w:tcPr>
            <w:tcW w:w="1170" w:type="dxa"/>
            <w:tcBorders>
              <w:top w:val="single" w:sz="6" w:space="0" w:color="auto"/>
              <w:left w:val="single" w:sz="12" w:space="0" w:color="auto"/>
              <w:bottom w:val="single" w:sz="6" w:space="0" w:color="auto"/>
              <w:right w:val="single" w:sz="6" w:space="0" w:color="auto"/>
            </w:tcBorders>
            <w:shd w:val="solid" w:color="00FF00" w:fill="auto"/>
          </w:tcPr>
          <w:p w14:paraId="10CC34C3" w14:textId="77777777" w:rsidR="00283578" w:rsidRPr="00755529" w:rsidRDefault="00283578" w:rsidP="004139C9">
            <w:pPr>
              <w:autoSpaceDE w:val="0"/>
              <w:autoSpaceDN w:val="0"/>
              <w:adjustRightInd w:val="0"/>
              <w:spacing w:after="0" w:line="240" w:lineRule="auto"/>
              <w:jc w:val="right"/>
              <w:rPr>
                <w:rFonts w:ascii="Arial" w:eastAsia="Times New Roman" w:hAnsi="Arial" w:cs="Arial"/>
                <w:color w:val="000000"/>
                <w:sz w:val="18"/>
                <w:szCs w:val="18"/>
                <w:lang w:eastAsia="en-GB"/>
              </w:rPr>
            </w:pPr>
            <w:r>
              <w:rPr>
                <w:rFonts w:ascii="Arial" w:eastAsia="Times New Roman" w:hAnsi="Arial" w:cs="Arial"/>
                <w:noProof/>
                <w:color w:val="000000"/>
                <w:sz w:val="18"/>
                <w:szCs w:val="18"/>
                <w:lang w:eastAsia="en-GB"/>
              </w:rPr>
              <w:drawing>
                <wp:inline distT="0" distB="0" distL="0" distR="0" wp14:anchorId="23C3499E" wp14:editId="15EC06C5">
                  <wp:extent cx="276225" cy="409575"/>
                  <wp:effectExtent l="0" t="0" r="9525" b="9525"/>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276225" cy="409575"/>
                          </a:xfrm>
                          <a:prstGeom prst="rect">
                            <a:avLst/>
                          </a:prstGeom>
                          <a:noFill/>
                          <a:ln>
                            <a:noFill/>
                          </a:ln>
                        </pic:spPr>
                      </pic:pic>
                    </a:graphicData>
                  </a:graphic>
                </wp:inline>
              </w:drawing>
            </w:r>
          </w:p>
        </w:tc>
        <w:tc>
          <w:tcPr>
            <w:tcW w:w="833" w:type="dxa"/>
            <w:tcBorders>
              <w:top w:val="single" w:sz="6" w:space="0" w:color="auto"/>
              <w:left w:val="single" w:sz="6" w:space="0" w:color="auto"/>
              <w:bottom w:val="single" w:sz="6" w:space="0" w:color="auto"/>
              <w:right w:val="single" w:sz="12" w:space="0" w:color="auto"/>
            </w:tcBorders>
            <w:shd w:val="solid" w:color="00FF00" w:fill="auto"/>
          </w:tcPr>
          <w:p w14:paraId="0510C754" w14:textId="77777777" w:rsidR="00283578" w:rsidRPr="00755529" w:rsidRDefault="00283578" w:rsidP="004139C9">
            <w:pPr>
              <w:autoSpaceDE w:val="0"/>
              <w:autoSpaceDN w:val="0"/>
              <w:adjustRightInd w:val="0"/>
              <w:spacing w:after="0" w:line="240" w:lineRule="auto"/>
              <w:rPr>
                <w:rFonts w:ascii="Arial" w:eastAsia="Times New Roman" w:hAnsi="Arial" w:cs="Arial"/>
                <w:b/>
                <w:bCs/>
                <w:color w:val="000000"/>
                <w:sz w:val="18"/>
                <w:szCs w:val="18"/>
                <w:lang w:eastAsia="en-GB"/>
              </w:rPr>
            </w:pPr>
            <w:r w:rsidRPr="00755529">
              <w:rPr>
                <w:rFonts w:ascii="Arial" w:eastAsia="Times New Roman" w:hAnsi="Arial" w:cs="Arial"/>
                <w:b/>
                <w:bCs/>
                <w:color w:val="000000"/>
                <w:sz w:val="18"/>
                <w:szCs w:val="18"/>
                <w:lang w:eastAsia="en-GB"/>
              </w:rPr>
              <w:t>Bricks</w:t>
            </w:r>
          </w:p>
        </w:tc>
        <w:tc>
          <w:tcPr>
            <w:tcW w:w="4098" w:type="dxa"/>
            <w:tcBorders>
              <w:top w:val="single" w:sz="6" w:space="0" w:color="auto"/>
              <w:left w:val="single" w:sz="12" w:space="0" w:color="auto"/>
              <w:bottom w:val="single" w:sz="6" w:space="0" w:color="auto"/>
              <w:right w:val="single" w:sz="6" w:space="0" w:color="auto"/>
            </w:tcBorders>
          </w:tcPr>
          <w:p w14:paraId="6FBB949D" w14:textId="77777777" w:rsidR="00283578" w:rsidRPr="00755529" w:rsidRDefault="00283578" w:rsidP="004139C9">
            <w:pPr>
              <w:autoSpaceDE w:val="0"/>
              <w:autoSpaceDN w:val="0"/>
              <w:adjustRightInd w:val="0"/>
              <w:spacing w:after="0" w:line="240" w:lineRule="auto"/>
              <w:jc w:val="right"/>
              <w:rPr>
                <w:rFonts w:ascii="Arial" w:eastAsia="Times New Roman" w:hAnsi="Arial" w:cs="Arial"/>
                <w:color w:val="000000"/>
                <w:sz w:val="18"/>
                <w:szCs w:val="18"/>
                <w:lang w:eastAsia="en-GB"/>
              </w:rPr>
            </w:pPr>
          </w:p>
        </w:tc>
        <w:tc>
          <w:tcPr>
            <w:tcW w:w="2049" w:type="dxa"/>
            <w:tcBorders>
              <w:top w:val="single" w:sz="6" w:space="0" w:color="auto"/>
              <w:left w:val="single" w:sz="6" w:space="0" w:color="auto"/>
              <w:bottom w:val="single" w:sz="6" w:space="0" w:color="auto"/>
              <w:right w:val="single" w:sz="6" w:space="0" w:color="auto"/>
            </w:tcBorders>
          </w:tcPr>
          <w:p w14:paraId="0A414698" w14:textId="77777777" w:rsidR="00283578" w:rsidRPr="00755529" w:rsidRDefault="00283578" w:rsidP="004139C9">
            <w:pPr>
              <w:autoSpaceDE w:val="0"/>
              <w:autoSpaceDN w:val="0"/>
              <w:adjustRightInd w:val="0"/>
              <w:spacing w:after="0" w:line="240" w:lineRule="auto"/>
              <w:jc w:val="right"/>
              <w:rPr>
                <w:rFonts w:ascii="Arial" w:eastAsia="Times New Roman" w:hAnsi="Arial" w:cs="Arial"/>
                <w:color w:val="000000"/>
                <w:sz w:val="18"/>
                <w:szCs w:val="18"/>
                <w:lang w:eastAsia="en-GB"/>
              </w:rPr>
            </w:pPr>
          </w:p>
        </w:tc>
      </w:tr>
      <w:tr w:rsidR="00283578" w:rsidRPr="00755529" w14:paraId="084EEB48" w14:textId="77777777" w:rsidTr="004139C9">
        <w:trPr>
          <w:trHeight w:val="609"/>
        </w:trPr>
        <w:tc>
          <w:tcPr>
            <w:tcW w:w="641" w:type="dxa"/>
            <w:tcBorders>
              <w:top w:val="nil"/>
              <w:left w:val="nil"/>
              <w:bottom w:val="nil"/>
              <w:right w:val="nil"/>
            </w:tcBorders>
          </w:tcPr>
          <w:p w14:paraId="361CE36B" w14:textId="77777777" w:rsidR="00283578" w:rsidRPr="00755529" w:rsidRDefault="00283578" w:rsidP="004139C9">
            <w:pPr>
              <w:autoSpaceDE w:val="0"/>
              <w:autoSpaceDN w:val="0"/>
              <w:adjustRightInd w:val="0"/>
              <w:spacing w:after="0" w:line="240" w:lineRule="auto"/>
              <w:jc w:val="right"/>
              <w:rPr>
                <w:rFonts w:ascii="Arial" w:eastAsia="Times New Roman" w:hAnsi="Arial" w:cs="Arial"/>
                <w:color w:val="000000"/>
                <w:sz w:val="20"/>
                <w:szCs w:val="20"/>
                <w:lang w:eastAsia="en-GB"/>
              </w:rPr>
            </w:pPr>
          </w:p>
        </w:tc>
        <w:tc>
          <w:tcPr>
            <w:tcW w:w="1170" w:type="dxa"/>
            <w:tcBorders>
              <w:top w:val="single" w:sz="6" w:space="0" w:color="auto"/>
              <w:left w:val="single" w:sz="12" w:space="0" w:color="auto"/>
              <w:bottom w:val="single" w:sz="6" w:space="0" w:color="auto"/>
              <w:right w:val="single" w:sz="6" w:space="0" w:color="auto"/>
            </w:tcBorders>
            <w:shd w:val="solid" w:color="3366FF" w:fill="auto"/>
          </w:tcPr>
          <w:p w14:paraId="0D4D591D" w14:textId="77777777" w:rsidR="00283578" w:rsidRPr="00755529" w:rsidRDefault="00283578" w:rsidP="004139C9">
            <w:pPr>
              <w:autoSpaceDE w:val="0"/>
              <w:autoSpaceDN w:val="0"/>
              <w:adjustRightInd w:val="0"/>
              <w:spacing w:after="0" w:line="240" w:lineRule="auto"/>
              <w:jc w:val="right"/>
              <w:rPr>
                <w:rFonts w:ascii="Arial" w:eastAsia="Times New Roman" w:hAnsi="Arial" w:cs="Arial"/>
                <w:color w:val="000000"/>
                <w:sz w:val="18"/>
                <w:szCs w:val="18"/>
                <w:lang w:eastAsia="en-GB"/>
              </w:rPr>
            </w:pPr>
            <w:r>
              <w:rPr>
                <w:rFonts w:ascii="Arial" w:eastAsia="Times New Roman" w:hAnsi="Arial" w:cs="Arial"/>
                <w:noProof/>
                <w:color w:val="000000"/>
                <w:sz w:val="18"/>
                <w:szCs w:val="18"/>
                <w:lang w:eastAsia="en-GB"/>
              </w:rPr>
              <w:drawing>
                <wp:inline distT="0" distB="0" distL="0" distR="0" wp14:anchorId="1ACC7B46" wp14:editId="31A1FFC0">
                  <wp:extent cx="428625" cy="400050"/>
                  <wp:effectExtent l="0" t="0" r="9525" b="0"/>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428625" cy="400050"/>
                          </a:xfrm>
                          <a:prstGeom prst="rect">
                            <a:avLst/>
                          </a:prstGeom>
                          <a:noFill/>
                          <a:ln>
                            <a:noFill/>
                          </a:ln>
                        </pic:spPr>
                      </pic:pic>
                    </a:graphicData>
                  </a:graphic>
                </wp:inline>
              </w:drawing>
            </w:r>
          </w:p>
        </w:tc>
        <w:tc>
          <w:tcPr>
            <w:tcW w:w="833" w:type="dxa"/>
            <w:tcBorders>
              <w:top w:val="single" w:sz="6" w:space="0" w:color="auto"/>
              <w:left w:val="single" w:sz="6" w:space="0" w:color="auto"/>
              <w:bottom w:val="single" w:sz="6" w:space="0" w:color="auto"/>
              <w:right w:val="single" w:sz="12" w:space="0" w:color="auto"/>
            </w:tcBorders>
            <w:shd w:val="solid" w:color="3366FF" w:fill="auto"/>
          </w:tcPr>
          <w:p w14:paraId="6B606DD2" w14:textId="77777777" w:rsidR="00283578" w:rsidRPr="00755529" w:rsidRDefault="00283578" w:rsidP="004139C9">
            <w:pPr>
              <w:autoSpaceDE w:val="0"/>
              <w:autoSpaceDN w:val="0"/>
              <w:adjustRightInd w:val="0"/>
              <w:spacing w:after="0" w:line="240" w:lineRule="auto"/>
              <w:rPr>
                <w:rFonts w:ascii="Arial" w:eastAsia="Times New Roman" w:hAnsi="Arial" w:cs="Arial"/>
                <w:b/>
                <w:bCs/>
                <w:color w:val="FFFFFF"/>
                <w:sz w:val="18"/>
                <w:szCs w:val="18"/>
                <w:lang w:eastAsia="en-GB"/>
              </w:rPr>
            </w:pPr>
            <w:r w:rsidRPr="00755529">
              <w:rPr>
                <w:rFonts w:ascii="Arial" w:eastAsia="Times New Roman" w:hAnsi="Arial" w:cs="Arial"/>
                <w:b/>
                <w:bCs/>
                <w:color w:val="FFFFFF"/>
                <w:sz w:val="18"/>
                <w:szCs w:val="18"/>
                <w:lang w:eastAsia="en-GB"/>
              </w:rPr>
              <w:t>Cup</w:t>
            </w:r>
          </w:p>
        </w:tc>
        <w:tc>
          <w:tcPr>
            <w:tcW w:w="4098" w:type="dxa"/>
            <w:tcBorders>
              <w:top w:val="single" w:sz="6" w:space="0" w:color="auto"/>
              <w:left w:val="single" w:sz="12" w:space="0" w:color="auto"/>
              <w:bottom w:val="single" w:sz="6" w:space="0" w:color="auto"/>
              <w:right w:val="single" w:sz="6" w:space="0" w:color="auto"/>
            </w:tcBorders>
          </w:tcPr>
          <w:p w14:paraId="6D620BA5" w14:textId="77777777" w:rsidR="00283578" w:rsidRPr="00755529" w:rsidRDefault="00283578" w:rsidP="004139C9">
            <w:pPr>
              <w:autoSpaceDE w:val="0"/>
              <w:autoSpaceDN w:val="0"/>
              <w:adjustRightInd w:val="0"/>
              <w:spacing w:after="0" w:line="240" w:lineRule="auto"/>
              <w:jc w:val="right"/>
              <w:rPr>
                <w:rFonts w:ascii="Arial" w:eastAsia="Times New Roman" w:hAnsi="Arial" w:cs="Arial"/>
                <w:color w:val="000000"/>
                <w:sz w:val="18"/>
                <w:szCs w:val="18"/>
                <w:lang w:eastAsia="en-GB"/>
              </w:rPr>
            </w:pPr>
          </w:p>
        </w:tc>
        <w:tc>
          <w:tcPr>
            <w:tcW w:w="2049" w:type="dxa"/>
            <w:tcBorders>
              <w:top w:val="single" w:sz="6" w:space="0" w:color="auto"/>
              <w:left w:val="single" w:sz="6" w:space="0" w:color="auto"/>
              <w:bottom w:val="single" w:sz="6" w:space="0" w:color="auto"/>
              <w:right w:val="single" w:sz="6" w:space="0" w:color="auto"/>
            </w:tcBorders>
          </w:tcPr>
          <w:p w14:paraId="6565AA9B" w14:textId="77777777" w:rsidR="00283578" w:rsidRPr="00755529" w:rsidRDefault="00283578" w:rsidP="004139C9">
            <w:pPr>
              <w:autoSpaceDE w:val="0"/>
              <w:autoSpaceDN w:val="0"/>
              <w:adjustRightInd w:val="0"/>
              <w:spacing w:after="0" w:line="240" w:lineRule="auto"/>
              <w:jc w:val="right"/>
              <w:rPr>
                <w:rFonts w:ascii="Arial" w:eastAsia="Times New Roman" w:hAnsi="Arial" w:cs="Arial"/>
                <w:color w:val="000000"/>
                <w:sz w:val="18"/>
                <w:szCs w:val="18"/>
                <w:lang w:eastAsia="en-GB"/>
              </w:rPr>
            </w:pPr>
          </w:p>
        </w:tc>
      </w:tr>
      <w:tr w:rsidR="00283578" w:rsidRPr="00755529" w14:paraId="281E9485" w14:textId="77777777" w:rsidTr="004139C9">
        <w:trPr>
          <w:trHeight w:val="609"/>
        </w:trPr>
        <w:tc>
          <w:tcPr>
            <w:tcW w:w="641" w:type="dxa"/>
            <w:tcBorders>
              <w:top w:val="nil"/>
              <w:left w:val="nil"/>
              <w:bottom w:val="nil"/>
              <w:right w:val="nil"/>
            </w:tcBorders>
          </w:tcPr>
          <w:p w14:paraId="56A4DD01" w14:textId="77777777" w:rsidR="00283578" w:rsidRPr="00755529" w:rsidRDefault="00283578" w:rsidP="004139C9">
            <w:pPr>
              <w:autoSpaceDE w:val="0"/>
              <w:autoSpaceDN w:val="0"/>
              <w:adjustRightInd w:val="0"/>
              <w:spacing w:after="0" w:line="240" w:lineRule="auto"/>
              <w:jc w:val="right"/>
              <w:rPr>
                <w:rFonts w:ascii="Arial" w:eastAsia="Times New Roman" w:hAnsi="Arial" w:cs="Arial"/>
                <w:color w:val="000000"/>
                <w:sz w:val="20"/>
                <w:szCs w:val="20"/>
                <w:lang w:eastAsia="en-GB"/>
              </w:rPr>
            </w:pPr>
          </w:p>
        </w:tc>
        <w:tc>
          <w:tcPr>
            <w:tcW w:w="1170" w:type="dxa"/>
            <w:tcBorders>
              <w:top w:val="single" w:sz="6" w:space="0" w:color="auto"/>
              <w:left w:val="single" w:sz="12" w:space="0" w:color="auto"/>
              <w:bottom w:val="single" w:sz="6" w:space="0" w:color="auto"/>
              <w:right w:val="single" w:sz="6" w:space="0" w:color="auto"/>
            </w:tcBorders>
            <w:shd w:val="solid" w:color="FFFF00" w:fill="auto"/>
          </w:tcPr>
          <w:p w14:paraId="0DBF63E1" w14:textId="77777777" w:rsidR="00283578" w:rsidRPr="00755529" w:rsidRDefault="00283578" w:rsidP="004139C9">
            <w:pPr>
              <w:autoSpaceDE w:val="0"/>
              <w:autoSpaceDN w:val="0"/>
              <w:adjustRightInd w:val="0"/>
              <w:spacing w:after="0" w:line="240" w:lineRule="auto"/>
              <w:jc w:val="right"/>
              <w:rPr>
                <w:rFonts w:ascii="Arial" w:eastAsia="Times New Roman" w:hAnsi="Arial" w:cs="Arial"/>
                <w:color w:val="000000"/>
                <w:sz w:val="18"/>
                <w:szCs w:val="18"/>
                <w:lang w:eastAsia="en-GB"/>
              </w:rPr>
            </w:pPr>
            <w:r>
              <w:rPr>
                <w:rFonts w:ascii="Arial" w:eastAsia="Times New Roman" w:hAnsi="Arial" w:cs="Arial"/>
                <w:noProof/>
                <w:color w:val="000000"/>
                <w:sz w:val="18"/>
                <w:szCs w:val="18"/>
                <w:lang w:eastAsia="en-GB"/>
              </w:rPr>
              <w:drawing>
                <wp:inline distT="0" distB="0" distL="0" distR="0" wp14:anchorId="2EDD41FE" wp14:editId="79396D8F">
                  <wp:extent cx="428625" cy="400050"/>
                  <wp:effectExtent l="0" t="0" r="9525" b="0"/>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428625" cy="400050"/>
                          </a:xfrm>
                          <a:prstGeom prst="rect">
                            <a:avLst/>
                          </a:prstGeom>
                          <a:noFill/>
                          <a:ln>
                            <a:noFill/>
                          </a:ln>
                        </pic:spPr>
                      </pic:pic>
                    </a:graphicData>
                  </a:graphic>
                </wp:inline>
              </w:drawing>
            </w:r>
          </w:p>
        </w:tc>
        <w:tc>
          <w:tcPr>
            <w:tcW w:w="833" w:type="dxa"/>
            <w:tcBorders>
              <w:top w:val="single" w:sz="6" w:space="0" w:color="auto"/>
              <w:left w:val="single" w:sz="6" w:space="0" w:color="auto"/>
              <w:bottom w:val="single" w:sz="6" w:space="0" w:color="auto"/>
              <w:right w:val="single" w:sz="12" w:space="0" w:color="auto"/>
            </w:tcBorders>
            <w:shd w:val="solid" w:color="FFFF00" w:fill="auto"/>
          </w:tcPr>
          <w:p w14:paraId="02677387" w14:textId="77777777" w:rsidR="00283578" w:rsidRPr="00755529" w:rsidRDefault="00283578" w:rsidP="004139C9">
            <w:pPr>
              <w:autoSpaceDE w:val="0"/>
              <w:autoSpaceDN w:val="0"/>
              <w:adjustRightInd w:val="0"/>
              <w:spacing w:after="0" w:line="240" w:lineRule="auto"/>
              <w:rPr>
                <w:rFonts w:ascii="Arial" w:eastAsia="Times New Roman" w:hAnsi="Arial" w:cs="Arial"/>
                <w:b/>
                <w:bCs/>
                <w:color w:val="000000"/>
                <w:sz w:val="18"/>
                <w:szCs w:val="18"/>
                <w:lang w:eastAsia="en-GB"/>
              </w:rPr>
            </w:pPr>
            <w:r w:rsidRPr="00755529">
              <w:rPr>
                <w:rFonts w:ascii="Arial" w:eastAsia="Times New Roman" w:hAnsi="Arial" w:cs="Arial"/>
                <w:b/>
                <w:bCs/>
                <w:color w:val="000000"/>
                <w:sz w:val="18"/>
                <w:szCs w:val="18"/>
                <w:lang w:eastAsia="en-GB"/>
              </w:rPr>
              <w:t>Spoon</w:t>
            </w:r>
          </w:p>
        </w:tc>
        <w:tc>
          <w:tcPr>
            <w:tcW w:w="4098" w:type="dxa"/>
            <w:tcBorders>
              <w:top w:val="single" w:sz="6" w:space="0" w:color="auto"/>
              <w:left w:val="single" w:sz="12" w:space="0" w:color="auto"/>
              <w:bottom w:val="single" w:sz="6" w:space="0" w:color="auto"/>
              <w:right w:val="single" w:sz="6" w:space="0" w:color="auto"/>
            </w:tcBorders>
          </w:tcPr>
          <w:p w14:paraId="55C7ABC7" w14:textId="77777777" w:rsidR="00283578" w:rsidRPr="00755529" w:rsidRDefault="00283578" w:rsidP="004139C9">
            <w:pPr>
              <w:autoSpaceDE w:val="0"/>
              <w:autoSpaceDN w:val="0"/>
              <w:adjustRightInd w:val="0"/>
              <w:spacing w:after="0" w:line="240" w:lineRule="auto"/>
              <w:jc w:val="right"/>
              <w:rPr>
                <w:rFonts w:ascii="Arial" w:eastAsia="Times New Roman" w:hAnsi="Arial" w:cs="Arial"/>
                <w:color w:val="000000"/>
                <w:sz w:val="18"/>
                <w:szCs w:val="18"/>
                <w:lang w:eastAsia="en-GB"/>
              </w:rPr>
            </w:pPr>
          </w:p>
        </w:tc>
        <w:tc>
          <w:tcPr>
            <w:tcW w:w="2049" w:type="dxa"/>
            <w:tcBorders>
              <w:top w:val="single" w:sz="6" w:space="0" w:color="auto"/>
              <w:left w:val="single" w:sz="6" w:space="0" w:color="auto"/>
              <w:bottom w:val="single" w:sz="6" w:space="0" w:color="auto"/>
              <w:right w:val="single" w:sz="6" w:space="0" w:color="auto"/>
            </w:tcBorders>
          </w:tcPr>
          <w:p w14:paraId="6815D1CD" w14:textId="77777777" w:rsidR="00283578" w:rsidRPr="00755529" w:rsidRDefault="00283578" w:rsidP="004139C9">
            <w:pPr>
              <w:autoSpaceDE w:val="0"/>
              <w:autoSpaceDN w:val="0"/>
              <w:adjustRightInd w:val="0"/>
              <w:spacing w:after="0" w:line="240" w:lineRule="auto"/>
              <w:jc w:val="right"/>
              <w:rPr>
                <w:rFonts w:ascii="Arial" w:eastAsia="Times New Roman" w:hAnsi="Arial" w:cs="Arial"/>
                <w:color w:val="000000"/>
                <w:sz w:val="18"/>
                <w:szCs w:val="18"/>
                <w:lang w:eastAsia="en-GB"/>
              </w:rPr>
            </w:pPr>
          </w:p>
        </w:tc>
      </w:tr>
      <w:tr w:rsidR="00283578" w:rsidRPr="00755529" w14:paraId="52BEE2C5" w14:textId="77777777" w:rsidTr="004139C9">
        <w:trPr>
          <w:trHeight w:val="609"/>
        </w:trPr>
        <w:tc>
          <w:tcPr>
            <w:tcW w:w="641" w:type="dxa"/>
            <w:tcBorders>
              <w:top w:val="nil"/>
              <w:left w:val="nil"/>
              <w:bottom w:val="nil"/>
              <w:right w:val="nil"/>
            </w:tcBorders>
          </w:tcPr>
          <w:p w14:paraId="38346D23" w14:textId="77777777" w:rsidR="00283578" w:rsidRPr="00755529" w:rsidRDefault="00283578" w:rsidP="004139C9">
            <w:pPr>
              <w:autoSpaceDE w:val="0"/>
              <w:autoSpaceDN w:val="0"/>
              <w:adjustRightInd w:val="0"/>
              <w:spacing w:after="0" w:line="240" w:lineRule="auto"/>
              <w:jc w:val="right"/>
              <w:rPr>
                <w:rFonts w:ascii="Arial" w:eastAsia="Times New Roman" w:hAnsi="Arial" w:cs="Arial"/>
                <w:color w:val="000000"/>
                <w:sz w:val="20"/>
                <w:szCs w:val="20"/>
                <w:lang w:eastAsia="en-GB"/>
              </w:rPr>
            </w:pPr>
          </w:p>
        </w:tc>
        <w:tc>
          <w:tcPr>
            <w:tcW w:w="1170" w:type="dxa"/>
            <w:tcBorders>
              <w:top w:val="single" w:sz="6" w:space="0" w:color="auto"/>
              <w:left w:val="single" w:sz="12" w:space="0" w:color="auto"/>
              <w:bottom w:val="single" w:sz="6" w:space="0" w:color="auto"/>
              <w:right w:val="single" w:sz="6" w:space="0" w:color="auto"/>
            </w:tcBorders>
            <w:shd w:val="solid" w:color="FF6600" w:fill="auto"/>
          </w:tcPr>
          <w:p w14:paraId="4E4BA1BE" w14:textId="77777777" w:rsidR="00283578" w:rsidRPr="00755529" w:rsidRDefault="00283578" w:rsidP="004139C9">
            <w:pPr>
              <w:autoSpaceDE w:val="0"/>
              <w:autoSpaceDN w:val="0"/>
              <w:adjustRightInd w:val="0"/>
              <w:spacing w:after="0" w:line="240" w:lineRule="auto"/>
              <w:jc w:val="right"/>
              <w:rPr>
                <w:rFonts w:ascii="Arial" w:eastAsia="Times New Roman" w:hAnsi="Arial" w:cs="Arial"/>
                <w:color w:val="000000"/>
                <w:sz w:val="18"/>
                <w:szCs w:val="18"/>
                <w:lang w:eastAsia="en-GB"/>
              </w:rPr>
            </w:pPr>
            <w:r>
              <w:rPr>
                <w:rFonts w:ascii="Arial" w:eastAsia="Times New Roman" w:hAnsi="Arial" w:cs="Arial"/>
                <w:noProof/>
                <w:color w:val="000000"/>
                <w:sz w:val="18"/>
                <w:szCs w:val="18"/>
                <w:lang w:eastAsia="en-GB"/>
              </w:rPr>
              <w:drawing>
                <wp:inline distT="0" distB="0" distL="0" distR="0" wp14:anchorId="2B2D014F" wp14:editId="7897FF00">
                  <wp:extent cx="352425" cy="295275"/>
                  <wp:effectExtent l="0" t="0" r="9525" b="9525"/>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352425" cy="295275"/>
                          </a:xfrm>
                          <a:prstGeom prst="rect">
                            <a:avLst/>
                          </a:prstGeom>
                          <a:noFill/>
                          <a:ln>
                            <a:noFill/>
                          </a:ln>
                        </pic:spPr>
                      </pic:pic>
                    </a:graphicData>
                  </a:graphic>
                </wp:inline>
              </w:drawing>
            </w:r>
          </w:p>
        </w:tc>
        <w:tc>
          <w:tcPr>
            <w:tcW w:w="833" w:type="dxa"/>
            <w:tcBorders>
              <w:top w:val="single" w:sz="6" w:space="0" w:color="auto"/>
              <w:left w:val="single" w:sz="6" w:space="0" w:color="auto"/>
              <w:bottom w:val="single" w:sz="6" w:space="0" w:color="auto"/>
              <w:right w:val="single" w:sz="12" w:space="0" w:color="auto"/>
            </w:tcBorders>
            <w:shd w:val="solid" w:color="FF6600" w:fill="auto"/>
          </w:tcPr>
          <w:p w14:paraId="4688E18C" w14:textId="77777777" w:rsidR="00283578" w:rsidRPr="00755529" w:rsidRDefault="00283578" w:rsidP="004139C9">
            <w:pPr>
              <w:autoSpaceDE w:val="0"/>
              <w:autoSpaceDN w:val="0"/>
              <w:adjustRightInd w:val="0"/>
              <w:spacing w:after="0" w:line="240" w:lineRule="auto"/>
              <w:rPr>
                <w:rFonts w:ascii="Arial" w:eastAsia="Times New Roman" w:hAnsi="Arial" w:cs="Arial"/>
                <w:b/>
                <w:bCs/>
                <w:color w:val="000000"/>
                <w:sz w:val="18"/>
                <w:szCs w:val="18"/>
                <w:lang w:eastAsia="en-GB"/>
              </w:rPr>
            </w:pPr>
            <w:r w:rsidRPr="00755529">
              <w:rPr>
                <w:rFonts w:ascii="Arial" w:eastAsia="Times New Roman" w:hAnsi="Arial" w:cs="Arial"/>
                <w:b/>
                <w:bCs/>
                <w:color w:val="000000"/>
                <w:sz w:val="18"/>
                <w:szCs w:val="18"/>
                <w:lang w:eastAsia="en-GB"/>
              </w:rPr>
              <w:t>Ball</w:t>
            </w:r>
          </w:p>
        </w:tc>
        <w:tc>
          <w:tcPr>
            <w:tcW w:w="4098" w:type="dxa"/>
            <w:tcBorders>
              <w:top w:val="single" w:sz="6" w:space="0" w:color="auto"/>
              <w:left w:val="single" w:sz="12" w:space="0" w:color="auto"/>
              <w:bottom w:val="single" w:sz="6" w:space="0" w:color="auto"/>
              <w:right w:val="single" w:sz="6" w:space="0" w:color="auto"/>
            </w:tcBorders>
          </w:tcPr>
          <w:p w14:paraId="0C418471" w14:textId="77777777" w:rsidR="00283578" w:rsidRPr="00755529" w:rsidRDefault="00283578" w:rsidP="004139C9">
            <w:pPr>
              <w:autoSpaceDE w:val="0"/>
              <w:autoSpaceDN w:val="0"/>
              <w:adjustRightInd w:val="0"/>
              <w:spacing w:after="0" w:line="240" w:lineRule="auto"/>
              <w:jc w:val="right"/>
              <w:rPr>
                <w:rFonts w:ascii="Arial" w:eastAsia="Times New Roman" w:hAnsi="Arial" w:cs="Arial"/>
                <w:color w:val="000000"/>
                <w:sz w:val="18"/>
                <w:szCs w:val="18"/>
                <w:lang w:eastAsia="en-GB"/>
              </w:rPr>
            </w:pPr>
          </w:p>
        </w:tc>
        <w:tc>
          <w:tcPr>
            <w:tcW w:w="2049" w:type="dxa"/>
            <w:tcBorders>
              <w:top w:val="single" w:sz="6" w:space="0" w:color="auto"/>
              <w:left w:val="single" w:sz="6" w:space="0" w:color="auto"/>
              <w:bottom w:val="single" w:sz="6" w:space="0" w:color="auto"/>
              <w:right w:val="single" w:sz="6" w:space="0" w:color="auto"/>
            </w:tcBorders>
          </w:tcPr>
          <w:p w14:paraId="48828897" w14:textId="77777777" w:rsidR="00283578" w:rsidRPr="00755529" w:rsidRDefault="00283578" w:rsidP="004139C9">
            <w:pPr>
              <w:autoSpaceDE w:val="0"/>
              <w:autoSpaceDN w:val="0"/>
              <w:adjustRightInd w:val="0"/>
              <w:spacing w:after="0" w:line="240" w:lineRule="auto"/>
              <w:jc w:val="right"/>
              <w:rPr>
                <w:rFonts w:ascii="Arial" w:eastAsia="Times New Roman" w:hAnsi="Arial" w:cs="Arial"/>
                <w:color w:val="000000"/>
                <w:sz w:val="18"/>
                <w:szCs w:val="18"/>
                <w:lang w:eastAsia="en-GB"/>
              </w:rPr>
            </w:pPr>
          </w:p>
        </w:tc>
      </w:tr>
      <w:tr w:rsidR="00283578" w:rsidRPr="00755529" w14:paraId="5845D3E2" w14:textId="77777777" w:rsidTr="004139C9">
        <w:trPr>
          <w:trHeight w:val="609"/>
        </w:trPr>
        <w:tc>
          <w:tcPr>
            <w:tcW w:w="641" w:type="dxa"/>
            <w:tcBorders>
              <w:top w:val="nil"/>
              <w:left w:val="nil"/>
              <w:bottom w:val="nil"/>
              <w:right w:val="nil"/>
            </w:tcBorders>
          </w:tcPr>
          <w:p w14:paraId="000E7836" w14:textId="77777777" w:rsidR="00283578" w:rsidRPr="00755529" w:rsidRDefault="00283578" w:rsidP="004139C9">
            <w:pPr>
              <w:autoSpaceDE w:val="0"/>
              <w:autoSpaceDN w:val="0"/>
              <w:adjustRightInd w:val="0"/>
              <w:spacing w:after="0" w:line="240" w:lineRule="auto"/>
              <w:jc w:val="right"/>
              <w:rPr>
                <w:rFonts w:ascii="Arial" w:eastAsia="Times New Roman" w:hAnsi="Arial" w:cs="Arial"/>
                <w:color w:val="000000"/>
                <w:sz w:val="20"/>
                <w:szCs w:val="20"/>
                <w:lang w:eastAsia="en-GB"/>
              </w:rPr>
            </w:pPr>
          </w:p>
        </w:tc>
        <w:tc>
          <w:tcPr>
            <w:tcW w:w="1170" w:type="dxa"/>
            <w:tcBorders>
              <w:top w:val="single" w:sz="6" w:space="0" w:color="auto"/>
              <w:left w:val="single" w:sz="12" w:space="0" w:color="auto"/>
              <w:bottom w:val="single" w:sz="6" w:space="0" w:color="auto"/>
              <w:right w:val="single" w:sz="6" w:space="0" w:color="auto"/>
            </w:tcBorders>
            <w:shd w:val="solid" w:color="00FF00" w:fill="auto"/>
          </w:tcPr>
          <w:p w14:paraId="46265E86" w14:textId="77777777" w:rsidR="00283578" w:rsidRPr="00755529" w:rsidRDefault="00283578" w:rsidP="004139C9">
            <w:pPr>
              <w:autoSpaceDE w:val="0"/>
              <w:autoSpaceDN w:val="0"/>
              <w:adjustRightInd w:val="0"/>
              <w:spacing w:after="0" w:line="240" w:lineRule="auto"/>
              <w:jc w:val="right"/>
              <w:rPr>
                <w:rFonts w:ascii="Arial" w:eastAsia="Times New Roman" w:hAnsi="Arial" w:cs="Arial"/>
                <w:color w:val="000000"/>
                <w:sz w:val="20"/>
                <w:szCs w:val="20"/>
                <w:lang w:eastAsia="en-GB"/>
              </w:rPr>
            </w:pPr>
            <w:r>
              <w:rPr>
                <w:rFonts w:ascii="Arial" w:eastAsia="Times New Roman" w:hAnsi="Arial" w:cs="Arial"/>
                <w:noProof/>
                <w:color w:val="000000"/>
                <w:sz w:val="20"/>
                <w:szCs w:val="20"/>
                <w:lang w:eastAsia="en-GB"/>
              </w:rPr>
              <w:drawing>
                <wp:inline distT="0" distB="0" distL="0" distR="0" wp14:anchorId="7A1E91E4" wp14:editId="01CFD171">
                  <wp:extent cx="542925" cy="409575"/>
                  <wp:effectExtent l="0" t="0" r="9525" b="9525"/>
                  <wp:docPr id="29"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542925" cy="409575"/>
                          </a:xfrm>
                          <a:prstGeom prst="rect">
                            <a:avLst/>
                          </a:prstGeom>
                          <a:noFill/>
                          <a:ln>
                            <a:noFill/>
                          </a:ln>
                        </pic:spPr>
                      </pic:pic>
                    </a:graphicData>
                  </a:graphic>
                </wp:inline>
              </w:drawing>
            </w:r>
          </w:p>
        </w:tc>
        <w:tc>
          <w:tcPr>
            <w:tcW w:w="833" w:type="dxa"/>
            <w:tcBorders>
              <w:top w:val="single" w:sz="6" w:space="0" w:color="auto"/>
              <w:left w:val="single" w:sz="6" w:space="0" w:color="auto"/>
              <w:bottom w:val="single" w:sz="6" w:space="0" w:color="auto"/>
              <w:right w:val="single" w:sz="12" w:space="0" w:color="auto"/>
            </w:tcBorders>
            <w:shd w:val="solid" w:color="00FF00" w:fill="auto"/>
          </w:tcPr>
          <w:p w14:paraId="49050948" w14:textId="77777777" w:rsidR="00283578" w:rsidRPr="00755529" w:rsidRDefault="00283578" w:rsidP="004139C9">
            <w:pPr>
              <w:autoSpaceDE w:val="0"/>
              <w:autoSpaceDN w:val="0"/>
              <w:adjustRightInd w:val="0"/>
              <w:spacing w:after="0" w:line="240" w:lineRule="auto"/>
              <w:rPr>
                <w:rFonts w:ascii="Arial" w:eastAsia="Times New Roman" w:hAnsi="Arial" w:cs="Arial"/>
                <w:b/>
                <w:bCs/>
                <w:color w:val="000000"/>
                <w:sz w:val="20"/>
                <w:szCs w:val="20"/>
                <w:lang w:eastAsia="en-GB"/>
              </w:rPr>
            </w:pPr>
            <w:r w:rsidRPr="00755529">
              <w:rPr>
                <w:rFonts w:ascii="Arial" w:eastAsia="Times New Roman" w:hAnsi="Arial" w:cs="Arial"/>
                <w:b/>
                <w:bCs/>
                <w:color w:val="000000"/>
                <w:sz w:val="20"/>
                <w:szCs w:val="20"/>
                <w:lang w:eastAsia="en-GB"/>
              </w:rPr>
              <w:t>Car</w:t>
            </w:r>
          </w:p>
        </w:tc>
        <w:tc>
          <w:tcPr>
            <w:tcW w:w="4098" w:type="dxa"/>
            <w:tcBorders>
              <w:top w:val="single" w:sz="6" w:space="0" w:color="auto"/>
              <w:left w:val="single" w:sz="12" w:space="0" w:color="auto"/>
              <w:bottom w:val="single" w:sz="6" w:space="0" w:color="auto"/>
              <w:right w:val="single" w:sz="6" w:space="0" w:color="auto"/>
            </w:tcBorders>
          </w:tcPr>
          <w:p w14:paraId="6141E506" w14:textId="77777777" w:rsidR="00283578" w:rsidRPr="00755529" w:rsidRDefault="00283578" w:rsidP="004139C9">
            <w:pPr>
              <w:autoSpaceDE w:val="0"/>
              <w:autoSpaceDN w:val="0"/>
              <w:adjustRightInd w:val="0"/>
              <w:spacing w:after="0" w:line="240" w:lineRule="auto"/>
              <w:jc w:val="right"/>
              <w:rPr>
                <w:rFonts w:ascii="Arial" w:eastAsia="Times New Roman" w:hAnsi="Arial" w:cs="Arial"/>
                <w:color w:val="000000"/>
                <w:sz w:val="20"/>
                <w:szCs w:val="20"/>
                <w:lang w:eastAsia="en-GB"/>
              </w:rPr>
            </w:pPr>
          </w:p>
        </w:tc>
        <w:tc>
          <w:tcPr>
            <w:tcW w:w="2049" w:type="dxa"/>
            <w:tcBorders>
              <w:top w:val="single" w:sz="6" w:space="0" w:color="auto"/>
              <w:left w:val="single" w:sz="6" w:space="0" w:color="auto"/>
              <w:bottom w:val="single" w:sz="6" w:space="0" w:color="auto"/>
              <w:right w:val="single" w:sz="6" w:space="0" w:color="auto"/>
            </w:tcBorders>
          </w:tcPr>
          <w:p w14:paraId="37FBF72A" w14:textId="78CC78AE" w:rsidR="00283578" w:rsidRPr="00755529" w:rsidRDefault="00283578" w:rsidP="004139C9">
            <w:pPr>
              <w:autoSpaceDE w:val="0"/>
              <w:autoSpaceDN w:val="0"/>
              <w:adjustRightInd w:val="0"/>
              <w:spacing w:after="0" w:line="240" w:lineRule="auto"/>
              <w:jc w:val="right"/>
              <w:rPr>
                <w:rFonts w:ascii="Arial" w:eastAsia="Times New Roman" w:hAnsi="Arial" w:cs="Arial"/>
                <w:color w:val="000000"/>
                <w:sz w:val="20"/>
                <w:szCs w:val="20"/>
                <w:lang w:eastAsia="en-GB"/>
              </w:rPr>
            </w:pPr>
          </w:p>
        </w:tc>
      </w:tr>
      <w:tr w:rsidR="00283578" w:rsidRPr="00755529" w14:paraId="0B80E197" w14:textId="77777777" w:rsidTr="004139C9">
        <w:trPr>
          <w:trHeight w:val="609"/>
        </w:trPr>
        <w:tc>
          <w:tcPr>
            <w:tcW w:w="641" w:type="dxa"/>
            <w:tcBorders>
              <w:top w:val="nil"/>
              <w:left w:val="nil"/>
              <w:bottom w:val="nil"/>
              <w:right w:val="nil"/>
            </w:tcBorders>
          </w:tcPr>
          <w:p w14:paraId="09DE65D6" w14:textId="77777777" w:rsidR="00283578" w:rsidRPr="00755529" w:rsidRDefault="00283578" w:rsidP="004139C9">
            <w:pPr>
              <w:autoSpaceDE w:val="0"/>
              <w:autoSpaceDN w:val="0"/>
              <w:adjustRightInd w:val="0"/>
              <w:spacing w:after="0" w:line="240" w:lineRule="auto"/>
              <w:jc w:val="right"/>
              <w:rPr>
                <w:rFonts w:ascii="Arial" w:eastAsia="Times New Roman" w:hAnsi="Arial" w:cs="Arial"/>
                <w:color w:val="000000"/>
                <w:sz w:val="20"/>
                <w:szCs w:val="20"/>
                <w:lang w:eastAsia="en-GB"/>
              </w:rPr>
            </w:pPr>
          </w:p>
        </w:tc>
        <w:tc>
          <w:tcPr>
            <w:tcW w:w="1170" w:type="dxa"/>
            <w:tcBorders>
              <w:top w:val="single" w:sz="6" w:space="0" w:color="auto"/>
              <w:left w:val="single" w:sz="12" w:space="0" w:color="auto"/>
              <w:bottom w:val="single" w:sz="6" w:space="0" w:color="auto"/>
              <w:right w:val="single" w:sz="6" w:space="0" w:color="auto"/>
            </w:tcBorders>
            <w:shd w:val="solid" w:color="3366FF" w:fill="auto"/>
          </w:tcPr>
          <w:p w14:paraId="33F58953" w14:textId="77777777" w:rsidR="00283578" w:rsidRPr="00755529" w:rsidRDefault="00283578" w:rsidP="004139C9">
            <w:pPr>
              <w:autoSpaceDE w:val="0"/>
              <w:autoSpaceDN w:val="0"/>
              <w:adjustRightInd w:val="0"/>
              <w:spacing w:after="0" w:line="240" w:lineRule="auto"/>
              <w:jc w:val="right"/>
              <w:rPr>
                <w:rFonts w:ascii="Arial" w:eastAsia="Times New Roman" w:hAnsi="Arial" w:cs="Arial"/>
                <w:color w:val="000000"/>
                <w:sz w:val="20"/>
                <w:szCs w:val="20"/>
                <w:lang w:eastAsia="en-GB"/>
              </w:rPr>
            </w:pPr>
            <w:r>
              <w:rPr>
                <w:rFonts w:ascii="Arial" w:eastAsia="Times New Roman" w:hAnsi="Arial" w:cs="Arial"/>
                <w:noProof/>
                <w:color w:val="000000"/>
                <w:sz w:val="20"/>
                <w:szCs w:val="20"/>
                <w:lang w:eastAsia="en-GB"/>
              </w:rPr>
              <w:drawing>
                <wp:inline distT="0" distB="0" distL="0" distR="0" wp14:anchorId="1CA28809" wp14:editId="22498CA7">
                  <wp:extent cx="447675" cy="381000"/>
                  <wp:effectExtent l="0" t="0" r="9525" b="0"/>
                  <wp:docPr id="30"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30" cstate="print">
                            <a:extLst>
                              <a:ext uri="{28A0092B-C50C-407E-A947-70E740481C1C}">
                                <a14:useLocalDpi xmlns:a14="http://schemas.microsoft.com/office/drawing/2010/main" val="0"/>
                              </a:ext>
                            </a:extLst>
                          </a:blip>
                          <a:srcRect/>
                          <a:stretch>
                            <a:fillRect/>
                          </a:stretch>
                        </pic:blipFill>
                        <pic:spPr bwMode="auto">
                          <a:xfrm>
                            <a:off x="0" y="0"/>
                            <a:ext cx="447675" cy="381000"/>
                          </a:xfrm>
                          <a:prstGeom prst="rect">
                            <a:avLst/>
                          </a:prstGeom>
                          <a:noFill/>
                          <a:ln>
                            <a:noFill/>
                          </a:ln>
                        </pic:spPr>
                      </pic:pic>
                    </a:graphicData>
                  </a:graphic>
                </wp:inline>
              </w:drawing>
            </w:r>
          </w:p>
        </w:tc>
        <w:tc>
          <w:tcPr>
            <w:tcW w:w="833" w:type="dxa"/>
            <w:tcBorders>
              <w:top w:val="single" w:sz="6" w:space="0" w:color="auto"/>
              <w:left w:val="single" w:sz="6" w:space="0" w:color="auto"/>
              <w:bottom w:val="single" w:sz="6" w:space="0" w:color="auto"/>
              <w:right w:val="single" w:sz="12" w:space="0" w:color="auto"/>
            </w:tcBorders>
            <w:shd w:val="solid" w:color="3366FF" w:fill="auto"/>
          </w:tcPr>
          <w:p w14:paraId="6DA21309" w14:textId="77777777" w:rsidR="00283578" w:rsidRPr="00755529" w:rsidRDefault="00283578" w:rsidP="004139C9">
            <w:pPr>
              <w:autoSpaceDE w:val="0"/>
              <w:autoSpaceDN w:val="0"/>
              <w:adjustRightInd w:val="0"/>
              <w:spacing w:after="0" w:line="240" w:lineRule="auto"/>
              <w:rPr>
                <w:rFonts w:ascii="Arial" w:eastAsia="Times New Roman" w:hAnsi="Arial" w:cs="Arial"/>
                <w:b/>
                <w:bCs/>
                <w:color w:val="FFFFFF"/>
                <w:sz w:val="20"/>
                <w:szCs w:val="20"/>
                <w:lang w:eastAsia="en-GB"/>
              </w:rPr>
            </w:pPr>
            <w:r w:rsidRPr="00755529">
              <w:rPr>
                <w:rFonts w:ascii="Arial" w:eastAsia="Times New Roman" w:hAnsi="Arial" w:cs="Arial"/>
                <w:b/>
                <w:bCs/>
                <w:color w:val="FFFFFF"/>
                <w:sz w:val="20"/>
                <w:szCs w:val="20"/>
                <w:lang w:eastAsia="en-GB"/>
              </w:rPr>
              <w:t>Book</w:t>
            </w:r>
          </w:p>
        </w:tc>
        <w:tc>
          <w:tcPr>
            <w:tcW w:w="4098" w:type="dxa"/>
            <w:tcBorders>
              <w:top w:val="single" w:sz="6" w:space="0" w:color="auto"/>
              <w:left w:val="single" w:sz="12" w:space="0" w:color="auto"/>
              <w:bottom w:val="single" w:sz="6" w:space="0" w:color="auto"/>
              <w:right w:val="single" w:sz="6" w:space="0" w:color="auto"/>
            </w:tcBorders>
          </w:tcPr>
          <w:p w14:paraId="7DC130F5" w14:textId="77777777" w:rsidR="00283578" w:rsidRPr="00755529" w:rsidRDefault="00283578" w:rsidP="004139C9">
            <w:pPr>
              <w:autoSpaceDE w:val="0"/>
              <w:autoSpaceDN w:val="0"/>
              <w:adjustRightInd w:val="0"/>
              <w:spacing w:after="0" w:line="240" w:lineRule="auto"/>
              <w:jc w:val="right"/>
              <w:rPr>
                <w:rFonts w:ascii="Arial" w:eastAsia="Times New Roman" w:hAnsi="Arial" w:cs="Arial"/>
                <w:color w:val="000000"/>
                <w:sz w:val="18"/>
                <w:szCs w:val="18"/>
                <w:lang w:eastAsia="en-GB"/>
              </w:rPr>
            </w:pPr>
          </w:p>
        </w:tc>
        <w:tc>
          <w:tcPr>
            <w:tcW w:w="2049" w:type="dxa"/>
            <w:tcBorders>
              <w:top w:val="single" w:sz="6" w:space="0" w:color="auto"/>
              <w:left w:val="single" w:sz="6" w:space="0" w:color="auto"/>
              <w:bottom w:val="single" w:sz="6" w:space="0" w:color="auto"/>
              <w:right w:val="single" w:sz="6" w:space="0" w:color="auto"/>
            </w:tcBorders>
          </w:tcPr>
          <w:p w14:paraId="77802E65" w14:textId="77777777" w:rsidR="00283578" w:rsidRPr="00755529" w:rsidRDefault="00283578" w:rsidP="004139C9">
            <w:pPr>
              <w:autoSpaceDE w:val="0"/>
              <w:autoSpaceDN w:val="0"/>
              <w:adjustRightInd w:val="0"/>
              <w:spacing w:after="0" w:line="240" w:lineRule="auto"/>
              <w:jc w:val="right"/>
              <w:rPr>
                <w:rFonts w:ascii="Arial" w:eastAsia="Times New Roman" w:hAnsi="Arial" w:cs="Arial"/>
                <w:color w:val="000000"/>
                <w:sz w:val="18"/>
                <w:szCs w:val="18"/>
                <w:lang w:eastAsia="en-GB"/>
              </w:rPr>
            </w:pPr>
          </w:p>
        </w:tc>
      </w:tr>
      <w:tr w:rsidR="00283578" w:rsidRPr="00755529" w14:paraId="34689B6F" w14:textId="77777777" w:rsidTr="004139C9">
        <w:trPr>
          <w:trHeight w:val="609"/>
        </w:trPr>
        <w:tc>
          <w:tcPr>
            <w:tcW w:w="641" w:type="dxa"/>
            <w:tcBorders>
              <w:top w:val="nil"/>
              <w:left w:val="nil"/>
              <w:bottom w:val="nil"/>
              <w:right w:val="nil"/>
            </w:tcBorders>
          </w:tcPr>
          <w:p w14:paraId="6A5B0BEF" w14:textId="77777777" w:rsidR="00283578" w:rsidRPr="00755529" w:rsidRDefault="00283578" w:rsidP="004139C9">
            <w:pPr>
              <w:autoSpaceDE w:val="0"/>
              <w:autoSpaceDN w:val="0"/>
              <w:adjustRightInd w:val="0"/>
              <w:spacing w:after="0" w:line="240" w:lineRule="auto"/>
              <w:jc w:val="right"/>
              <w:rPr>
                <w:rFonts w:ascii="Arial" w:eastAsia="Times New Roman" w:hAnsi="Arial" w:cs="Arial"/>
                <w:color w:val="000000"/>
                <w:sz w:val="20"/>
                <w:szCs w:val="20"/>
                <w:lang w:eastAsia="en-GB"/>
              </w:rPr>
            </w:pPr>
          </w:p>
        </w:tc>
        <w:tc>
          <w:tcPr>
            <w:tcW w:w="1170" w:type="dxa"/>
            <w:tcBorders>
              <w:top w:val="single" w:sz="6" w:space="0" w:color="auto"/>
              <w:left w:val="single" w:sz="12" w:space="0" w:color="auto"/>
              <w:bottom w:val="single" w:sz="6" w:space="0" w:color="auto"/>
              <w:right w:val="single" w:sz="6" w:space="0" w:color="auto"/>
            </w:tcBorders>
            <w:shd w:val="solid" w:color="FF0000" w:fill="auto"/>
          </w:tcPr>
          <w:p w14:paraId="41E5C4DD" w14:textId="77777777" w:rsidR="00283578" w:rsidRPr="00755529" w:rsidRDefault="00283578" w:rsidP="004139C9">
            <w:pPr>
              <w:autoSpaceDE w:val="0"/>
              <w:autoSpaceDN w:val="0"/>
              <w:adjustRightInd w:val="0"/>
              <w:spacing w:after="0" w:line="240" w:lineRule="auto"/>
              <w:jc w:val="right"/>
              <w:rPr>
                <w:rFonts w:ascii="Arial" w:eastAsia="Times New Roman" w:hAnsi="Arial" w:cs="Arial"/>
                <w:color w:val="000000"/>
                <w:sz w:val="20"/>
                <w:szCs w:val="20"/>
                <w:lang w:eastAsia="en-GB"/>
              </w:rPr>
            </w:pPr>
            <w:r>
              <w:rPr>
                <w:rFonts w:ascii="Arial" w:eastAsia="Times New Roman" w:hAnsi="Arial" w:cs="Arial"/>
                <w:noProof/>
                <w:color w:val="000000"/>
                <w:sz w:val="20"/>
                <w:szCs w:val="20"/>
                <w:lang w:eastAsia="en-GB"/>
              </w:rPr>
              <w:drawing>
                <wp:inline distT="0" distB="0" distL="0" distR="0" wp14:anchorId="7AA5A2CE" wp14:editId="3F63A542">
                  <wp:extent cx="590550" cy="400050"/>
                  <wp:effectExtent l="0" t="0" r="0" b="0"/>
                  <wp:docPr id="31"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31" cstate="print">
                            <a:extLst>
                              <a:ext uri="{28A0092B-C50C-407E-A947-70E740481C1C}">
                                <a14:useLocalDpi xmlns:a14="http://schemas.microsoft.com/office/drawing/2010/main" val="0"/>
                              </a:ext>
                            </a:extLst>
                          </a:blip>
                          <a:srcRect/>
                          <a:stretch>
                            <a:fillRect/>
                          </a:stretch>
                        </pic:blipFill>
                        <pic:spPr bwMode="auto">
                          <a:xfrm>
                            <a:off x="0" y="0"/>
                            <a:ext cx="590550" cy="400050"/>
                          </a:xfrm>
                          <a:prstGeom prst="rect">
                            <a:avLst/>
                          </a:prstGeom>
                          <a:noFill/>
                          <a:ln>
                            <a:noFill/>
                          </a:ln>
                        </pic:spPr>
                      </pic:pic>
                    </a:graphicData>
                  </a:graphic>
                </wp:inline>
              </w:drawing>
            </w:r>
          </w:p>
        </w:tc>
        <w:tc>
          <w:tcPr>
            <w:tcW w:w="833" w:type="dxa"/>
            <w:tcBorders>
              <w:top w:val="single" w:sz="6" w:space="0" w:color="auto"/>
              <w:left w:val="single" w:sz="6" w:space="0" w:color="auto"/>
              <w:bottom w:val="single" w:sz="6" w:space="0" w:color="auto"/>
              <w:right w:val="single" w:sz="12" w:space="0" w:color="auto"/>
            </w:tcBorders>
            <w:shd w:val="solid" w:color="FF0000" w:fill="auto"/>
          </w:tcPr>
          <w:p w14:paraId="26BE217C" w14:textId="77777777" w:rsidR="00283578" w:rsidRPr="00755529" w:rsidRDefault="00283578" w:rsidP="004139C9">
            <w:pPr>
              <w:autoSpaceDE w:val="0"/>
              <w:autoSpaceDN w:val="0"/>
              <w:adjustRightInd w:val="0"/>
              <w:spacing w:after="0" w:line="240" w:lineRule="auto"/>
              <w:rPr>
                <w:rFonts w:ascii="Arial" w:eastAsia="Times New Roman" w:hAnsi="Arial" w:cs="Arial"/>
                <w:b/>
                <w:bCs/>
                <w:color w:val="000000"/>
                <w:sz w:val="20"/>
                <w:szCs w:val="20"/>
                <w:lang w:eastAsia="en-GB"/>
              </w:rPr>
            </w:pPr>
            <w:r w:rsidRPr="00755529">
              <w:rPr>
                <w:rFonts w:ascii="Arial" w:eastAsia="Times New Roman" w:hAnsi="Arial" w:cs="Arial"/>
                <w:b/>
                <w:bCs/>
                <w:color w:val="000000"/>
                <w:sz w:val="20"/>
                <w:szCs w:val="20"/>
                <w:lang w:eastAsia="en-GB"/>
              </w:rPr>
              <w:t>Pencil</w:t>
            </w:r>
          </w:p>
        </w:tc>
        <w:tc>
          <w:tcPr>
            <w:tcW w:w="4098" w:type="dxa"/>
            <w:tcBorders>
              <w:top w:val="single" w:sz="6" w:space="0" w:color="auto"/>
              <w:left w:val="single" w:sz="12" w:space="0" w:color="auto"/>
              <w:bottom w:val="single" w:sz="6" w:space="0" w:color="auto"/>
              <w:right w:val="single" w:sz="6" w:space="0" w:color="auto"/>
            </w:tcBorders>
          </w:tcPr>
          <w:p w14:paraId="67176BA9" w14:textId="77777777" w:rsidR="00283578" w:rsidRPr="00755529" w:rsidRDefault="00283578" w:rsidP="004139C9">
            <w:pPr>
              <w:autoSpaceDE w:val="0"/>
              <w:autoSpaceDN w:val="0"/>
              <w:adjustRightInd w:val="0"/>
              <w:spacing w:after="0" w:line="240" w:lineRule="auto"/>
              <w:jc w:val="right"/>
              <w:rPr>
                <w:rFonts w:ascii="Arial" w:eastAsia="Times New Roman" w:hAnsi="Arial" w:cs="Arial"/>
                <w:color w:val="000000"/>
                <w:sz w:val="20"/>
                <w:szCs w:val="20"/>
                <w:lang w:eastAsia="en-GB"/>
              </w:rPr>
            </w:pPr>
          </w:p>
        </w:tc>
        <w:tc>
          <w:tcPr>
            <w:tcW w:w="2049" w:type="dxa"/>
            <w:tcBorders>
              <w:top w:val="single" w:sz="6" w:space="0" w:color="auto"/>
              <w:left w:val="single" w:sz="6" w:space="0" w:color="auto"/>
              <w:bottom w:val="single" w:sz="6" w:space="0" w:color="auto"/>
              <w:right w:val="single" w:sz="6" w:space="0" w:color="auto"/>
            </w:tcBorders>
          </w:tcPr>
          <w:p w14:paraId="088A1587" w14:textId="29C2F81D" w:rsidR="00283578" w:rsidRPr="00755529" w:rsidRDefault="00283578" w:rsidP="004139C9">
            <w:pPr>
              <w:autoSpaceDE w:val="0"/>
              <w:autoSpaceDN w:val="0"/>
              <w:adjustRightInd w:val="0"/>
              <w:spacing w:after="0" w:line="240" w:lineRule="auto"/>
              <w:jc w:val="right"/>
              <w:rPr>
                <w:rFonts w:ascii="Arial" w:eastAsia="Times New Roman" w:hAnsi="Arial" w:cs="Arial"/>
                <w:color w:val="000000"/>
                <w:sz w:val="20"/>
                <w:szCs w:val="20"/>
                <w:lang w:eastAsia="en-GB"/>
              </w:rPr>
            </w:pPr>
          </w:p>
        </w:tc>
      </w:tr>
    </w:tbl>
    <w:p w14:paraId="2C1FBE6D" w14:textId="77777777" w:rsidR="00283578" w:rsidRDefault="00283578" w:rsidP="00283578">
      <w:r>
        <w:rPr>
          <w:noProof/>
          <w:lang w:eastAsia="en-GB"/>
        </w:rPr>
        <w:t xml:space="preserve"> </w:t>
      </w:r>
      <w:r>
        <w:rPr>
          <w:noProof/>
          <w:lang w:eastAsia="en-GB"/>
        </w:rPr>
        <mc:AlternateContent>
          <mc:Choice Requires="wps">
            <w:drawing>
              <wp:anchor distT="0" distB="0" distL="114300" distR="114300" simplePos="0" relativeHeight="251645440" behindDoc="0" locked="0" layoutInCell="1" allowOverlap="1" wp14:anchorId="6CC7A885" wp14:editId="4298E476">
                <wp:simplePos x="0" y="0"/>
                <wp:positionH relativeFrom="column">
                  <wp:posOffset>-321788</wp:posOffset>
                </wp:positionH>
                <wp:positionV relativeFrom="paragraph">
                  <wp:posOffset>-435420</wp:posOffset>
                </wp:positionV>
                <wp:extent cx="2374265" cy="1403985"/>
                <wp:effectExtent l="0" t="0" r="8890" b="9525"/>
                <wp:wrapNone/>
                <wp:docPr id="30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74265" cy="1403985"/>
                        </a:xfrm>
                        <a:prstGeom prst="rect">
                          <a:avLst/>
                        </a:prstGeom>
                        <a:solidFill>
                          <a:srgbClr val="FFFFFF"/>
                        </a:solidFill>
                        <a:ln w="9525">
                          <a:noFill/>
                          <a:miter lim="800000"/>
                          <a:headEnd/>
                          <a:tailEnd/>
                        </a:ln>
                      </wps:spPr>
                      <wps:txbx>
                        <w:txbxContent>
                          <w:p w14:paraId="5C3CEF35" w14:textId="77777777" w:rsidR="00283578" w:rsidRPr="00D248C4" w:rsidRDefault="00283578" w:rsidP="00283578">
                            <w:pPr>
                              <w:rPr>
                                <w:rFonts w:ascii="Arial" w:hAnsi="Arial" w:cs="Arial"/>
                                <w:b/>
                                <w:sz w:val="24"/>
                                <w:szCs w:val="24"/>
                              </w:rPr>
                            </w:pPr>
                            <w:r w:rsidRPr="00D248C4">
                              <w:rPr>
                                <w:rFonts w:ascii="Arial" w:hAnsi="Arial" w:cs="Arial"/>
                                <w:b/>
                                <w:sz w:val="24"/>
                                <w:szCs w:val="24"/>
                              </w:rPr>
                              <w:t xml:space="preserve">Appendix C </w:t>
                            </w:r>
                          </w:p>
                        </w:txbxContent>
                      </wps:txbx>
                      <wps:bodyPr rot="0" vert="horz" wrap="square" lIns="91440" tIns="45720" rIns="91440" bIns="45720" anchor="t" anchorCtr="0">
                        <a:spAutoFit/>
                      </wps:bodyPr>
                    </wps:wsp>
                  </a:graphicData>
                </a:graphic>
                <wp14:sizeRelH relativeFrom="margin">
                  <wp14:pctWidth>40000</wp14:pctWidth>
                </wp14:sizeRelH>
                <wp14:sizeRelV relativeFrom="margin">
                  <wp14:pctHeight>20000</wp14:pctHeight>
                </wp14:sizeRelV>
              </wp:anchor>
            </w:drawing>
          </mc:Choice>
          <mc:Fallback>
            <w:pict>
              <v:shape w14:anchorId="6CC7A885" id="Text Box 2" o:spid="_x0000_s1030" type="#_x0000_t202" style="position:absolute;margin-left:-25.35pt;margin-top:-34.3pt;width:186.95pt;height:110.55pt;z-index:251645440;visibility:visible;mso-wrap-style:square;mso-width-percent:400;mso-height-percent:200;mso-wrap-distance-left:9pt;mso-wrap-distance-top:0;mso-wrap-distance-right:9pt;mso-wrap-distance-bottom:0;mso-position-horizontal:absolute;mso-position-horizontal-relative:text;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" stroked="f">
                <v:textbox style="mso-fit-shape-to-text:t">
                  <w:txbxContent>
                    <w:p w14:paraId="5C3CEF35" w14:textId="77777777" w:rsidR="00283578" w:rsidRPr="00D248C4" w:rsidRDefault="00283578" w:rsidP="00283578">
                      <w:pPr>
                        <w:rPr>
                          <w:rFonts w:ascii="Arial" w:hAnsi="Arial" w:cs="Arial"/>
                          <w:b/>
                          <w:sz w:val="24"/>
                          <w:szCs w:val="24"/>
                        </w:rPr>
                      </w:pPr>
                      <w:r w:rsidRPr="00D248C4">
                        <w:rPr>
                          <w:rFonts w:ascii="Arial" w:hAnsi="Arial" w:cs="Arial"/>
                          <w:b/>
                          <w:sz w:val="24"/>
                          <w:szCs w:val="24"/>
                        </w:rPr>
                        <w:t xml:space="preserve">Appendix C </w:t>
                      </w:r>
                    </w:p>
                  </w:txbxContent>
                </v:textbox>
              </v:shape>
            </w:pict>
          </mc:Fallback>
        </mc:AlternateContent>
      </w:r>
    </w:p>
    <w:p w14:paraId="58D931EA" w14:textId="77777777" w:rsidR="00283578" w:rsidRDefault="00283578" w:rsidP="00283578"/>
    <w:p w14:paraId="1F5CC171" w14:textId="77777777" w:rsidR="00283578" w:rsidRDefault="00283578" w:rsidP="00283578"/>
    <w:p w14:paraId="4475C0F3" w14:textId="77777777" w:rsidR="00283578" w:rsidRDefault="00283578" w:rsidP="00283578"/>
    <w:p w14:paraId="74780D41" w14:textId="77777777" w:rsidR="00283578" w:rsidRDefault="00283578" w:rsidP="00283578"/>
    <w:p w14:paraId="3CA174CB" w14:textId="77777777" w:rsidR="00283578" w:rsidRDefault="00283578" w:rsidP="00283578"/>
    <w:p w14:paraId="190A6518" w14:textId="77777777" w:rsidR="00283578" w:rsidRDefault="00283578" w:rsidP="00283578"/>
    <w:p w14:paraId="3ED4F8ED" w14:textId="77777777" w:rsidR="00283578" w:rsidRDefault="00283578" w:rsidP="00283578"/>
    <w:p w14:paraId="0B5E6036" w14:textId="77777777" w:rsidR="00283578" w:rsidRDefault="00283578" w:rsidP="00283578"/>
    <w:p w14:paraId="3E9DAF5D" w14:textId="77777777" w:rsidR="00283578" w:rsidRDefault="00283578" w:rsidP="00283578"/>
    <w:p w14:paraId="425D6205" w14:textId="77777777" w:rsidR="00283578" w:rsidRDefault="00283578" w:rsidP="00283578"/>
    <w:p w14:paraId="13862E7D" w14:textId="77777777" w:rsidR="00283578" w:rsidRDefault="00283578" w:rsidP="00283578"/>
    <w:p w14:paraId="1DB22EA1" w14:textId="77777777" w:rsidR="00283578" w:rsidRDefault="00283578" w:rsidP="00283578"/>
    <w:p w14:paraId="57B39953" w14:textId="77777777" w:rsidR="00283578" w:rsidRDefault="00283578" w:rsidP="00283578"/>
    <w:p w14:paraId="200DDFE5" w14:textId="77777777" w:rsidR="00283578" w:rsidRDefault="00283578" w:rsidP="00283578"/>
    <w:p w14:paraId="4F530665" w14:textId="77777777" w:rsidR="00283578" w:rsidRDefault="00283578" w:rsidP="00283578"/>
    <w:p w14:paraId="3F291EFE" w14:textId="77777777" w:rsidR="00283578" w:rsidRDefault="00283578" w:rsidP="00283578"/>
    <w:p w14:paraId="2796C8FF" w14:textId="77777777" w:rsidR="00283578" w:rsidRDefault="00283578" w:rsidP="00283578"/>
    <w:p w14:paraId="5EA9A67E" w14:textId="77777777" w:rsidR="00283578" w:rsidRDefault="00283578" w:rsidP="00283578"/>
    <w:p w14:paraId="2D651108" w14:textId="77777777" w:rsidR="00283578" w:rsidRDefault="00283578" w:rsidP="00283578"/>
    <w:p w14:paraId="194B30E8" w14:textId="77777777" w:rsidR="00283578" w:rsidRDefault="00283578" w:rsidP="00283578"/>
    <w:p w14:paraId="749FF551" w14:textId="77777777" w:rsidR="00283578" w:rsidRDefault="00283578" w:rsidP="00283578"/>
    <w:p w14:paraId="379317BE" w14:textId="4BB7C874" w:rsidR="00283578" w:rsidRDefault="00283578" w:rsidP="00283578"/>
    <w:p w14:paraId="07D7DD64" w14:textId="63F9C9EB" w:rsidR="00283578" w:rsidRDefault="00283578" w:rsidP="00283578"/>
    <w:p w14:paraId="7F54FE32" w14:textId="69C254A7" w:rsidR="00283578" w:rsidRDefault="00283578" w:rsidP="00283578"/>
    <w:p w14:paraId="0CAFFA0C" w14:textId="7447E1A7" w:rsidR="00283578" w:rsidRDefault="00283578" w:rsidP="00B653C5"/>
    <w:p w14:paraId="7576D7B9" w14:textId="3EBC3B54" w:rsidR="00B653C5" w:rsidRPr="00B653C5" w:rsidRDefault="00B653C5" w:rsidP="00B653C5"/>
    <w:p w14:paraId="62EF02C2" w14:textId="4E491C1D" w:rsidR="00B653C5" w:rsidRPr="00B653C5" w:rsidRDefault="00B653C5" w:rsidP="00B653C5"/>
    <w:p w14:paraId="52DA3EF5" w14:textId="5F367FB4" w:rsidR="00B653C5" w:rsidRPr="00B653C5" w:rsidRDefault="00B653C5" w:rsidP="00B653C5">
      <w:r>
        <w:rPr>
          <w:noProof/>
          <w:lang w:eastAsia="en-GB"/>
        </w:rPr>
        <mc:AlternateContent>
          <mc:Choice Requires="wps">
            <w:drawing>
              <wp:anchor distT="0" distB="0" distL="114300" distR="114300" simplePos="0" relativeHeight="251659776" behindDoc="0" locked="0" layoutInCell="1" allowOverlap="1" wp14:anchorId="51164743" wp14:editId="7AE4AA54">
                <wp:simplePos x="0" y="0"/>
                <wp:positionH relativeFrom="column">
                  <wp:posOffset>-233916</wp:posOffset>
                </wp:positionH>
                <wp:positionV relativeFrom="paragraph">
                  <wp:posOffset>-333950</wp:posOffset>
                </wp:positionV>
                <wp:extent cx="1807535" cy="340242"/>
                <wp:effectExtent l="0" t="0" r="2540" b="3175"/>
                <wp:wrapNone/>
                <wp:docPr id="29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07535" cy="340242"/>
                        </a:xfrm>
                        <a:prstGeom prst="rect">
                          <a:avLst/>
                        </a:prstGeom>
                        <a:solidFill>
                          <a:srgbClr val="FFFFFF"/>
                        </a:solidFill>
                        <a:ln w="9525">
                          <a:noFill/>
                          <a:miter lim="800000"/>
                          <a:headEnd/>
                          <a:tailEnd/>
                        </a:ln>
                      </wps:spPr>
                      <wps:txbx>
                        <w:txbxContent>
                          <w:p w14:paraId="4047592F" w14:textId="77777777" w:rsidR="00283578" w:rsidRPr="00D248C4" w:rsidRDefault="00283578" w:rsidP="00283578">
                            <w:pPr>
                              <w:rPr>
                                <w:rFonts w:ascii="Arial" w:hAnsi="Arial" w:cs="Arial"/>
                                <w:b/>
                                <w:sz w:val="24"/>
                                <w:szCs w:val="24"/>
                              </w:rPr>
                            </w:pPr>
                            <w:r w:rsidRPr="00D248C4">
                              <w:rPr>
                                <w:rFonts w:ascii="Arial" w:hAnsi="Arial" w:cs="Arial"/>
                                <w:b/>
                                <w:sz w:val="24"/>
                                <w:szCs w:val="24"/>
                              </w:rPr>
                              <w:t>Appendix D</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1164743" id="_x0000_s1031" type="#_x0000_t202" style="position:absolute;margin-left:-18.4pt;margin-top:-26.3pt;width:142.35pt;height:26.8pt;z-index:251659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" stroked="f">
                <v:textbox>
                  <w:txbxContent>
                    <w:p w14:paraId="4047592F" w14:textId="77777777" w:rsidR="00283578" w:rsidRPr="00D248C4" w:rsidRDefault="00283578" w:rsidP="00283578">
                      <w:pPr>
                        <w:rPr>
                          <w:rFonts w:ascii="Arial" w:hAnsi="Arial" w:cs="Arial"/>
                          <w:b/>
                          <w:sz w:val="24"/>
                          <w:szCs w:val="24"/>
                        </w:rPr>
                      </w:pPr>
                      <w:r w:rsidRPr="00D248C4">
                        <w:rPr>
                          <w:rFonts w:ascii="Arial" w:hAnsi="Arial" w:cs="Arial"/>
                          <w:b/>
                          <w:sz w:val="24"/>
                          <w:szCs w:val="24"/>
                        </w:rPr>
                        <w:t>Appendix D</w:t>
                      </w:r>
                    </w:p>
                  </w:txbxContent>
                </v:textbox>
              </v:shape>
            </w:pict>
          </mc:Fallback>
        </mc:AlternateContent>
      </w:r>
      <w:r>
        <w:rPr>
          <w:rFonts w:ascii="Times New Roman" w:eastAsia="Times New Roman" w:hAnsi="Times New Roman" w:cs="Times New Roman"/>
          <w:b/>
          <w:noProof/>
          <w:sz w:val="24"/>
          <w:szCs w:val="24"/>
          <w:lang w:eastAsia="en-GB"/>
        </w:rPr>
        <w:drawing>
          <wp:anchor distT="0" distB="0" distL="114300" distR="114300" simplePos="0" relativeHeight="251654656" behindDoc="0" locked="0" layoutInCell="1" allowOverlap="1" wp14:anchorId="7E815D4D" wp14:editId="110D3067">
            <wp:simplePos x="0" y="0"/>
            <wp:positionH relativeFrom="column">
              <wp:posOffset>531214</wp:posOffset>
            </wp:positionH>
            <wp:positionV relativeFrom="paragraph">
              <wp:posOffset>-163845</wp:posOffset>
            </wp:positionV>
            <wp:extent cx="6068060" cy="8792210"/>
            <wp:effectExtent l="0" t="0" r="8890" b="8890"/>
            <wp:wrapNone/>
            <wp:docPr id="290" name="Picture 2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6068060" cy="879221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49D9C9AC" w14:textId="4088E8BC" w:rsidR="00B653C5" w:rsidRPr="00B653C5" w:rsidRDefault="00B653C5" w:rsidP="00B653C5"/>
    <w:p w14:paraId="6E84C6FF" w14:textId="19DFA22C" w:rsidR="00B653C5" w:rsidRPr="00B653C5" w:rsidRDefault="00B653C5" w:rsidP="00B653C5"/>
    <w:p w14:paraId="1BC36EAB" w14:textId="1595EA39" w:rsidR="00B653C5" w:rsidRPr="00B653C5" w:rsidRDefault="00B653C5" w:rsidP="00B653C5"/>
    <w:p w14:paraId="4FD27B33" w14:textId="493110D6" w:rsidR="00B653C5" w:rsidRPr="00B653C5" w:rsidRDefault="00B653C5" w:rsidP="00B653C5"/>
    <w:p w14:paraId="550421C8" w14:textId="3ABF6E12" w:rsidR="00B653C5" w:rsidRPr="00B653C5" w:rsidRDefault="00B653C5" w:rsidP="00B653C5"/>
    <w:p w14:paraId="41A5BF1A" w14:textId="65C47023" w:rsidR="00B653C5" w:rsidRPr="00B653C5" w:rsidRDefault="00B653C5" w:rsidP="00B653C5"/>
    <w:p w14:paraId="5462B693" w14:textId="2E8C8EF4" w:rsidR="00B653C5" w:rsidRPr="00B653C5" w:rsidRDefault="00B653C5" w:rsidP="00B653C5"/>
    <w:p w14:paraId="0F7705AA" w14:textId="432D412E" w:rsidR="00B653C5" w:rsidRPr="00B653C5" w:rsidRDefault="00B653C5" w:rsidP="00B653C5"/>
    <w:p w14:paraId="62D6FDAC" w14:textId="79723F18" w:rsidR="00B653C5" w:rsidRPr="00B653C5" w:rsidRDefault="00B653C5" w:rsidP="00B653C5"/>
    <w:p w14:paraId="4BBEB815" w14:textId="6EA8CD93" w:rsidR="00B653C5" w:rsidRPr="00B653C5" w:rsidRDefault="00B653C5" w:rsidP="00B653C5"/>
    <w:p w14:paraId="5CE37956" w14:textId="00988A2E" w:rsidR="00B653C5" w:rsidRPr="00B653C5" w:rsidRDefault="00B653C5" w:rsidP="00B653C5"/>
    <w:p w14:paraId="6C6395EB" w14:textId="437B46BE" w:rsidR="00B653C5" w:rsidRPr="00B653C5" w:rsidRDefault="00B653C5" w:rsidP="00B653C5"/>
    <w:p w14:paraId="4745A81A" w14:textId="6A0BA09B" w:rsidR="00B653C5" w:rsidRDefault="00B653C5" w:rsidP="00B653C5"/>
    <w:p w14:paraId="5252690A" w14:textId="3E947F39" w:rsidR="00B653C5" w:rsidRDefault="00B653C5" w:rsidP="00B653C5"/>
    <w:p w14:paraId="61E17855" w14:textId="7B4FEB05" w:rsidR="00B653C5" w:rsidRDefault="00B653C5" w:rsidP="00B653C5"/>
    <w:p w14:paraId="1C985DFE" w14:textId="740B0BE8" w:rsidR="00B653C5" w:rsidRDefault="00B653C5" w:rsidP="00B653C5"/>
    <w:p w14:paraId="5CF28416" w14:textId="290FA60C" w:rsidR="00B653C5" w:rsidRDefault="00B653C5" w:rsidP="00B653C5"/>
    <w:p w14:paraId="5B42A590" w14:textId="26D66081" w:rsidR="00B653C5" w:rsidRDefault="00B653C5" w:rsidP="00B653C5"/>
    <w:p w14:paraId="0940EA84" w14:textId="753A8568" w:rsidR="00B653C5" w:rsidRDefault="00B653C5" w:rsidP="00B653C5"/>
    <w:p w14:paraId="0F363304" w14:textId="4899D650" w:rsidR="00B653C5" w:rsidRDefault="00B653C5" w:rsidP="00B653C5"/>
    <w:p w14:paraId="6A65646C" w14:textId="50554681" w:rsidR="00B653C5" w:rsidRDefault="00B653C5" w:rsidP="00B653C5"/>
    <w:p w14:paraId="4A7D2D38" w14:textId="25AA814B" w:rsidR="00B653C5" w:rsidRDefault="00B653C5" w:rsidP="00B653C5"/>
    <w:p w14:paraId="15AB5347" w14:textId="40F7DC2D" w:rsidR="00B653C5" w:rsidRDefault="00B653C5" w:rsidP="00B653C5"/>
    <w:p w14:paraId="5A4640B2" w14:textId="1313DEF7" w:rsidR="00B653C5" w:rsidRDefault="00B653C5" w:rsidP="00B653C5"/>
    <w:p w14:paraId="59122322" w14:textId="27DAA765" w:rsidR="00B653C5" w:rsidRDefault="00B653C5" w:rsidP="00B653C5"/>
    <w:p w14:paraId="0A549194" w14:textId="04B50192" w:rsidR="00B653C5" w:rsidRDefault="00B653C5" w:rsidP="00B653C5"/>
    <w:p w14:paraId="61DC4CB0" w14:textId="6912B478" w:rsidR="00B653C5" w:rsidRDefault="00B653C5" w:rsidP="00B653C5"/>
    <w:p w14:paraId="7DC24D9C" w14:textId="192EF0DE" w:rsidR="00B653C5" w:rsidRDefault="000C4860" w:rsidP="00B653C5">
      <w:r>
        <w:rPr>
          <w:noProof/>
          <w:lang w:eastAsia="en-GB"/>
        </w:rPr>
        <mc:AlternateContent>
          <mc:Choice Requires="wps">
            <w:drawing>
              <wp:anchor distT="0" distB="0" distL="114300" distR="114300" simplePos="0" relativeHeight="251668992" behindDoc="0" locked="0" layoutInCell="1" allowOverlap="1" wp14:anchorId="6DB8D5E4" wp14:editId="7FEB7F79">
                <wp:simplePos x="0" y="0"/>
                <wp:positionH relativeFrom="column">
                  <wp:posOffset>24543</wp:posOffset>
                </wp:positionH>
                <wp:positionV relativeFrom="paragraph">
                  <wp:posOffset>-169294</wp:posOffset>
                </wp:positionV>
                <wp:extent cx="2374265" cy="1403985"/>
                <wp:effectExtent l="0" t="0" r="0" b="0"/>
                <wp:wrapNone/>
                <wp:docPr id="29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74265" cy="1403985"/>
                        </a:xfrm>
                        <a:prstGeom prst="rect">
                          <a:avLst/>
                        </a:prstGeom>
                        <a:noFill/>
                        <a:ln w="9525">
                          <a:noFill/>
                          <a:miter lim="800000"/>
                          <a:headEnd/>
                          <a:tailEnd/>
                        </a:ln>
                      </wps:spPr>
                      <wps:txbx>
                        <w:txbxContent>
                          <w:p w14:paraId="72AAC447" w14:textId="77777777" w:rsidR="00283578" w:rsidRPr="00D248C4" w:rsidRDefault="00283578" w:rsidP="00283578">
                            <w:pPr>
                              <w:rPr>
                                <w:rFonts w:ascii="Arial" w:hAnsi="Arial" w:cs="Arial"/>
                                <w:b/>
                                <w:sz w:val="24"/>
                                <w:szCs w:val="24"/>
                              </w:rPr>
                            </w:pPr>
                            <w:r w:rsidRPr="00D248C4">
                              <w:rPr>
                                <w:rFonts w:ascii="Arial" w:hAnsi="Arial" w:cs="Arial"/>
                                <w:b/>
                                <w:sz w:val="24"/>
                                <w:szCs w:val="24"/>
                              </w:rPr>
                              <w:t xml:space="preserve">Appendix E </w:t>
                            </w:r>
                          </w:p>
                        </w:txbxContent>
                      </wps:txbx>
                      <wps:bodyPr rot="0" vert="horz" wrap="square" lIns="91440" tIns="45720" rIns="91440" bIns="45720" anchor="t" anchorCtr="0">
                        <a:spAutoFit/>
                      </wps:bodyPr>
                    </wps:wsp>
                  </a:graphicData>
                </a:graphic>
                <wp14:sizeRelH relativeFrom="margin">
                  <wp14:pctWidth>40000</wp14:pctWidth>
                </wp14:sizeRelH>
                <wp14:sizeRelV relativeFrom="margin">
                  <wp14:pctHeight>20000</wp14:pctHeight>
                </wp14:sizeRelV>
              </wp:anchor>
            </w:drawing>
          </mc:Choice>
          <mc:Fallback>
            <w:pict>
              <v:shape w14:anchorId="6DB8D5E4" id="_x0000_s1032" type="#_x0000_t202" style="position:absolute;margin-left:1.95pt;margin-top:-13.35pt;width:186.95pt;height:110.55pt;z-index:251668992;visibility:visible;mso-wrap-style:square;mso-width-percent:400;mso-height-percent:200;mso-wrap-distance-left:9pt;mso-wrap-distance-top:0;mso-wrap-distance-right:9pt;mso-wrap-distance-bottom:0;mso-position-horizontal:absolute;mso-position-horizontal-relative:text;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" filled="f" stroked="f">
                <v:textbox style="mso-fit-shape-to-text:t">
                  <w:txbxContent>
                    <w:p w14:paraId="72AAC447" w14:textId="77777777" w:rsidR="00283578" w:rsidRPr="00D248C4" w:rsidRDefault="00283578" w:rsidP="00283578">
                      <w:pPr>
                        <w:rPr>
                          <w:rFonts w:ascii="Arial" w:hAnsi="Arial" w:cs="Arial"/>
                          <w:b/>
                          <w:sz w:val="24"/>
                          <w:szCs w:val="24"/>
                        </w:rPr>
                      </w:pPr>
                      <w:r w:rsidRPr="00D248C4">
                        <w:rPr>
                          <w:rFonts w:ascii="Arial" w:hAnsi="Arial" w:cs="Arial"/>
                          <w:b/>
                          <w:sz w:val="24"/>
                          <w:szCs w:val="24"/>
                        </w:rPr>
                        <w:t xml:space="preserve">Appendix E </w:t>
                      </w:r>
                    </w:p>
                  </w:txbxContent>
                </v:textbox>
              </v:shape>
            </w:pict>
          </mc:Fallback>
        </mc:AlternateContent>
      </w:r>
      <w:r w:rsidR="00B653C5">
        <w:rPr>
          <w:noProof/>
          <w:lang w:eastAsia="en-GB"/>
        </w:rPr>
        <w:drawing>
          <wp:anchor distT="0" distB="0" distL="114300" distR="114300" simplePos="0" relativeHeight="251677184" behindDoc="0" locked="0" layoutInCell="1" allowOverlap="1" wp14:anchorId="6EF16033" wp14:editId="74444571">
            <wp:simplePos x="0" y="0"/>
            <wp:positionH relativeFrom="column">
              <wp:posOffset>457052</wp:posOffset>
            </wp:positionH>
            <wp:positionV relativeFrom="paragraph">
              <wp:posOffset>80719</wp:posOffset>
            </wp:positionV>
            <wp:extent cx="6066155" cy="9065260"/>
            <wp:effectExtent l="0" t="0" r="0" b="2540"/>
            <wp:wrapNone/>
            <wp:docPr id="293" name="Picture 2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6066155" cy="9065260"/>
                    </a:xfrm>
                    <a:prstGeom prst="rect">
                      <a:avLst/>
                    </a:prstGeom>
                    <a:noFill/>
                  </pic:spPr>
                </pic:pic>
              </a:graphicData>
            </a:graphic>
            <wp14:sizeRelH relativeFrom="page">
              <wp14:pctWidth>0</wp14:pctWidth>
            </wp14:sizeRelH>
            <wp14:sizeRelV relativeFrom="page">
              <wp14:pctHeight>0</wp14:pctHeight>
            </wp14:sizeRelV>
          </wp:anchor>
        </w:drawing>
      </w:r>
    </w:p>
    <w:p w14:paraId="011DF75A" w14:textId="75A6D8F6" w:rsidR="00B653C5" w:rsidRDefault="00B653C5" w:rsidP="00B653C5"/>
    <w:p w14:paraId="1CDE4816" w14:textId="1680369B" w:rsidR="00B653C5" w:rsidRDefault="00B653C5" w:rsidP="00B653C5"/>
    <w:p w14:paraId="4FBB9E24" w14:textId="6BAEB001" w:rsidR="00B653C5" w:rsidRDefault="00B653C5" w:rsidP="00B653C5"/>
    <w:p w14:paraId="27A309E8" w14:textId="34BFC05B" w:rsidR="00B653C5" w:rsidRDefault="00B653C5" w:rsidP="00B653C5"/>
    <w:p w14:paraId="3B4329F1" w14:textId="1AACD5F3" w:rsidR="00B653C5" w:rsidRDefault="00B653C5" w:rsidP="00B653C5"/>
    <w:p w14:paraId="7398851F" w14:textId="3D37D8CB" w:rsidR="00B653C5" w:rsidRDefault="00B653C5" w:rsidP="00B653C5"/>
    <w:p w14:paraId="2284B831" w14:textId="589AFE79" w:rsidR="00B653C5" w:rsidRDefault="00B653C5" w:rsidP="00B653C5"/>
    <w:p w14:paraId="4D215D85" w14:textId="140D90EF" w:rsidR="00B653C5" w:rsidRDefault="00B653C5" w:rsidP="00B653C5"/>
    <w:p w14:paraId="677DDD97" w14:textId="62AACF9B" w:rsidR="00B653C5" w:rsidRDefault="00B653C5" w:rsidP="00B653C5"/>
    <w:p w14:paraId="4DEB60C6" w14:textId="77777777" w:rsidR="00B653C5" w:rsidRPr="00B653C5" w:rsidRDefault="00B653C5" w:rsidP="00B653C5"/>
    <w:p w14:paraId="2A118CBB" w14:textId="7E50BCBE" w:rsidR="00B653C5" w:rsidRPr="00B653C5" w:rsidRDefault="00B653C5" w:rsidP="00B653C5"/>
    <w:p w14:paraId="7A65CAEB" w14:textId="2E2689FD" w:rsidR="00B653C5" w:rsidRPr="00B653C5" w:rsidRDefault="00B653C5" w:rsidP="00B653C5"/>
    <w:p w14:paraId="1788890D" w14:textId="6BFE7EE7" w:rsidR="00B653C5" w:rsidRPr="00B653C5" w:rsidRDefault="00B653C5" w:rsidP="00B653C5"/>
    <w:p w14:paraId="1D575330" w14:textId="3A1F283D" w:rsidR="00B653C5" w:rsidRPr="00B653C5" w:rsidRDefault="00B653C5" w:rsidP="00B653C5"/>
    <w:p w14:paraId="585770CB" w14:textId="2D8F0446" w:rsidR="00B653C5" w:rsidRDefault="00B653C5" w:rsidP="00B653C5"/>
    <w:p w14:paraId="62A3B3D0" w14:textId="3D363038" w:rsidR="00B653C5" w:rsidRDefault="00B653C5" w:rsidP="00B653C5"/>
    <w:p w14:paraId="62E49F45" w14:textId="77BF0C7B" w:rsidR="00B653C5" w:rsidRDefault="00B653C5" w:rsidP="00B653C5"/>
    <w:p w14:paraId="774EB288" w14:textId="21240252" w:rsidR="00B653C5" w:rsidRDefault="00B653C5" w:rsidP="00B653C5"/>
    <w:p w14:paraId="7D79C174" w14:textId="42FF6BC9" w:rsidR="00B653C5" w:rsidRDefault="00B653C5" w:rsidP="00B653C5"/>
    <w:p w14:paraId="5BD6E68B" w14:textId="5E574B3F" w:rsidR="00B653C5" w:rsidRDefault="00B653C5" w:rsidP="00B653C5"/>
    <w:p w14:paraId="55EE872D" w14:textId="6D02A0DB" w:rsidR="00B653C5" w:rsidRPr="00B653C5" w:rsidRDefault="00B653C5" w:rsidP="00B653C5"/>
    <w:sectPr w:rsidR="00B653C5" w:rsidRPr="00B653C5" w:rsidSect="00B653C5">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DBE1B65" w14:textId="77777777" w:rsidR="00283578" w:rsidRDefault="00283578" w:rsidP="00283578">
      <w:pPr>
        <w:spacing w:after="0" w:line="240" w:lineRule="auto"/>
      </w:pPr>
      <w:r>
        <w:separator/>
      </w:r>
    </w:p>
  </w:endnote>
  <w:endnote w:type="continuationSeparator" w:id="0">
    <w:p w14:paraId="4342C883" w14:textId="77777777" w:rsidR="00283578" w:rsidRDefault="00283578" w:rsidP="0028357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 w:name="Comic Sans MS">
    <w:panose1 w:val="030F0702030302020204"/>
    <w:charset w:val="00"/>
    <w:family w:val="script"/>
    <w:pitch w:val="variable"/>
    <w:sig w:usb0="00000287" w:usb1="00000013" w:usb2="00000000" w:usb3="00000000" w:csb0="0000009F" w:csb1="00000000"/>
  </w:font>
  <w:font w:name="Letter-join 1">
    <w:panose1 w:val="02000505000000020003"/>
    <w:charset w:val="00"/>
    <w:family w:val="modern"/>
    <w:notTrueType/>
    <w:pitch w:val="variable"/>
    <w:sig w:usb0="8000002F" w:usb1="1000000B" w:usb2="00000000" w:usb3="00000000" w:csb0="00000001" w:csb1="00000000"/>
  </w:font>
  <w:font w:name="Arial">
    <w:panose1 w:val="020B0604020202020204"/>
    <w:charset w:val="00"/>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657741406"/>
      <w:docPartObj>
        <w:docPartGallery w:val="Page Numbers (Bottom of Page)"/>
        <w:docPartUnique/>
      </w:docPartObj>
    </w:sdtPr>
    <w:sdtEndPr>
      <w:rPr>
        <w:noProof/>
      </w:rPr>
    </w:sdtEndPr>
    <w:sdtContent>
      <w:p w14:paraId="6CA5466C" w14:textId="5496F548" w:rsidR="00D1548C" w:rsidRDefault="00D1548C">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4941EE1F" w14:textId="77777777" w:rsidR="00D1548C" w:rsidRDefault="00D1548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D02FDD8" w14:textId="77777777" w:rsidR="00283578" w:rsidRDefault="00283578" w:rsidP="00283578">
      <w:pPr>
        <w:spacing w:after="0" w:line="240" w:lineRule="auto"/>
      </w:pPr>
      <w:r>
        <w:separator/>
      </w:r>
    </w:p>
  </w:footnote>
  <w:footnote w:type="continuationSeparator" w:id="0">
    <w:p w14:paraId="02FCE078" w14:textId="77777777" w:rsidR="00283578" w:rsidRDefault="00283578" w:rsidP="0028357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483973416"/>
      <w:docPartObj>
        <w:docPartGallery w:val="Watermarks"/>
        <w:docPartUnique/>
      </w:docPartObj>
    </w:sdtPr>
    <w:sdtEndPr/>
    <w:sdtContent>
      <w:p w14:paraId="47DE8E72" w14:textId="77777777" w:rsidR="006E537C" w:rsidRDefault="00D1548C">
        <w:pPr>
          <w:pStyle w:val="Header"/>
        </w:pPr>
        <w:r>
          <w:rPr>
            <w:noProof/>
            <w:lang w:eastAsia="zh-TW"/>
          </w:rPr>
          <w:pict w14:anchorId="029C791A">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57831064" o:spid="_x0000_s2049" type="#_x0000_t136" style="position:absolute;margin-left:0;margin-top:0;width:412.4pt;height:247.45pt;rotation:315;z-index:-251658752;mso-position-horizontal:center;mso-position-horizontal-relative:margin;mso-position-vertical:center;mso-position-vertical-relative:margin" o:allowincell="f" fillcolor="silver" stroked="f">
              <v:fill opacity=".5"/>
              <v:textpath style="font-family:&quot;Calibri&quot;;font-size:1pt" string="DRAFT"/>
              <w10:wrap anchorx="margin" anchory="margin"/>
            </v:shape>
          </w:pict>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6"/>
  <w:proofState w:spelling="clean" w:grammar="clean"/>
  <w:defaultTabStop w:val="720"/>
  <w:characterSpacingControl w:val="doNotCompress"/>
  <w:hdrShapeDefaults>
    <o:shapedefaults v:ext="edit" spidmax="2050"/>
    <o:shapelayout v:ext="edit">
      <o:idmap v:ext="edit" data="2"/>
    </o:shapelayout>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7730"/>
    <w:rsid w:val="00034616"/>
    <w:rsid w:val="0006063C"/>
    <w:rsid w:val="000C4860"/>
    <w:rsid w:val="0015074B"/>
    <w:rsid w:val="00283578"/>
    <w:rsid w:val="0029639D"/>
    <w:rsid w:val="00326F90"/>
    <w:rsid w:val="00490471"/>
    <w:rsid w:val="00AA1D8D"/>
    <w:rsid w:val="00B47730"/>
    <w:rsid w:val="00B653C5"/>
    <w:rsid w:val="00BF2D56"/>
    <w:rsid w:val="00C75C33"/>
    <w:rsid w:val="00CB0664"/>
    <w:rsid w:val="00D1548C"/>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1"/>
    </o:shapelayout>
  </w:shapeDefaults>
  <w:decimalSymbol w:val="."/>
  <w:listSeparator w:val=","/>
  <w14:docId w14:val="1DA4E329"/>
  <w14:defaultImageDpi w14:val="300"/>
  <w15:docId w15:val="{664EADD5-189E-4460-9B34-777F7BEA36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4.emf"/><Relationship Id="rId18" Type="http://schemas.openxmlformats.org/officeDocument/2006/relationships/image" Target="media/image9.emf"/><Relationship Id="rId26" Type="http://schemas.openxmlformats.org/officeDocument/2006/relationships/image" Target="media/image17.emf"/><Relationship Id="rId3" Type="http://schemas.openxmlformats.org/officeDocument/2006/relationships/styles" Target="styles.xml"/><Relationship Id="rId21" Type="http://schemas.openxmlformats.org/officeDocument/2006/relationships/image" Target="media/image12.emf"/><Relationship Id="rId34"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image" Target="media/image3.emf"/><Relationship Id="rId17" Type="http://schemas.openxmlformats.org/officeDocument/2006/relationships/image" Target="media/image8.emf"/><Relationship Id="rId25" Type="http://schemas.openxmlformats.org/officeDocument/2006/relationships/image" Target="media/image16.emf"/><Relationship Id="rId33" Type="http://schemas.openxmlformats.org/officeDocument/2006/relationships/image" Target="media/image24.png"/><Relationship Id="rId2" Type="http://schemas.openxmlformats.org/officeDocument/2006/relationships/numbering" Target="numbering.xml"/><Relationship Id="rId16" Type="http://schemas.openxmlformats.org/officeDocument/2006/relationships/image" Target="media/image7.emf"/><Relationship Id="rId20" Type="http://schemas.openxmlformats.org/officeDocument/2006/relationships/image" Target="media/image11.emf"/><Relationship Id="rId29" Type="http://schemas.openxmlformats.org/officeDocument/2006/relationships/image" Target="media/image20.emf"/><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jpeg"/><Relationship Id="rId24" Type="http://schemas.openxmlformats.org/officeDocument/2006/relationships/image" Target="media/image15.emf"/><Relationship Id="rId32" Type="http://schemas.openxmlformats.org/officeDocument/2006/relationships/image" Target="media/image23.emf"/><Relationship Id="rId5" Type="http://schemas.openxmlformats.org/officeDocument/2006/relationships/webSettings" Target="webSettings.xml"/><Relationship Id="rId15" Type="http://schemas.openxmlformats.org/officeDocument/2006/relationships/image" Target="media/image6.emf"/><Relationship Id="rId23" Type="http://schemas.openxmlformats.org/officeDocument/2006/relationships/image" Target="media/image14.emf"/><Relationship Id="rId28" Type="http://schemas.openxmlformats.org/officeDocument/2006/relationships/image" Target="media/image19.emf"/><Relationship Id="rId10" Type="http://schemas.openxmlformats.org/officeDocument/2006/relationships/footer" Target="footer1.xml"/><Relationship Id="rId19" Type="http://schemas.openxmlformats.org/officeDocument/2006/relationships/image" Target="media/image10.emf"/><Relationship Id="rId31" Type="http://schemas.openxmlformats.org/officeDocument/2006/relationships/image" Target="media/image22.emf"/><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image" Target="media/image5.emf"/><Relationship Id="rId22" Type="http://schemas.openxmlformats.org/officeDocument/2006/relationships/image" Target="media/image13.emf"/><Relationship Id="rId27" Type="http://schemas.openxmlformats.org/officeDocument/2006/relationships/image" Target="media/image18.emf"/><Relationship Id="rId30" Type="http://schemas.openxmlformats.org/officeDocument/2006/relationships/image" Target="media/image21.emf"/><Relationship Id="rId35"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4EEC330-2BDF-4568-B028-D07FF75BF88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9</Pages>
  <Words>724</Words>
  <Characters>4131</Characters>
  <Application>Microsoft Office Word</Application>
  <DocSecurity>4</DocSecurity>
  <Lines>34</Lines>
  <Paragraphs>9</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4846</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Cornelius, Julie</cp:lastModifiedBy>
  <cp:revision>2</cp:revision>
  <dcterms:created xsi:type="dcterms:W3CDTF">2026-06-29T15:25:00Z</dcterms:created>
  <dcterms:modified xsi:type="dcterms:W3CDTF">2026-06-29T15:25:00Z</dcterms:modified>
  <cp:category/>
</cp:coreProperties>
</file>