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5BB81" w14:textId="0A9F373D" w:rsidR="00F82EAD" w:rsidRPr="006E0C34" w:rsidRDefault="00F82EAD" w:rsidP="00F82EAD">
      <w:pPr>
        <w:spacing w:after="0" w:line="240" w:lineRule="auto"/>
        <w:jc w:val="center"/>
        <w:rPr>
          <w:rFonts w:ascii="Comic Sans MS" w:eastAsia="Times New Roman" w:hAnsi="Comic Sans MS" w:cs="Times New Roman"/>
          <w:b/>
          <w:sz w:val="36"/>
          <w:szCs w:val="36"/>
          <w:u w:val="single"/>
        </w:rPr>
      </w:pPr>
      <w:r w:rsidRPr="006E0C34">
        <w:rPr>
          <w:rFonts w:ascii="Comic Sans MS" w:eastAsia="Times New Roman" w:hAnsi="Comic Sans MS" w:cs="Times New Roman"/>
          <w:b/>
          <w:sz w:val="36"/>
          <w:szCs w:val="36"/>
          <w:u w:val="single"/>
        </w:rPr>
        <w:t xml:space="preserve">William Cassidi Church of England </w:t>
      </w:r>
      <w:r w:rsidR="006E0C34" w:rsidRPr="006E0C34">
        <w:rPr>
          <w:rFonts w:ascii="Comic Sans MS" w:eastAsia="Times New Roman" w:hAnsi="Comic Sans MS" w:cs="Times New Roman"/>
          <w:b/>
          <w:sz w:val="36"/>
          <w:szCs w:val="36"/>
          <w:u w:val="single"/>
        </w:rPr>
        <w:t xml:space="preserve">Aided </w:t>
      </w:r>
      <w:r w:rsidRPr="006E0C34">
        <w:rPr>
          <w:rFonts w:ascii="Comic Sans MS" w:eastAsia="Times New Roman" w:hAnsi="Comic Sans MS" w:cs="Times New Roman"/>
          <w:b/>
          <w:sz w:val="36"/>
          <w:szCs w:val="36"/>
          <w:u w:val="single"/>
        </w:rPr>
        <w:t>Primary School</w:t>
      </w:r>
    </w:p>
    <w:p w14:paraId="33A708B9" w14:textId="77777777" w:rsidR="00F82EAD" w:rsidRPr="006E0C34" w:rsidRDefault="00F82EAD" w:rsidP="00F82EAD">
      <w:pPr>
        <w:spacing w:after="0" w:line="240" w:lineRule="auto"/>
        <w:jc w:val="center"/>
        <w:rPr>
          <w:rFonts w:ascii="Comic Sans MS" w:eastAsia="Times New Roman" w:hAnsi="Comic Sans MS" w:cs="Times New Roman"/>
          <w:b/>
          <w:sz w:val="36"/>
          <w:szCs w:val="36"/>
          <w:u w:val="single"/>
        </w:rPr>
      </w:pPr>
    </w:p>
    <w:p w14:paraId="2A067846" w14:textId="797BE6D7" w:rsidR="00F82EAD" w:rsidRPr="006E0C34" w:rsidRDefault="004D41C6" w:rsidP="00F82EAD">
      <w:pPr>
        <w:spacing w:after="0" w:line="240" w:lineRule="auto"/>
        <w:jc w:val="center"/>
        <w:rPr>
          <w:rFonts w:ascii="Comic Sans MS" w:eastAsia="Times New Roman" w:hAnsi="Comic Sans MS" w:cs="Times New Roman"/>
          <w:b/>
          <w:sz w:val="36"/>
          <w:szCs w:val="36"/>
          <w:u w:val="single"/>
        </w:rPr>
      </w:pPr>
      <w:r w:rsidRPr="006E0C34">
        <w:rPr>
          <w:rFonts w:ascii="Comic Sans MS" w:eastAsia="Times New Roman" w:hAnsi="Comic Sans MS" w:cs="Times New Roman"/>
          <w:b/>
          <w:sz w:val="36"/>
          <w:szCs w:val="36"/>
          <w:u w:val="single"/>
        </w:rPr>
        <w:t>Toileting and Intimate Care</w:t>
      </w:r>
      <w:r w:rsidR="00F82EAD" w:rsidRPr="006E0C34">
        <w:rPr>
          <w:rFonts w:ascii="Comic Sans MS" w:eastAsia="Times New Roman" w:hAnsi="Comic Sans MS" w:cs="Times New Roman"/>
          <w:b/>
          <w:sz w:val="36"/>
          <w:szCs w:val="36"/>
          <w:u w:val="single"/>
        </w:rPr>
        <w:t xml:space="preserve"> Policy Statement</w:t>
      </w:r>
    </w:p>
    <w:p w14:paraId="5540F1D1" w14:textId="77777777" w:rsidR="00F82EAD" w:rsidRPr="006E0C34" w:rsidRDefault="00F82EAD" w:rsidP="00F82EAD">
      <w:pPr>
        <w:spacing w:after="0" w:line="240" w:lineRule="auto"/>
        <w:jc w:val="center"/>
        <w:rPr>
          <w:rFonts w:ascii="Comic Sans MS" w:eastAsia="Times New Roman" w:hAnsi="Comic Sans MS" w:cs="Times New Roman"/>
          <w:b/>
          <w:sz w:val="36"/>
          <w:szCs w:val="36"/>
        </w:rPr>
      </w:pPr>
    </w:p>
    <w:p w14:paraId="3789B758" w14:textId="77777777" w:rsidR="00F82EAD" w:rsidRPr="006E0C34" w:rsidRDefault="00F82EAD" w:rsidP="00F82EAD">
      <w:pPr>
        <w:spacing w:after="0" w:line="240" w:lineRule="auto"/>
        <w:jc w:val="center"/>
        <w:rPr>
          <w:rFonts w:ascii="Comic Sans MS" w:eastAsia="Times New Roman" w:hAnsi="Comic Sans MS" w:cs="Times New Roman"/>
          <w:b/>
          <w:i/>
          <w:sz w:val="36"/>
          <w:szCs w:val="36"/>
        </w:rPr>
      </w:pPr>
      <w:r w:rsidRPr="006E0C34">
        <w:rPr>
          <w:rFonts w:ascii="Comic Sans MS" w:eastAsia="Times New Roman" w:hAnsi="Comic Sans MS" w:cs="Times New Roman"/>
          <w:b/>
          <w:i/>
          <w:sz w:val="36"/>
          <w:szCs w:val="36"/>
        </w:rPr>
        <w:t>‘Life in all Fullness’</w:t>
      </w:r>
    </w:p>
    <w:p w14:paraId="394B6B55" w14:textId="77777777" w:rsidR="00F82EAD" w:rsidRPr="006E0C34" w:rsidRDefault="00F82EAD" w:rsidP="00F82EAD">
      <w:pPr>
        <w:spacing w:after="0" w:line="240" w:lineRule="auto"/>
        <w:jc w:val="center"/>
        <w:rPr>
          <w:rFonts w:ascii="Comic Sans MS" w:eastAsia="Times New Roman" w:hAnsi="Comic Sans MS" w:cs="Times New Roman"/>
          <w:b/>
          <w:i/>
          <w:sz w:val="36"/>
          <w:szCs w:val="36"/>
        </w:rPr>
      </w:pPr>
      <w:r w:rsidRPr="006E0C34">
        <w:rPr>
          <w:rFonts w:ascii="Comic Sans MS" w:eastAsia="Times New Roman" w:hAnsi="Comic Sans MS" w:cs="Times New Roman"/>
          <w:b/>
          <w:i/>
          <w:sz w:val="36"/>
          <w:szCs w:val="36"/>
        </w:rPr>
        <w:t>(John 10:10)</w:t>
      </w:r>
    </w:p>
    <w:p w14:paraId="1D6176D8"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F190393"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DAB06B4"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652CFB3C" w14:textId="77777777" w:rsidR="00F82EAD" w:rsidRPr="003D01EC" w:rsidRDefault="00F82EAD" w:rsidP="00F82EAD">
      <w:pPr>
        <w:spacing w:after="0" w:line="240" w:lineRule="auto"/>
        <w:jc w:val="center"/>
        <w:rPr>
          <w:rFonts w:ascii="Letter-join 1" w:eastAsia="Times New Roman" w:hAnsi="Letter-join 1" w:cs="Times New Roman"/>
          <w:b/>
          <w:sz w:val="24"/>
          <w:szCs w:val="24"/>
        </w:rPr>
      </w:pPr>
      <w:r w:rsidRPr="003D01EC">
        <w:rPr>
          <w:rFonts w:ascii="Letter-join 1" w:hAnsi="Letter-join 1"/>
          <w:b/>
          <w:noProof/>
        </w:rPr>
        <w:drawing>
          <wp:inline distT="0" distB="0" distL="0" distR="0" wp14:anchorId="3C3FFCB2" wp14:editId="7DCE083C">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21323" cy="2654432"/>
                    </a:xfrm>
                    <a:prstGeom prst="rect">
                      <a:avLst/>
                    </a:prstGeom>
                  </pic:spPr>
                </pic:pic>
              </a:graphicData>
            </a:graphic>
          </wp:inline>
        </w:drawing>
      </w:r>
    </w:p>
    <w:p w14:paraId="09AF1075"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1C16FBF3"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8CC4988"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102DBF59"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4612841C" w14:textId="3ECF3DAB" w:rsidR="00F82EAD" w:rsidRDefault="00F82EAD" w:rsidP="00F82EAD">
      <w:pPr>
        <w:spacing w:after="0" w:line="240" w:lineRule="auto"/>
        <w:rPr>
          <w:rFonts w:ascii="Letter-join 1" w:eastAsia="Times New Roman" w:hAnsi="Letter-join 1" w:cs="Times New Roman"/>
          <w:b/>
          <w:sz w:val="20"/>
          <w:szCs w:val="20"/>
        </w:rPr>
      </w:pPr>
    </w:p>
    <w:p w14:paraId="2F7D91F4" w14:textId="7F550664" w:rsidR="002649D5" w:rsidRDefault="002649D5" w:rsidP="00F82EAD">
      <w:pPr>
        <w:spacing w:after="0" w:line="240" w:lineRule="auto"/>
        <w:rPr>
          <w:rFonts w:ascii="Letter-join 1" w:eastAsia="Times New Roman" w:hAnsi="Letter-join 1" w:cs="Times New Roman"/>
          <w:b/>
          <w:sz w:val="20"/>
          <w:szCs w:val="20"/>
        </w:rPr>
      </w:pPr>
    </w:p>
    <w:p w14:paraId="1424D049" w14:textId="63573D96" w:rsidR="002649D5" w:rsidRDefault="002649D5" w:rsidP="00F82EAD">
      <w:pPr>
        <w:spacing w:after="0" w:line="240" w:lineRule="auto"/>
        <w:rPr>
          <w:rFonts w:ascii="Letter-join 1" w:eastAsia="Times New Roman" w:hAnsi="Letter-join 1" w:cs="Times New Roman"/>
          <w:b/>
          <w:sz w:val="20"/>
          <w:szCs w:val="20"/>
        </w:rPr>
      </w:pPr>
    </w:p>
    <w:p w14:paraId="24E27EC2" w14:textId="20259519" w:rsidR="002649D5" w:rsidRPr="006E0C34" w:rsidRDefault="002649D5" w:rsidP="00F82EAD">
      <w:pPr>
        <w:spacing w:after="0" w:line="240" w:lineRule="auto"/>
        <w:rPr>
          <w:rFonts w:ascii="Comic Sans MS" w:eastAsia="Times New Roman" w:hAnsi="Comic Sans MS" w:cs="Times New Roman"/>
          <w:b/>
          <w:sz w:val="20"/>
          <w:szCs w:val="20"/>
        </w:rPr>
      </w:pPr>
    </w:p>
    <w:p w14:paraId="5CD59189" w14:textId="77777777" w:rsidR="002649D5" w:rsidRPr="006E0C34" w:rsidRDefault="002649D5" w:rsidP="00F82EAD">
      <w:pPr>
        <w:spacing w:after="0" w:line="240" w:lineRule="auto"/>
        <w:rPr>
          <w:rFonts w:ascii="Comic Sans MS" w:eastAsia="Times New Roman" w:hAnsi="Comic Sans MS" w:cs="Times New Roman"/>
          <w:b/>
          <w:sz w:val="20"/>
          <w:szCs w:val="20"/>
        </w:rPr>
      </w:pPr>
    </w:p>
    <w:p w14:paraId="4F630AA6" w14:textId="77777777" w:rsidR="00F82EAD" w:rsidRPr="006E0C34" w:rsidRDefault="00F82EAD" w:rsidP="00F82EAD">
      <w:pPr>
        <w:spacing w:after="0" w:line="240" w:lineRule="auto"/>
        <w:jc w:val="center"/>
        <w:rPr>
          <w:rFonts w:ascii="Comic Sans MS" w:eastAsia="Times New Roman" w:hAnsi="Comic Sans MS" w:cs="Arial"/>
          <w:sz w:val="20"/>
          <w:szCs w:val="20"/>
          <w:lang w:eastAsia="en-GB"/>
        </w:rPr>
      </w:pPr>
      <w:r w:rsidRPr="006E0C34">
        <w:rPr>
          <w:rFonts w:ascii="Comic Sans MS" w:eastAsia="Times New Roman" w:hAnsi="Comic Sans MS" w:cs="Arial"/>
          <w:color w:val="000000"/>
          <w:sz w:val="20"/>
          <w:szCs w:val="20"/>
          <w:shd w:val="clear" w:color="auto" w:fill="FFFFFF"/>
          <w:lang w:eastAsia="en-GB"/>
        </w:rPr>
        <w:t>As a school,</w:t>
      </w:r>
      <w:r w:rsidRPr="006E0C34">
        <w:rPr>
          <w:rFonts w:ascii="Comic Sans MS" w:eastAsia="Times New Roman" w:hAnsi="Comic Sans MS" w:cs="Calibri"/>
          <w:color w:val="000000"/>
          <w:sz w:val="20"/>
          <w:szCs w:val="20"/>
          <w:shd w:val="clear" w:color="auto" w:fill="FFFFFF"/>
          <w:lang w:eastAsia="en-GB"/>
        </w:rPr>
        <w:t> </w:t>
      </w:r>
      <w:r w:rsidRPr="006E0C34">
        <w:rPr>
          <w:rFonts w:ascii="Comic Sans MS" w:eastAsia="Times New Roman" w:hAnsi="Comic Sans MS" w:cs="Arial"/>
          <w:color w:val="000000"/>
          <w:sz w:val="20"/>
          <w:szCs w:val="20"/>
          <w:shd w:val="clear" w:color="auto" w:fill="FFFFFF"/>
          <w:lang w:eastAsia="en-GB"/>
        </w:rPr>
        <w:t>we want to provide our learners with the very best education. To let them experience life in all its fullness and living with all their heart. Our main core value of love underpins all that we do.  Our school is Christ-</w:t>
      </w:r>
      <w:proofErr w:type="spellStart"/>
      <w:r w:rsidRPr="006E0C34">
        <w:rPr>
          <w:rFonts w:ascii="Comic Sans MS" w:eastAsia="Times New Roman" w:hAnsi="Comic Sans MS" w:cs="Arial"/>
          <w:color w:val="000000"/>
          <w:sz w:val="20"/>
          <w:szCs w:val="20"/>
          <w:shd w:val="clear" w:color="auto" w:fill="FFFFFF"/>
          <w:lang w:eastAsia="en-GB"/>
        </w:rPr>
        <w:t>centred</w:t>
      </w:r>
      <w:proofErr w:type="spellEnd"/>
      <w:r w:rsidRPr="006E0C34">
        <w:rPr>
          <w:rFonts w:ascii="Comic Sans MS" w:eastAsia="Times New Roman" w:hAnsi="Comic Sans MS" w:cs="Arial"/>
          <w:color w:val="000000"/>
          <w:sz w:val="20"/>
          <w:szCs w:val="20"/>
          <w:shd w:val="clear" w:color="auto" w:fill="FFFFFF"/>
          <w:lang w:eastAsia="en-GB"/>
        </w:rPr>
        <w:t xml:space="preserve">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w:t>
      </w:r>
      <w:proofErr w:type="spellStart"/>
      <w:r w:rsidRPr="006E0C34">
        <w:rPr>
          <w:rFonts w:ascii="Comic Sans MS" w:eastAsia="Times New Roman" w:hAnsi="Comic Sans MS" w:cs="Arial"/>
          <w:color w:val="000000"/>
          <w:sz w:val="20"/>
          <w:szCs w:val="20"/>
          <w:shd w:val="clear" w:color="auto" w:fill="FFFFFF"/>
          <w:lang w:eastAsia="en-GB"/>
        </w:rPr>
        <w:t>recognise</w:t>
      </w:r>
      <w:proofErr w:type="spellEnd"/>
      <w:r w:rsidRPr="006E0C34">
        <w:rPr>
          <w:rFonts w:ascii="Comic Sans MS" w:eastAsia="Times New Roman" w:hAnsi="Comic Sans MS" w:cs="Arial"/>
          <w:color w:val="000000"/>
          <w:sz w:val="20"/>
          <w:szCs w:val="20"/>
          <w:shd w:val="clear" w:color="auto" w:fill="FFFFFF"/>
          <w:lang w:eastAsia="en-GB"/>
        </w:rPr>
        <w:t xml:space="preserve"> that they are precious, loved and valued.</w:t>
      </w:r>
    </w:p>
    <w:p w14:paraId="29CC8356" w14:textId="77777777" w:rsidR="006E0C34" w:rsidRDefault="006E0C34" w:rsidP="002E1E98">
      <w:pPr>
        <w:pStyle w:val="Heading2"/>
        <w:rPr>
          <w:rFonts w:ascii="Comic Sans MS" w:hAnsi="Comic Sans MS"/>
          <w:sz w:val="20"/>
          <w:szCs w:val="20"/>
        </w:rPr>
      </w:pPr>
    </w:p>
    <w:p w14:paraId="745AD146" w14:textId="5CFB2522" w:rsidR="002E1E98" w:rsidRPr="006E0C34" w:rsidRDefault="002E1E98" w:rsidP="002E1E98">
      <w:pPr>
        <w:pStyle w:val="Heading2"/>
        <w:rPr>
          <w:rFonts w:ascii="Comic Sans MS" w:hAnsi="Comic Sans MS"/>
          <w:sz w:val="20"/>
          <w:szCs w:val="20"/>
        </w:rPr>
      </w:pPr>
      <w:r w:rsidRPr="006E0C34">
        <w:rPr>
          <w:rFonts w:ascii="Comic Sans MS" w:hAnsi="Comic Sans MS"/>
          <w:sz w:val="20"/>
          <w:szCs w:val="20"/>
        </w:rPr>
        <w:t>EYFS Toileting, Continence and Intimate Care Policy</w:t>
      </w:r>
    </w:p>
    <w:p w14:paraId="546EB2D8" w14:textId="77777777" w:rsidR="00210E0D" w:rsidRPr="006E0C34" w:rsidRDefault="00210E0D" w:rsidP="00210E0D">
      <w:pPr>
        <w:rPr>
          <w:rFonts w:ascii="Comic Sans MS" w:hAnsi="Comic Sans MS"/>
          <w:sz w:val="20"/>
          <w:szCs w:val="20"/>
        </w:rPr>
      </w:pPr>
    </w:p>
    <w:p w14:paraId="5F1F4CA0" w14:textId="7F394DE8"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Introduction</w:t>
      </w:r>
    </w:p>
    <w:p w14:paraId="4ECB8AF0" w14:textId="49E443E4" w:rsidR="00210E0D" w:rsidRPr="006E0C34" w:rsidRDefault="00210E0D" w:rsidP="006E0C34">
      <w:pPr>
        <w:spacing w:line="240" w:lineRule="auto"/>
        <w:jc w:val="both"/>
        <w:rPr>
          <w:rFonts w:ascii="Comic Sans MS" w:hAnsi="Comic Sans MS"/>
          <w:sz w:val="20"/>
          <w:szCs w:val="20"/>
        </w:rPr>
      </w:pPr>
      <w:r w:rsidRPr="006E0C34">
        <w:rPr>
          <w:rFonts w:ascii="Comic Sans MS" w:hAnsi="Comic Sans MS"/>
          <w:sz w:val="20"/>
          <w:szCs w:val="20"/>
        </w:rPr>
        <w:t xml:space="preserve">This policy sets out William Cassidi C of E Aided Primary School’s approach to toileting and intimate care, ensuring the highest standards of safeguarding, dignity, and inclusion for all children. It is informed by the Early Years Foundation Stage (EYFS) Statutory Framework and meets the expectations of the </w:t>
      </w:r>
      <w:proofErr w:type="spellStart"/>
      <w:r w:rsidRPr="006E0C34">
        <w:rPr>
          <w:rFonts w:ascii="Comic Sans MS" w:hAnsi="Comic Sans MS"/>
          <w:sz w:val="20"/>
          <w:szCs w:val="20"/>
        </w:rPr>
        <w:t>Ofsted</w:t>
      </w:r>
      <w:proofErr w:type="spellEnd"/>
      <w:r w:rsidRPr="006E0C34">
        <w:rPr>
          <w:rFonts w:ascii="Comic Sans MS" w:hAnsi="Comic Sans MS"/>
          <w:sz w:val="20"/>
          <w:szCs w:val="20"/>
        </w:rPr>
        <w:t xml:space="preserve"> Education Inspection Framework (EIF), as well as all relevant statutory guidance and legislation. The policy applies to all staff and children within the school and is designed to promote independence, personal development, and the wellbeing of every pupil, including those with special educational needs and disabilities (SEND).</w:t>
      </w:r>
    </w:p>
    <w:p w14:paraId="719DF9D8"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Aims</w:t>
      </w:r>
    </w:p>
    <w:p w14:paraId="5486B972"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To safeguard and promote the welfare, dignity, and privacy of all children during toileting and intimate care.</w:t>
      </w:r>
    </w:p>
    <w:p w14:paraId="4F852C7F"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To support children’s independence in self-care and personal hygiene as part of their personal, social, and emotional development.</w:t>
      </w:r>
    </w:p>
    <w:p w14:paraId="4308D50F"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To ensure inclusive practice, making reasonable adjustments for children with SEND or medical needs.</w:t>
      </w:r>
    </w:p>
    <w:p w14:paraId="44E280E2"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To provide clear procedures for intimate care, including safeguarding, consent, and confidentiality.</w:t>
      </w:r>
    </w:p>
    <w:p w14:paraId="40772F2D"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 xml:space="preserve">To foster strong partnerships with parents and </w:t>
      </w:r>
      <w:proofErr w:type="spellStart"/>
      <w:r w:rsidRPr="006E0C34">
        <w:rPr>
          <w:rFonts w:ascii="Comic Sans MS" w:hAnsi="Comic Sans MS"/>
          <w:sz w:val="20"/>
          <w:szCs w:val="20"/>
        </w:rPr>
        <w:t>carers</w:t>
      </w:r>
      <w:proofErr w:type="spellEnd"/>
      <w:r w:rsidRPr="006E0C34">
        <w:rPr>
          <w:rFonts w:ascii="Comic Sans MS" w:hAnsi="Comic Sans MS"/>
          <w:sz w:val="20"/>
          <w:szCs w:val="20"/>
        </w:rPr>
        <w:t xml:space="preserve"> in planning and delivering intimate care.</w:t>
      </w:r>
    </w:p>
    <w:p w14:paraId="3759995B"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To ensure staff are trained, confident, and competent in delivering safe and respectful intimate care.</w:t>
      </w:r>
    </w:p>
    <w:p w14:paraId="035D00E5"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Statutory Requirements</w:t>
      </w:r>
    </w:p>
    <w:p w14:paraId="21F7F396"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Compliance with the EYFS Statutory Framework (2023): supporting children to manage their own hygiene and personal needs, providing safe and hygienic facilities, and ensuring staff training.</w:t>
      </w:r>
    </w:p>
    <w:p w14:paraId="40488348"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Adherence to the Children Act 1989 &amp; 2004: safeguarding and promoting the welfare of children.</w:t>
      </w:r>
    </w:p>
    <w:p w14:paraId="38E12711"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Implementation of the Equality Act 2010: making reasonable adjustments for children with SEND or medical needs.</w:t>
      </w:r>
    </w:p>
    <w:p w14:paraId="30A47CB6"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Fulfilment of the SEND Code of Practice (2015): providing appropriate support and individual care plans for children with additional needs.</w:t>
      </w:r>
    </w:p>
    <w:p w14:paraId="31511B2C"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Observance of the Health and Safety at Work Act 1974: ensuring safe working practices, infection control, and use of PPE.</w:t>
      </w:r>
    </w:p>
    <w:p w14:paraId="0F8C44A6"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lastRenderedPageBreak/>
        <w:t>•</w:t>
      </w:r>
      <w:r w:rsidRPr="006E0C34">
        <w:rPr>
          <w:rFonts w:ascii="Comic Sans MS" w:hAnsi="Comic Sans MS"/>
          <w:sz w:val="20"/>
          <w:szCs w:val="20"/>
        </w:rPr>
        <w:tab/>
        <w:t>Alignment with DfE Statutory Guidance: Keeping Children Safe in Education (2023): robust safeguarding procedures for intimate care.</w:t>
      </w:r>
    </w:p>
    <w:p w14:paraId="133249BB"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Integration with Working Together to Safeguard Children (2018): linking intimate care to wider safeguarding procedures.</w:t>
      </w:r>
    </w:p>
    <w:p w14:paraId="0B4351F8"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Protection of personal data under GDPR/Data Protection Act 2018: maintaining confidentiality of records and information.</w:t>
      </w:r>
    </w:p>
    <w:p w14:paraId="30AC5210"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Curriculum Coverage</w:t>
      </w:r>
    </w:p>
    <w:p w14:paraId="5DD507C7"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 xml:space="preserve">Toileting and intimate care education </w:t>
      </w:r>
      <w:proofErr w:type="gramStart"/>
      <w:r w:rsidRPr="006E0C34">
        <w:rPr>
          <w:rFonts w:ascii="Comic Sans MS" w:hAnsi="Comic Sans MS"/>
          <w:sz w:val="20"/>
          <w:szCs w:val="20"/>
        </w:rPr>
        <w:t>is</w:t>
      </w:r>
      <w:proofErr w:type="gramEnd"/>
      <w:r w:rsidRPr="006E0C34">
        <w:rPr>
          <w:rFonts w:ascii="Comic Sans MS" w:hAnsi="Comic Sans MS"/>
          <w:sz w:val="20"/>
          <w:szCs w:val="20"/>
        </w:rPr>
        <w:t xml:space="preserve"> embedded within the broader curriculum, particularly through:</w:t>
      </w:r>
    </w:p>
    <w:p w14:paraId="50984093"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Personal, Social and Emotional Development (PSED): fostering independence, confidence, and understanding of personal boundaries.</w:t>
      </w:r>
    </w:p>
    <w:p w14:paraId="7BF214BA"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Physical Development: supporting children to develop self-care skills, including toileting, handwashing, and dressing.</w:t>
      </w:r>
    </w:p>
    <w:p w14:paraId="11120ECC"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Knowledge of privacy, consent, and healthy routines: teaching children about safe practices and respect for themselves and others.</w:t>
      </w:r>
    </w:p>
    <w:p w14:paraId="7CCE58E2"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Gradual progression from adult-led support to increasing independence, tailored to individual needs and stages of development.</w:t>
      </w:r>
    </w:p>
    <w:p w14:paraId="1334DFD3"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Ongoing support for children with SEND or medical needs, ensuring access to appropriate facilities and care.</w:t>
      </w:r>
    </w:p>
    <w:p w14:paraId="6E7B4FBB"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Curriculum Implementation</w:t>
      </w:r>
    </w:p>
    <w:p w14:paraId="57A7E6CA" w14:textId="77777777" w:rsidR="004276D3" w:rsidRPr="006E0C34" w:rsidRDefault="00210E0D" w:rsidP="00210E0D">
      <w:pPr>
        <w:spacing w:line="240" w:lineRule="auto"/>
        <w:rPr>
          <w:rFonts w:ascii="Comic Sans MS" w:hAnsi="Comic Sans MS"/>
          <w:sz w:val="20"/>
          <w:szCs w:val="20"/>
        </w:rPr>
      </w:pPr>
      <w:r w:rsidRPr="006E0C34">
        <w:rPr>
          <w:rFonts w:ascii="Comic Sans MS" w:hAnsi="Comic Sans MS"/>
          <w:b/>
          <w:bCs/>
          <w:sz w:val="20"/>
          <w:szCs w:val="20"/>
        </w:rPr>
        <w:t>Planning:</w:t>
      </w:r>
      <w:r w:rsidRPr="006E0C34">
        <w:rPr>
          <w:rFonts w:ascii="Comic Sans MS" w:hAnsi="Comic Sans MS"/>
          <w:sz w:val="20"/>
          <w:szCs w:val="20"/>
        </w:rPr>
        <w:t xml:space="preserve"> </w:t>
      </w:r>
    </w:p>
    <w:p w14:paraId="0BAEADFA" w14:textId="1F714670"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Toileting and intimate care are planned as part of daily routines and the wider curriculum, with individual care plans for children who require additional support.</w:t>
      </w:r>
    </w:p>
    <w:p w14:paraId="4754F8CE" w14:textId="371A041C" w:rsidR="00210E0D" w:rsidRPr="006E0C34" w:rsidRDefault="00210E0D" w:rsidP="00210E0D">
      <w:pPr>
        <w:spacing w:line="240" w:lineRule="auto"/>
        <w:rPr>
          <w:rFonts w:ascii="Comic Sans MS" w:hAnsi="Comic Sans MS"/>
          <w:sz w:val="20"/>
          <w:szCs w:val="20"/>
        </w:rPr>
      </w:pPr>
      <w:r w:rsidRPr="006E0C34">
        <w:rPr>
          <w:rFonts w:ascii="Comic Sans MS" w:hAnsi="Comic Sans MS"/>
          <w:b/>
          <w:bCs/>
          <w:sz w:val="20"/>
          <w:szCs w:val="20"/>
        </w:rPr>
        <w:t>Teaching Approaches:</w:t>
      </w:r>
    </w:p>
    <w:p w14:paraId="21D9DE64"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Modelling and scaffolding self-care skills.</w:t>
      </w:r>
    </w:p>
    <w:p w14:paraId="3E3556DA"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Encouraging independence while providing sensitive support as needed.</w:t>
      </w:r>
    </w:p>
    <w:p w14:paraId="1F51CFB3"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Using age-appropriate language and resources to teach about privacy, hygiene, and consent.</w:t>
      </w:r>
    </w:p>
    <w:p w14:paraId="2099CC16" w14:textId="758F176A"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Promoting a child-cent</w:t>
      </w:r>
      <w:r w:rsidR="00716A8F" w:rsidRPr="006E0C34">
        <w:rPr>
          <w:rFonts w:ascii="Comic Sans MS" w:hAnsi="Comic Sans MS"/>
          <w:sz w:val="20"/>
          <w:szCs w:val="20"/>
        </w:rPr>
        <w:t>e</w:t>
      </w:r>
      <w:r w:rsidRPr="006E0C34">
        <w:rPr>
          <w:rFonts w:ascii="Comic Sans MS" w:hAnsi="Comic Sans MS"/>
          <w:sz w:val="20"/>
          <w:szCs w:val="20"/>
        </w:rPr>
        <w:t>red approach, involving children in decisions about their care.</w:t>
      </w:r>
    </w:p>
    <w:p w14:paraId="47373B76" w14:textId="016CE3F2" w:rsidR="00210E0D" w:rsidRPr="006E0C34" w:rsidRDefault="00210E0D" w:rsidP="00210E0D">
      <w:pPr>
        <w:spacing w:line="240" w:lineRule="auto"/>
        <w:rPr>
          <w:rFonts w:ascii="Comic Sans MS" w:hAnsi="Comic Sans MS"/>
          <w:b/>
          <w:bCs/>
          <w:sz w:val="20"/>
          <w:szCs w:val="20"/>
        </w:rPr>
      </w:pPr>
      <w:r w:rsidRPr="006E0C34">
        <w:rPr>
          <w:rFonts w:ascii="Comic Sans MS" w:hAnsi="Comic Sans MS"/>
          <w:b/>
          <w:bCs/>
          <w:sz w:val="20"/>
          <w:szCs w:val="20"/>
        </w:rPr>
        <w:t>Resources:</w:t>
      </w:r>
    </w:p>
    <w:p w14:paraId="2CF1050C"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Accessible, hygienic, and well-equipped toileting facilities.</w:t>
      </w:r>
    </w:p>
    <w:p w14:paraId="355B5568"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Personal protective equipment (PPE) and infection control materials.</w:t>
      </w:r>
    </w:p>
    <w:p w14:paraId="0BE84B87"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Visual supports and communication aids for children with additional needs.</w:t>
      </w:r>
    </w:p>
    <w:p w14:paraId="69A63E3A" w14:textId="1291C057" w:rsidR="00210E0D" w:rsidRPr="006E0C34" w:rsidRDefault="00210E0D" w:rsidP="00210E0D">
      <w:pPr>
        <w:spacing w:line="240" w:lineRule="auto"/>
        <w:rPr>
          <w:rFonts w:ascii="Comic Sans MS" w:hAnsi="Comic Sans MS"/>
          <w:b/>
          <w:bCs/>
          <w:sz w:val="20"/>
          <w:szCs w:val="20"/>
        </w:rPr>
      </w:pPr>
      <w:r w:rsidRPr="006E0C34">
        <w:rPr>
          <w:rFonts w:ascii="Comic Sans MS" w:hAnsi="Comic Sans MS"/>
          <w:b/>
          <w:bCs/>
          <w:sz w:val="20"/>
          <w:szCs w:val="20"/>
        </w:rPr>
        <w:lastRenderedPageBreak/>
        <w:t>Partnership with Parents/</w:t>
      </w:r>
      <w:proofErr w:type="spellStart"/>
      <w:r w:rsidRPr="006E0C34">
        <w:rPr>
          <w:rFonts w:ascii="Comic Sans MS" w:hAnsi="Comic Sans MS"/>
          <w:b/>
          <w:bCs/>
          <w:sz w:val="20"/>
          <w:szCs w:val="20"/>
        </w:rPr>
        <w:t>Carers</w:t>
      </w:r>
      <w:proofErr w:type="spellEnd"/>
      <w:r w:rsidRPr="006E0C34">
        <w:rPr>
          <w:rFonts w:ascii="Comic Sans MS" w:hAnsi="Comic Sans MS"/>
          <w:b/>
          <w:bCs/>
          <w:sz w:val="20"/>
          <w:szCs w:val="20"/>
        </w:rPr>
        <w:t>:</w:t>
      </w:r>
    </w:p>
    <w:p w14:paraId="29AE1C26"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Collaborative care planning and regular communication.</w:t>
      </w:r>
    </w:p>
    <w:p w14:paraId="177AB8EC"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Obtaining and recording parental consent for intimate care.</w:t>
      </w:r>
    </w:p>
    <w:p w14:paraId="5A14E46A"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Assessment</w:t>
      </w:r>
    </w:p>
    <w:p w14:paraId="6E8B9690" w14:textId="5F9B8561" w:rsidR="00210E0D" w:rsidRPr="006E0C34" w:rsidRDefault="00210E0D" w:rsidP="00210E0D">
      <w:pPr>
        <w:spacing w:line="240" w:lineRule="auto"/>
        <w:rPr>
          <w:rFonts w:ascii="Comic Sans MS" w:hAnsi="Comic Sans MS"/>
          <w:b/>
          <w:bCs/>
          <w:sz w:val="20"/>
          <w:szCs w:val="20"/>
        </w:rPr>
      </w:pPr>
      <w:r w:rsidRPr="006E0C34">
        <w:rPr>
          <w:rFonts w:ascii="Comic Sans MS" w:hAnsi="Comic Sans MS"/>
          <w:b/>
          <w:bCs/>
          <w:sz w:val="20"/>
          <w:szCs w:val="20"/>
        </w:rPr>
        <w:t>Formative Assessment:</w:t>
      </w:r>
    </w:p>
    <w:p w14:paraId="7C1C0D44"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Ongoing observation of children’s self-care skills as part of daily practice.</w:t>
      </w:r>
    </w:p>
    <w:p w14:paraId="5B35ECC0"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Recording progress in toileting and independence within learning journals or assessment records.</w:t>
      </w:r>
    </w:p>
    <w:p w14:paraId="3EC8761D" w14:textId="26A73F66" w:rsidR="00210E0D" w:rsidRPr="006E0C34" w:rsidRDefault="00210E0D" w:rsidP="00210E0D">
      <w:pPr>
        <w:spacing w:line="240" w:lineRule="auto"/>
        <w:rPr>
          <w:rFonts w:ascii="Comic Sans MS" w:hAnsi="Comic Sans MS"/>
          <w:b/>
          <w:bCs/>
          <w:sz w:val="20"/>
          <w:szCs w:val="20"/>
        </w:rPr>
      </w:pPr>
      <w:r w:rsidRPr="006E0C34">
        <w:rPr>
          <w:rFonts w:ascii="Comic Sans MS" w:hAnsi="Comic Sans MS"/>
          <w:b/>
          <w:bCs/>
          <w:sz w:val="20"/>
          <w:szCs w:val="20"/>
        </w:rPr>
        <w:t>Summative Assessment:</w:t>
      </w:r>
    </w:p>
    <w:p w14:paraId="2B6813BF"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Reporting on children’s attainment of Early Learning Goals for PSED and Physical Development at the end of EYFS.</w:t>
      </w:r>
    </w:p>
    <w:p w14:paraId="52CA5EBA"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Reviewing and updating individual care plans for children with SEND or medical needs.</w:t>
      </w:r>
    </w:p>
    <w:p w14:paraId="38A0E554" w14:textId="727E13EF" w:rsidR="00210E0D" w:rsidRPr="006E0C34" w:rsidRDefault="00210E0D" w:rsidP="00210E0D">
      <w:pPr>
        <w:spacing w:line="240" w:lineRule="auto"/>
        <w:rPr>
          <w:rFonts w:ascii="Comic Sans MS" w:hAnsi="Comic Sans MS"/>
          <w:b/>
          <w:bCs/>
          <w:sz w:val="20"/>
          <w:szCs w:val="20"/>
        </w:rPr>
      </w:pPr>
      <w:r w:rsidRPr="006E0C34">
        <w:rPr>
          <w:rFonts w:ascii="Comic Sans MS" w:hAnsi="Comic Sans MS"/>
          <w:b/>
          <w:bCs/>
          <w:sz w:val="20"/>
          <w:szCs w:val="20"/>
        </w:rPr>
        <w:t>Feedback:</w:t>
      </w:r>
    </w:p>
    <w:p w14:paraId="0F8AA69A" w14:textId="2153AC89"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Seeking input from parents/</w:t>
      </w:r>
      <w:proofErr w:type="spellStart"/>
      <w:r w:rsidRPr="006E0C34">
        <w:rPr>
          <w:rFonts w:ascii="Comic Sans MS" w:hAnsi="Comic Sans MS"/>
          <w:sz w:val="20"/>
          <w:szCs w:val="20"/>
        </w:rPr>
        <w:t>carers</w:t>
      </w:r>
      <w:proofErr w:type="spellEnd"/>
      <w:r w:rsidRPr="006E0C34">
        <w:rPr>
          <w:rFonts w:ascii="Comic Sans MS" w:hAnsi="Comic Sans MS"/>
          <w:sz w:val="20"/>
          <w:szCs w:val="20"/>
        </w:rPr>
        <w:t xml:space="preserve"> and, where appropriate, the child, to inform assessment and planning.</w:t>
      </w:r>
    </w:p>
    <w:p w14:paraId="220EC2F0" w14:textId="2B592963" w:rsidR="004D41C6" w:rsidRPr="006E0C34" w:rsidRDefault="004D41C6" w:rsidP="00210E0D">
      <w:pPr>
        <w:spacing w:line="240" w:lineRule="auto"/>
        <w:rPr>
          <w:rFonts w:ascii="Comic Sans MS" w:hAnsi="Comic Sans MS"/>
          <w:sz w:val="20"/>
          <w:szCs w:val="20"/>
        </w:rPr>
      </w:pPr>
    </w:p>
    <w:p w14:paraId="16957749" w14:textId="7F0DE775" w:rsidR="004D41C6" w:rsidRPr="006E0C34" w:rsidRDefault="004D41C6" w:rsidP="00210E0D">
      <w:pPr>
        <w:spacing w:line="240" w:lineRule="auto"/>
        <w:rPr>
          <w:rFonts w:ascii="Comic Sans MS" w:hAnsi="Comic Sans MS"/>
          <w:sz w:val="20"/>
          <w:szCs w:val="20"/>
        </w:rPr>
      </w:pPr>
    </w:p>
    <w:p w14:paraId="53757FB2" w14:textId="77777777" w:rsidR="004D41C6" w:rsidRPr="006E0C34" w:rsidRDefault="004D41C6" w:rsidP="00210E0D">
      <w:pPr>
        <w:spacing w:line="240" w:lineRule="auto"/>
        <w:rPr>
          <w:rFonts w:ascii="Comic Sans MS" w:hAnsi="Comic Sans MS"/>
          <w:sz w:val="20"/>
          <w:szCs w:val="20"/>
        </w:rPr>
      </w:pPr>
    </w:p>
    <w:p w14:paraId="552628AD"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Roles and Responsibilities</w:t>
      </w:r>
    </w:p>
    <w:tbl>
      <w:tblPr>
        <w:tblW w:w="9024" w:type="dxa"/>
        <w:jc w:val="center"/>
        <w:tblCellSpacing w:w="0" w:type="dxa"/>
        <w:tblBorders>
          <w:top w:val="single" w:sz="2" w:space="0" w:color="000000"/>
          <w:left w:val="single" w:sz="2" w:space="0" w:color="000000"/>
          <w:bottom w:val="single" w:sz="2" w:space="0" w:color="000000"/>
          <w:right w:val="single" w:sz="2" w:space="0" w:color="000000"/>
        </w:tblBorders>
        <w:tblCellMar>
          <w:top w:w="80" w:type="dxa"/>
          <w:left w:w="160" w:type="dxa"/>
          <w:bottom w:w="80" w:type="dxa"/>
          <w:right w:w="160" w:type="dxa"/>
        </w:tblCellMar>
        <w:tblLook w:val="04A0" w:firstRow="1" w:lastRow="0" w:firstColumn="1" w:lastColumn="0" w:noHBand="0" w:noVBand="1"/>
      </w:tblPr>
      <w:tblGrid>
        <w:gridCol w:w="2913"/>
        <w:gridCol w:w="6111"/>
      </w:tblGrid>
      <w:tr w:rsidR="004276D3" w:rsidRPr="006E0C34" w14:paraId="11240BF7" w14:textId="77777777" w:rsidTr="00DE0723">
        <w:trPr>
          <w:trHeight w:val="562"/>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shd w:val="clear" w:color="auto" w:fill="ECECEC"/>
            <w:vAlign w:val="center"/>
          </w:tcPr>
          <w:p w14:paraId="033F0409" w14:textId="77777777" w:rsidR="004276D3" w:rsidRPr="006E0C34" w:rsidRDefault="004276D3" w:rsidP="00DE0723">
            <w:pPr>
              <w:jc w:val="center"/>
              <w:rPr>
                <w:rFonts w:ascii="Comic Sans MS" w:hAnsi="Comic Sans MS"/>
                <w:sz w:val="20"/>
                <w:szCs w:val="20"/>
              </w:rPr>
            </w:pPr>
            <w:r w:rsidRPr="006E0C34">
              <w:rPr>
                <w:rFonts w:ascii="Comic Sans MS" w:hAnsi="Comic Sans MS"/>
                <w:b/>
                <w:sz w:val="20"/>
                <w:szCs w:val="20"/>
              </w:rPr>
              <w:t>Role</w:t>
            </w:r>
          </w:p>
        </w:tc>
        <w:tc>
          <w:tcPr>
            <w:tcW w:w="0" w:type="auto"/>
            <w:vMerge w:val="restart"/>
            <w:tcBorders>
              <w:top w:val="single" w:sz="8" w:space="0" w:color="000000"/>
              <w:left w:val="single" w:sz="1" w:space="0" w:color="000000"/>
              <w:bottom w:val="single" w:sz="1" w:space="0" w:color="000000"/>
              <w:right w:val="single" w:sz="1" w:space="0" w:color="000000"/>
            </w:tcBorders>
            <w:shd w:val="clear" w:color="auto" w:fill="ECECEC"/>
            <w:vAlign w:val="center"/>
          </w:tcPr>
          <w:p w14:paraId="238A712A" w14:textId="77777777" w:rsidR="004276D3" w:rsidRPr="006E0C34" w:rsidRDefault="004276D3" w:rsidP="00DE0723">
            <w:pPr>
              <w:jc w:val="center"/>
              <w:rPr>
                <w:rFonts w:ascii="Comic Sans MS" w:hAnsi="Comic Sans MS"/>
                <w:sz w:val="20"/>
                <w:szCs w:val="20"/>
              </w:rPr>
            </w:pPr>
            <w:r w:rsidRPr="006E0C34">
              <w:rPr>
                <w:rFonts w:ascii="Comic Sans MS" w:hAnsi="Comic Sans MS"/>
                <w:b/>
                <w:sz w:val="20"/>
                <w:szCs w:val="20"/>
              </w:rPr>
              <w:t>Responsibilities</w:t>
            </w:r>
          </w:p>
        </w:tc>
      </w:tr>
      <w:tr w:rsidR="004276D3" w:rsidRPr="006E0C34" w14:paraId="19564351" w14:textId="77777777" w:rsidTr="00DE0723">
        <w:trPr>
          <w:trHeight w:val="562"/>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2EEBB396"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Headteacher</w:t>
            </w:r>
          </w:p>
        </w:tc>
        <w:tc>
          <w:tcPr>
            <w:tcW w:w="0" w:type="auto"/>
            <w:vMerge w:val="restart"/>
            <w:tcBorders>
              <w:top w:val="single" w:sz="8" w:space="0" w:color="000000"/>
              <w:left w:val="single" w:sz="1" w:space="0" w:color="000000"/>
              <w:bottom w:val="single" w:sz="1" w:space="0" w:color="000000"/>
              <w:right w:val="single" w:sz="1" w:space="0" w:color="000000"/>
            </w:tcBorders>
          </w:tcPr>
          <w:p w14:paraId="23554574"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Ensures policy implementation, staff training, and compliance with statutory requirements.</w:t>
            </w:r>
          </w:p>
        </w:tc>
      </w:tr>
      <w:tr w:rsidR="004276D3" w:rsidRPr="006E0C34" w14:paraId="4E6D6A58" w14:textId="77777777" w:rsidTr="00DE0723">
        <w:trPr>
          <w:trHeight w:val="562"/>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1D613B8A"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Designated Safeguarding Lead (DSL)</w:t>
            </w:r>
          </w:p>
        </w:tc>
        <w:tc>
          <w:tcPr>
            <w:tcW w:w="0" w:type="auto"/>
            <w:vMerge w:val="restart"/>
            <w:tcBorders>
              <w:top w:val="single" w:sz="8" w:space="0" w:color="000000"/>
              <w:left w:val="single" w:sz="1" w:space="0" w:color="000000"/>
              <w:bottom w:val="single" w:sz="1" w:space="0" w:color="000000"/>
              <w:right w:val="single" w:sz="1" w:space="0" w:color="000000"/>
            </w:tcBorders>
          </w:tcPr>
          <w:p w14:paraId="3635F10E"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Oversees safeguarding aspects, manages concerns or allegations, ensures safe recruitment.</w:t>
            </w:r>
          </w:p>
        </w:tc>
      </w:tr>
      <w:tr w:rsidR="004276D3" w:rsidRPr="006E0C34" w14:paraId="40BEA8D5" w14:textId="77777777" w:rsidTr="00DE0723">
        <w:trPr>
          <w:trHeight w:val="562"/>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56959E04"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SENCO</w:t>
            </w:r>
          </w:p>
        </w:tc>
        <w:tc>
          <w:tcPr>
            <w:tcW w:w="0" w:type="auto"/>
            <w:vMerge w:val="restart"/>
            <w:tcBorders>
              <w:top w:val="single" w:sz="8" w:space="0" w:color="000000"/>
              <w:left w:val="single" w:sz="1" w:space="0" w:color="000000"/>
              <w:bottom w:val="single" w:sz="1" w:space="0" w:color="000000"/>
              <w:right w:val="single" w:sz="1" w:space="0" w:color="000000"/>
            </w:tcBorders>
          </w:tcPr>
          <w:p w14:paraId="44DBD672"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Coordinates support for children with SEND, develops and reviews individual care plans.</w:t>
            </w:r>
          </w:p>
        </w:tc>
      </w:tr>
      <w:tr w:rsidR="004276D3" w:rsidRPr="006E0C34" w14:paraId="273DEA0F" w14:textId="77777777" w:rsidTr="00DE0723">
        <w:trPr>
          <w:trHeight w:val="562"/>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6D5FCFEA"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lastRenderedPageBreak/>
              <w:t>Class Teachers</w:t>
            </w:r>
          </w:p>
        </w:tc>
        <w:tc>
          <w:tcPr>
            <w:tcW w:w="0" w:type="auto"/>
            <w:vMerge w:val="restart"/>
            <w:tcBorders>
              <w:top w:val="single" w:sz="8" w:space="0" w:color="000000"/>
              <w:left w:val="single" w:sz="1" w:space="0" w:color="000000"/>
              <w:bottom w:val="single" w:sz="1" w:space="0" w:color="000000"/>
              <w:right w:val="single" w:sz="1" w:space="0" w:color="000000"/>
            </w:tcBorders>
          </w:tcPr>
          <w:p w14:paraId="0FB82A5D"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Integrate toileting and self-care into daily routines, liaise with parents, monitor progress.</w:t>
            </w:r>
          </w:p>
        </w:tc>
      </w:tr>
      <w:tr w:rsidR="004276D3" w:rsidRPr="006E0C34" w14:paraId="62CC1AE2" w14:textId="77777777" w:rsidTr="00DE0723">
        <w:trPr>
          <w:trHeight w:val="562"/>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0D4904BD"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Support Staff</w:t>
            </w:r>
          </w:p>
        </w:tc>
        <w:tc>
          <w:tcPr>
            <w:tcW w:w="0" w:type="auto"/>
            <w:vMerge w:val="restart"/>
            <w:tcBorders>
              <w:top w:val="single" w:sz="8" w:space="0" w:color="000000"/>
              <w:left w:val="single" w:sz="1" w:space="0" w:color="000000"/>
              <w:bottom w:val="single" w:sz="1" w:space="0" w:color="000000"/>
              <w:right w:val="single" w:sz="1" w:space="0" w:color="000000"/>
            </w:tcBorders>
          </w:tcPr>
          <w:p w14:paraId="45477E7B"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Provide direct toileting and intimate care, maintain records, follow procedures and training.</w:t>
            </w:r>
          </w:p>
        </w:tc>
      </w:tr>
      <w:tr w:rsidR="004276D3" w:rsidRPr="006E0C34" w14:paraId="1023E5AD" w14:textId="77777777" w:rsidTr="00DE0723">
        <w:trPr>
          <w:trHeight w:val="562"/>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4B304703"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All Staff</w:t>
            </w:r>
          </w:p>
        </w:tc>
        <w:tc>
          <w:tcPr>
            <w:tcW w:w="0" w:type="auto"/>
            <w:vMerge w:val="restart"/>
            <w:tcBorders>
              <w:top w:val="single" w:sz="8" w:space="0" w:color="000000"/>
              <w:left w:val="single" w:sz="1" w:space="0" w:color="000000"/>
              <w:bottom w:val="single" w:sz="1" w:space="0" w:color="000000"/>
              <w:right w:val="single" w:sz="1" w:space="0" w:color="000000"/>
            </w:tcBorders>
          </w:tcPr>
          <w:p w14:paraId="1621220C"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Uphold safeguarding, confidentiality, and dignity in all intimate care interactions.</w:t>
            </w:r>
          </w:p>
        </w:tc>
      </w:tr>
      <w:tr w:rsidR="004276D3" w:rsidRPr="006E0C34" w14:paraId="458B2CD1" w14:textId="77777777" w:rsidTr="00DE0723">
        <w:trPr>
          <w:trHeight w:val="389"/>
          <w:tblCellSpacing w:w="0" w:type="dxa"/>
          <w:jc w:val="center"/>
        </w:trPr>
        <w:tc>
          <w:tcPr>
            <w:tcW w:w="0" w:type="auto"/>
            <w:tcBorders>
              <w:top w:val="single" w:sz="8" w:space="0" w:color="000000"/>
              <w:left w:val="single" w:sz="1" w:space="0" w:color="000000"/>
              <w:bottom w:val="single" w:sz="1" w:space="0" w:color="000000"/>
              <w:right w:val="single" w:sz="1" w:space="0" w:color="000000"/>
            </w:tcBorders>
          </w:tcPr>
          <w:p w14:paraId="4C2EE3FB"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Parents/</w:t>
            </w:r>
            <w:proofErr w:type="spellStart"/>
            <w:r w:rsidRPr="006E0C34">
              <w:rPr>
                <w:rFonts w:ascii="Comic Sans MS" w:hAnsi="Comic Sans MS"/>
                <w:sz w:val="20"/>
                <w:szCs w:val="20"/>
              </w:rPr>
              <w:t>Carers</w:t>
            </w:r>
            <w:proofErr w:type="spellEnd"/>
          </w:p>
        </w:tc>
        <w:tc>
          <w:tcPr>
            <w:tcW w:w="0" w:type="auto"/>
            <w:tcBorders>
              <w:top w:val="single" w:sz="8" w:space="0" w:color="000000"/>
              <w:left w:val="single" w:sz="1" w:space="0" w:color="000000"/>
              <w:bottom w:val="single" w:sz="1" w:space="0" w:color="000000"/>
              <w:right w:val="single" w:sz="1" w:space="0" w:color="000000"/>
            </w:tcBorders>
          </w:tcPr>
          <w:p w14:paraId="3DECEE9F" w14:textId="77777777" w:rsidR="004276D3" w:rsidRPr="006E0C34" w:rsidRDefault="004276D3" w:rsidP="00DE0723">
            <w:pPr>
              <w:rPr>
                <w:rFonts w:ascii="Comic Sans MS" w:hAnsi="Comic Sans MS"/>
                <w:sz w:val="20"/>
                <w:szCs w:val="20"/>
              </w:rPr>
            </w:pPr>
            <w:r w:rsidRPr="006E0C34">
              <w:rPr>
                <w:rFonts w:ascii="Comic Sans MS" w:hAnsi="Comic Sans MS"/>
                <w:sz w:val="20"/>
                <w:szCs w:val="20"/>
              </w:rPr>
              <w:t>Collaborate in care planning, provide relevant information, give consent, and support consistency.</w:t>
            </w:r>
          </w:p>
        </w:tc>
      </w:tr>
    </w:tbl>
    <w:p w14:paraId="66BB3097" w14:textId="77777777" w:rsidR="00210E0D" w:rsidRPr="006E0C34" w:rsidRDefault="00210E0D" w:rsidP="00210E0D">
      <w:pPr>
        <w:spacing w:line="240" w:lineRule="auto"/>
        <w:rPr>
          <w:rFonts w:ascii="Comic Sans MS" w:hAnsi="Comic Sans MS"/>
          <w:sz w:val="20"/>
          <w:szCs w:val="20"/>
        </w:rPr>
      </w:pPr>
    </w:p>
    <w:p w14:paraId="3643F2B6"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Inclusion</w:t>
      </w:r>
    </w:p>
    <w:p w14:paraId="67C3127F"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Reasonable Adjustments</w:t>
      </w:r>
      <w:r w:rsidRPr="006E0C34">
        <w:rPr>
          <w:rFonts w:ascii="Comic Sans MS" w:hAnsi="Comic Sans MS"/>
          <w:sz w:val="20"/>
          <w:szCs w:val="20"/>
        </w:rPr>
        <w:t>: Adapting facilities, routines, and resources to meet the needs of children with SEND or medical needs.</w:t>
      </w:r>
    </w:p>
    <w:p w14:paraId="41A97EEF"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Differentiation</w:t>
      </w:r>
      <w:r w:rsidRPr="006E0C34">
        <w:rPr>
          <w:rFonts w:ascii="Comic Sans MS" w:hAnsi="Comic Sans MS"/>
          <w:sz w:val="20"/>
          <w:szCs w:val="20"/>
        </w:rPr>
        <w:t>: Providing additional support, visual aids, or communication tools as required.</w:t>
      </w:r>
    </w:p>
    <w:p w14:paraId="1E7766C6"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Accessible Facilities</w:t>
      </w:r>
      <w:r w:rsidRPr="006E0C34">
        <w:rPr>
          <w:rFonts w:ascii="Comic Sans MS" w:hAnsi="Comic Sans MS"/>
          <w:sz w:val="20"/>
          <w:szCs w:val="20"/>
        </w:rPr>
        <w:t>: Ensuring toilets are accessible to all children, including those with physical disabilities.</w:t>
      </w:r>
    </w:p>
    <w:p w14:paraId="65AE8C80"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Cultural Sensitivity</w:t>
      </w:r>
      <w:r w:rsidRPr="006E0C34">
        <w:rPr>
          <w:rFonts w:ascii="Comic Sans MS" w:hAnsi="Comic Sans MS"/>
          <w:sz w:val="20"/>
          <w:szCs w:val="20"/>
        </w:rPr>
        <w:t>: Respecting cultural, religious, or family preferences in intimate care, within safeguarding parameters.</w:t>
      </w:r>
    </w:p>
    <w:p w14:paraId="7450EAC8"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Individual Care Plans</w:t>
      </w:r>
      <w:r w:rsidRPr="006E0C34">
        <w:rPr>
          <w:rFonts w:ascii="Comic Sans MS" w:hAnsi="Comic Sans MS"/>
          <w:sz w:val="20"/>
          <w:szCs w:val="20"/>
        </w:rPr>
        <w:t>: Developing and regularly reviewing plans for children requiring additional support, in partnership with parents/</w:t>
      </w:r>
      <w:proofErr w:type="spellStart"/>
      <w:r w:rsidRPr="006E0C34">
        <w:rPr>
          <w:rFonts w:ascii="Comic Sans MS" w:hAnsi="Comic Sans MS"/>
          <w:sz w:val="20"/>
          <w:szCs w:val="20"/>
        </w:rPr>
        <w:t>carers</w:t>
      </w:r>
      <w:proofErr w:type="spellEnd"/>
      <w:r w:rsidRPr="006E0C34">
        <w:rPr>
          <w:rFonts w:ascii="Comic Sans MS" w:hAnsi="Comic Sans MS"/>
          <w:sz w:val="20"/>
          <w:szCs w:val="20"/>
        </w:rPr>
        <w:t>.</w:t>
      </w:r>
    </w:p>
    <w:p w14:paraId="5F4BE427"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Professional Development</w:t>
      </w:r>
    </w:p>
    <w:p w14:paraId="7D7CA2C7" w14:textId="5D50F548" w:rsidR="00210E0D" w:rsidRPr="006E0C34" w:rsidRDefault="00210E0D" w:rsidP="00210E0D">
      <w:pPr>
        <w:spacing w:line="240" w:lineRule="auto"/>
        <w:rPr>
          <w:rFonts w:ascii="Comic Sans MS" w:hAnsi="Comic Sans MS"/>
          <w:b/>
          <w:bCs/>
          <w:sz w:val="20"/>
          <w:szCs w:val="20"/>
        </w:rPr>
      </w:pPr>
      <w:r w:rsidRPr="006E0C34">
        <w:rPr>
          <w:rFonts w:ascii="Comic Sans MS" w:hAnsi="Comic Sans MS"/>
          <w:b/>
          <w:bCs/>
          <w:sz w:val="20"/>
          <w:szCs w:val="20"/>
        </w:rPr>
        <w:t>Regular Training:</w:t>
      </w:r>
    </w:p>
    <w:p w14:paraId="317D9ABD"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Safeguarding and child protection, including procedures for intimate care.</w:t>
      </w:r>
    </w:p>
    <w:p w14:paraId="3AA6149C"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Infection control and safe handling.</w:t>
      </w:r>
    </w:p>
    <w:p w14:paraId="1071773F"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Supporting children with SEND or medical needs.</w:t>
      </w:r>
    </w:p>
    <w:p w14:paraId="6BF865CE" w14:textId="68C7FF1E"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Promoting independence and child-cent</w:t>
      </w:r>
      <w:r w:rsidR="00716A8F" w:rsidRPr="006E0C34">
        <w:rPr>
          <w:rFonts w:ascii="Comic Sans MS" w:hAnsi="Comic Sans MS"/>
          <w:sz w:val="20"/>
          <w:szCs w:val="20"/>
        </w:rPr>
        <w:t>e</w:t>
      </w:r>
      <w:r w:rsidRPr="006E0C34">
        <w:rPr>
          <w:rFonts w:ascii="Comic Sans MS" w:hAnsi="Comic Sans MS"/>
          <w:sz w:val="20"/>
          <w:szCs w:val="20"/>
        </w:rPr>
        <w:t>red approaches.</w:t>
      </w:r>
    </w:p>
    <w:p w14:paraId="33667956"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Induction:</w:t>
      </w:r>
      <w:r w:rsidRPr="006E0C34">
        <w:rPr>
          <w:rFonts w:ascii="Comic Sans MS" w:hAnsi="Comic Sans MS"/>
          <w:sz w:val="20"/>
          <w:szCs w:val="20"/>
        </w:rPr>
        <w:t xml:space="preserve"> All new staff receive training on the toileting and intimate care policy and procedures.</w:t>
      </w:r>
    </w:p>
    <w:p w14:paraId="7D49A87D"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Ongoing CPD:</w:t>
      </w:r>
      <w:r w:rsidRPr="006E0C34">
        <w:rPr>
          <w:rFonts w:ascii="Comic Sans MS" w:hAnsi="Comic Sans MS"/>
          <w:sz w:val="20"/>
          <w:szCs w:val="20"/>
        </w:rPr>
        <w:t xml:space="preserve"> Opportunities for staff to update knowledge and skills, informed by best practice and feedback.</w:t>
      </w:r>
    </w:p>
    <w:p w14:paraId="4F180E71" w14:textId="77777777" w:rsidR="006E0C34" w:rsidRDefault="006E0C34" w:rsidP="00210E0D">
      <w:pPr>
        <w:spacing w:line="240" w:lineRule="auto"/>
        <w:rPr>
          <w:rFonts w:ascii="Comic Sans MS" w:hAnsi="Comic Sans MS"/>
          <w:b/>
          <w:bCs/>
          <w:color w:val="4F81BD" w:themeColor="accent1"/>
          <w:sz w:val="20"/>
          <w:szCs w:val="20"/>
        </w:rPr>
      </w:pPr>
    </w:p>
    <w:p w14:paraId="0DD1B1DC" w14:textId="25D748FE"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lastRenderedPageBreak/>
        <w:t>Inspectorate Expectations</w:t>
      </w:r>
    </w:p>
    <w:p w14:paraId="40A0EE82"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Safeguarding</w:t>
      </w:r>
      <w:r w:rsidRPr="006E0C34">
        <w:rPr>
          <w:rFonts w:ascii="Comic Sans MS" w:hAnsi="Comic Sans MS"/>
          <w:sz w:val="20"/>
          <w:szCs w:val="20"/>
        </w:rPr>
        <w:t>: Robust arrangements, clear procedures, and staff training in place.</w:t>
      </w:r>
    </w:p>
    <w:p w14:paraId="78EAC3CB"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Personal Development</w:t>
      </w:r>
      <w:r w:rsidRPr="006E0C34">
        <w:rPr>
          <w:rFonts w:ascii="Comic Sans MS" w:hAnsi="Comic Sans MS"/>
          <w:sz w:val="20"/>
          <w:szCs w:val="20"/>
        </w:rPr>
        <w:t>: Evidence of promoting independence and self-care.</w:t>
      </w:r>
    </w:p>
    <w:p w14:paraId="61664964"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proofErr w:type="spellStart"/>
      <w:r w:rsidRPr="006E0C34">
        <w:rPr>
          <w:rFonts w:ascii="Comic Sans MS" w:hAnsi="Comic Sans MS"/>
          <w:b/>
          <w:bCs/>
          <w:sz w:val="20"/>
          <w:szCs w:val="20"/>
        </w:rPr>
        <w:t>Behaviour</w:t>
      </w:r>
      <w:proofErr w:type="spellEnd"/>
      <w:r w:rsidRPr="006E0C34">
        <w:rPr>
          <w:rFonts w:ascii="Comic Sans MS" w:hAnsi="Comic Sans MS"/>
          <w:b/>
          <w:bCs/>
          <w:sz w:val="20"/>
          <w:szCs w:val="20"/>
        </w:rPr>
        <w:t xml:space="preserve"> and Attitudes</w:t>
      </w:r>
      <w:r w:rsidRPr="006E0C34">
        <w:rPr>
          <w:rFonts w:ascii="Comic Sans MS" w:hAnsi="Comic Sans MS"/>
          <w:sz w:val="20"/>
          <w:szCs w:val="20"/>
        </w:rPr>
        <w:t>: Children supported to manage their needs with dignity and respect.</w:t>
      </w:r>
    </w:p>
    <w:p w14:paraId="2C1A6AE7"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Quality of Education</w:t>
      </w:r>
      <w:r w:rsidRPr="006E0C34">
        <w:rPr>
          <w:rFonts w:ascii="Comic Sans MS" w:hAnsi="Comic Sans MS"/>
          <w:sz w:val="20"/>
          <w:szCs w:val="20"/>
        </w:rPr>
        <w:t>: Curriculum supports physical development and self-care skills.</w:t>
      </w:r>
    </w:p>
    <w:p w14:paraId="0C83F723"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SEND Provision</w:t>
      </w:r>
      <w:r w:rsidRPr="006E0C34">
        <w:rPr>
          <w:rFonts w:ascii="Comic Sans MS" w:hAnsi="Comic Sans MS"/>
          <w:sz w:val="20"/>
          <w:szCs w:val="20"/>
        </w:rPr>
        <w:t>: Inclusive practice and individual care plans for children with additional needs.</w:t>
      </w:r>
    </w:p>
    <w:p w14:paraId="3DACBDAD"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Monitoring and Evaluation</w:t>
      </w:r>
      <w:r w:rsidRPr="006E0C34">
        <w:rPr>
          <w:rFonts w:ascii="Comic Sans MS" w:hAnsi="Comic Sans MS"/>
          <w:sz w:val="20"/>
          <w:szCs w:val="20"/>
        </w:rPr>
        <w:t>: Regular review of policy and practice, with stakeholder feedback.</w:t>
      </w:r>
    </w:p>
    <w:p w14:paraId="26F56606" w14:textId="2AF9E16C"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Documentation:</w:t>
      </w:r>
      <w:r w:rsidRPr="006E0C34">
        <w:rPr>
          <w:rFonts w:ascii="Comic Sans MS" w:hAnsi="Comic Sans MS"/>
          <w:sz w:val="20"/>
          <w:szCs w:val="20"/>
        </w:rPr>
        <w:t xml:space="preserve"> Clear records of care plans, parental consent, and incidents, maintained confidentially.</w:t>
      </w:r>
    </w:p>
    <w:p w14:paraId="4F49B105" w14:textId="77777777" w:rsidR="00DC4198" w:rsidRPr="006E0C34" w:rsidRDefault="00DC4198" w:rsidP="00210E0D">
      <w:pPr>
        <w:spacing w:line="240" w:lineRule="auto"/>
        <w:rPr>
          <w:rFonts w:ascii="Comic Sans MS" w:hAnsi="Comic Sans MS"/>
          <w:sz w:val="20"/>
          <w:szCs w:val="20"/>
        </w:rPr>
      </w:pPr>
    </w:p>
    <w:p w14:paraId="2F57B54B"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Monitoring and Review</w:t>
      </w:r>
    </w:p>
    <w:p w14:paraId="52D2D22A"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Regular Review</w:t>
      </w:r>
      <w:r w:rsidRPr="006E0C34">
        <w:rPr>
          <w:rFonts w:ascii="Comic Sans MS" w:hAnsi="Comic Sans MS"/>
          <w:sz w:val="20"/>
          <w:szCs w:val="20"/>
        </w:rPr>
        <w:t>: Policy and practice reviewed annually, or sooner if required by changes in legislation or guidance.</w:t>
      </w:r>
    </w:p>
    <w:p w14:paraId="7CD57FE1" w14:textId="64442D39" w:rsidR="00210E0D" w:rsidRPr="006E0C34" w:rsidRDefault="00210E0D" w:rsidP="00210E0D">
      <w:pPr>
        <w:spacing w:line="240" w:lineRule="auto"/>
        <w:rPr>
          <w:rFonts w:ascii="Comic Sans MS" w:hAnsi="Comic Sans MS"/>
          <w:b/>
          <w:bCs/>
          <w:sz w:val="20"/>
          <w:szCs w:val="20"/>
        </w:rPr>
      </w:pPr>
      <w:r w:rsidRPr="006E0C34">
        <w:rPr>
          <w:rFonts w:ascii="Comic Sans MS" w:hAnsi="Comic Sans MS"/>
          <w:b/>
          <w:bCs/>
          <w:sz w:val="20"/>
          <w:szCs w:val="20"/>
        </w:rPr>
        <w:t>Monitoring:</w:t>
      </w:r>
    </w:p>
    <w:p w14:paraId="2597C6C9"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Observations of practice and facilities.</w:t>
      </w:r>
    </w:p>
    <w:p w14:paraId="4AB1E429"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Feedback from staff, parents/</w:t>
      </w:r>
      <w:proofErr w:type="spellStart"/>
      <w:r w:rsidRPr="006E0C34">
        <w:rPr>
          <w:rFonts w:ascii="Comic Sans MS" w:hAnsi="Comic Sans MS"/>
          <w:sz w:val="20"/>
          <w:szCs w:val="20"/>
        </w:rPr>
        <w:t>carers</w:t>
      </w:r>
      <w:proofErr w:type="spellEnd"/>
      <w:r w:rsidRPr="006E0C34">
        <w:rPr>
          <w:rFonts w:ascii="Comic Sans MS" w:hAnsi="Comic Sans MS"/>
          <w:sz w:val="20"/>
          <w:szCs w:val="20"/>
        </w:rPr>
        <w:t>, and children.</w:t>
      </w:r>
    </w:p>
    <w:p w14:paraId="258ADC40"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Review of records and care plans.</w:t>
      </w:r>
    </w:p>
    <w:p w14:paraId="5B30578B" w14:textId="77777777" w:rsidR="00210E0D" w:rsidRPr="006E0C34" w:rsidRDefault="00210E0D" w:rsidP="006E0C34">
      <w:pPr>
        <w:spacing w:line="240" w:lineRule="auto"/>
        <w:ind w:left="720" w:hanging="720"/>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Pr="006E0C34">
        <w:rPr>
          <w:rFonts w:ascii="Comic Sans MS" w:hAnsi="Comic Sans MS"/>
          <w:b/>
          <w:bCs/>
          <w:sz w:val="20"/>
          <w:szCs w:val="20"/>
        </w:rPr>
        <w:t>Responsibility:</w:t>
      </w:r>
      <w:r w:rsidRPr="006E0C34">
        <w:rPr>
          <w:rFonts w:ascii="Comic Sans MS" w:hAnsi="Comic Sans MS"/>
          <w:sz w:val="20"/>
          <w:szCs w:val="20"/>
        </w:rPr>
        <w:t xml:space="preserve"> Senior leadership team oversees monitoring and ensures actions are taken to address any areas for improvement.</w:t>
      </w:r>
    </w:p>
    <w:p w14:paraId="689B5698" w14:textId="77777777" w:rsidR="00210E0D" w:rsidRPr="006E0C34" w:rsidRDefault="00210E0D" w:rsidP="00210E0D">
      <w:pPr>
        <w:spacing w:line="240" w:lineRule="auto"/>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Links to Other Policies</w:t>
      </w:r>
    </w:p>
    <w:p w14:paraId="2A560306"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Safeguarding and Child Protection Policy</w:t>
      </w:r>
    </w:p>
    <w:p w14:paraId="40BED60C"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SEND Policy</w:t>
      </w:r>
    </w:p>
    <w:p w14:paraId="74264E2B"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Health and Safety Policy</w:t>
      </w:r>
    </w:p>
    <w:p w14:paraId="7C91B038"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proofErr w:type="spellStart"/>
      <w:r w:rsidRPr="006E0C34">
        <w:rPr>
          <w:rFonts w:ascii="Comic Sans MS" w:hAnsi="Comic Sans MS"/>
          <w:sz w:val="20"/>
          <w:szCs w:val="20"/>
        </w:rPr>
        <w:t>Behaviour</w:t>
      </w:r>
      <w:proofErr w:type="spellEnd"/>
      <w:r w:rsidRPr="006E0C34">
        <w:rPr>
          <w:rFonts w:ascii="Comic Sans MS" w:hAnsi="Comic Sans MS"/>
          <w:sz w:val="20"/>
          <w:szCs w:val="20"/>
        </w:rPr>
        <w:t xml:space="preserve"> Policy</w:t>
      </w:r>
    </w:p>
    <w:p w14:paraId="7C22440F" w14:textId="6B3FC200"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r>
      <w:r w:rsidR="006E0C34">
        <w:rPr>
          <w:rFonts w:ascii="Comic Sans MS" w:hAnsi="Comic Sans MS"/>
          <w:sz w:val="20"/>
          <w:szCs w:val="20"/>
        </w:rPr>
        <w:t>Inclusion</w:t>
      </w:r>
      <w:r w:rsidRPr="006E0C34">
        <w:rPr>
          <w:rFonts w:ascii="Comic Sans MS" w:hAnsi="Comic Sans MS"/>
          <w:sz w:val="20"/>
          <w:szCs w:val="20"/>
        </w:rPr>
        <w:t xml:space="preserve"> Policy</w:t>
      </w:r>
    </w:p>
    <w:p w14:paraId="4999ED0F"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Data Protection and Confidentiality Policy</w:t>
      </w:r>
    </w:p>
    <w:p w14:paraId="31282ACC" w14:textId="77777777" w:rsidR="00210E0D"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Staff Code of Conduct</w:t>
      </w:r>
    </w:p>
    <w:p w14:paraId="6A394FAD" w14:textId="05449CB9" w:rsidR="00DC4198" w:rsidRPr="006E0C34" w:rsidRDefault="00210E0D" w:rsidP="00210E0D">
      <w:pPr>
        <w:spacing w:line="240" w:lineRule="auto"/>
        <w:rPr>
          <w:rFonts w:ascii="Comic Sans MS" w:hAnsi="Comic Sans MS"/>
          <w:sz w:val="20"/>
          <w:szCs w:val="20"/>
        </w:rPr>
      </w:pPr>
      <w:r w:rsidRPr="006E0C34">
        <w:rPr>
          <w:rFonts w:ascii="Comic Sans MS" w:hAnsi="Comic Sans MS"/>
          <w:sz w:val="20"/>
          <w:szCs w:val="20"/>
        </w:rPr>
        <w:t>•</w:t>
      </w:r>
      <w:r w:rsidRPr="006E0C34">
        <w:rPr>
          <w:rFonts w:ascii="Comic Sans MS" w:hAnsi="Comic Sans MS"/>
          <w:sz w:val="20"/>
          <w:szCs w:val="20"/>
        </w:rPr>
        <w:tab/>
        <w:t>Administration of Medicines Policy</w:t>
      </w:r>
    </w:p>
    <w:p w14:paraId="61CABCE8" w14:textId="39BE0DDD" w:rsidR="00DC4198" w:rsidRPr="006E0C34" w:rsidRDefault="00DC4198" w:rsidP="00210E0D">
      <w:pPr>
        <w:spacing w:line="240" w:lineRule="auto"/>
        <w:rPr>
          <w:rFonts w:ascii="Comic Sans MS" w:hAnsi="Comic Sans MS"/>
          <w:sz w:val="20"/>
          <w:szCs w:val="20"/>
        </w:rPr>
      </w:pPr>
    </w:p>
    <w:p w14:paraId="30B92214" w14:textId="495D1EF3" w:rsidR="00DC4198" w:rsidRPr="006E0C34" w:rsidRDefault="00DC4198" w:rsidP="00210E0D">
      <w:pPr>
        <w:spacing w:line="240" w:lineRule="auto"/>
        <w:rPr>
          <w:rFonts w:ascii="Comic Sans MS" w:hAnsi="Comic Sans MS"/>
          <w:sz w:val="20"/>
          <w:szCs w:val="20"/>
        </w:rPr>
      </w:pPr>
    </w:p>
    <w:p w14:paraId="59703889" w14:textId="3035BAB9" w:rsidR="00A15EE2" w:rsidRPr="006E0C34" w:rsidRDefault="00A15EE2" w:rsidP="00A15EE2">
      <w:pPr>
        <w:pStyle w:val="Title"/>
        <w:jc w:val="center"/>
        <w:rPr>
          <w:rFonts w:ascii="Comic Sans MS" w:hAnsi="Comic Sans MS"/>
          <w:b/>
          <w:bCs/>
          <w:sz w:val="20"/>
          <w:szCs w:val="20"/>
        </w:rPr>
      </w:pPr>
      <w:r w:rsidRPr="006E0C34">
        <w:rPr>
          <w:rFonts w:ascii="Comic Sans MS" w:hAnsi="Comic Sans MS"/>
          <w:b/>
          <w:bCs/>
          <w:noProof/>
          <w:sz w:val="20"/>
          <w:szCs w:val="20"/>
        </w:rPr>
        <mc:AlternateContent>
          <mc:Choice Requires="wps">
            <w:drawing>
              <wp:anchor distT="45720" distB="45720" distL="114300" distR="114300" simplePos="0" relativeHeight="251662336" behindDoc="0" locked="0" layoutInCell="1" allowOverlap="1" wp14:anchorId="1849237A" wp14:editId="3E61CDAF">
                <wp:simplePos x="0" y="0"/>
                <wp:positionH relativeFrom="column">
                  <wp:posOffset>781493</wp:posOffset>
                </wp:positionH>
                <wp:positionV relativeFrom="paragraph">
                  <wp:posOffset>-669851</wp:posOffset>
                </wp:positionV>
                <wp:extent cx="2413591" cy="287079"/>
                <wp:effectExtent l="0" t="0" r="2540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591" cy="287079"/>
                        </a:xfrm>
                        <a:prstGeom prst="rect">
                          <a:avLst/>
                        </a:prstGeom>
                        <a:solidFill>
                          <a:srgbClr val="FFFFFF"/>
                        </a:solidFill>
                        <a:ln w="9525">
                          <a:solidFill>
                            <a:schemeClr val="bg1"/>
                          </a:solidFill>
                          <a:miter lim="800000"/>
                          <a:headEnd/>
                          <a:tailEnd/>
                        </a:ln>
                      </wps:spPr>
                      <wps:txbx>
                        <w:txbxContent>
                          <w:p w14:paraId="6958C374" w14:textId="61AB7B6A" w:rsidR="00A15EE2" w:rsidRPr="00A15EE2" w:rsidRDefault="00A15EE2">
                            <w:pPr>
                              <w:rPr>
                                <w:rFonts w:ascii="Letter-join 1" w:hAnsi="Letter-join 1"/>
                                <w:b/>
                                <w:bCs/>
                              </w:rPr>
                            </w:pPr>
                            <w:r w:rsidRPr="00A15EE2">
                              <w:rPr>
                                <w:rFonts w:ascii="Letter-join 1" w:hAnsi="Letter-join 1"/>
                                <w:b/>
                                <w:bCs/>
                              </w:rPr>
                              <w:t>Appendix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9237A" id="_x0000_t202" coordsize="21600,21600" o:spt="202" path="m,l,21600r21600,l21600,xe">
                <v:stroke joinstyle="miter"/>
                <v:path gradientshapeok="t" o:connecttype="rect"/>
              </v:shapetype>
              <v:shape id="Text Box 2" o:spid="_x0000_s1026" type="#_x0000_t202" style="position:absolute;left:0;text-align:left;margin-left:61.55pt;margin-top:-52.75pt;width:190.05pt;height:22.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" strokecolor="white [3212]">
                <v:textbox>
                  <w:txbxContent>
                    <w:p w14:paraId="6958C374" w14:textId="61AB7B6A" w:rsidR="00A15EE2" w:rsidRPr="00A15EE2" w:rsidRDefault="00A15EE2">
                      <w:pPr>
                        <w:rPr>
                          <w:rFonts w:ascii="Letter-join 1" w:hAnsi="Letter-join 1"/>
                          <w:b/>
                          <w:bCs/>
                        </w:rPr>
                      </w:pPr>
                      <w:r w:rsidRPr="00A15EE2">
                        <w:rPr>
                          <w:rFonts w:ascii="Letter-join 1" w:hAnsi="Letter-join 1"/>
                          <w:b/>
                          <w:bCs/>
                        </w:rPr>
                        <w:t>Appendix A</w:t>
                      </w:r>
                    </w:p>
                  </w:txbxContent>
                </v:textbox>
              </v:shape>
            </w:pict>
          </mc:Fallback>
        </mc:AlternateContent>
      </w:r>
      <w:r w:rsidRPr="006E0C34">
        <w:rPr>
          <w:rFonts w:ascii="Comic Sans MS" w:hAnsi="Comic Sans MS"/>
          <w:b/>
          <w:noProof/>
          <w:sz w:val="20"/>
          <w:szCs w:val="20"/>
        </w:rPr>
        <w:drawing>
          <wp:anchor distT="0" distB="0" distL="114300" distR="114300" simplePos="0" relativeHeight="251660288" behindDoc="0" locked="0" layoutInCell="1" allowOverlap="1" wp14:anchorId="6E36269D" wp14:editId="2E744F2B">
            <wp:simplePos x="0" y="0"/>
            <wp:positionH relativeFrom="margin">
              <wp:posOffset>5784112</wp:posOffset>
            </wp:positionH>
            <wp:positionV relativeFrom="paragraph">
              <wp:posOffset>-308344</wp:posOffset>
            </wp:positionV>
            <wp:extent cx="662388" cy="726158"/>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noProof/>
          <w:sz w:val="20"/>
          <w:szCs w:val="20"/>
        </w:rPr>
        <w:drawing>
          <wp:anchor distT="0" distB="0" distL="114300" distR="114300" simplePos="0" relativeHeight="251659264" behindDoc="0" locked="0" layoutInCell="1" allowOverlap="1" wp14:anchorId="3F0E0175" wp14:editId="175AC15E">
            <wp:simplePos x="0" y="0"/>
            <wp:positionH relativeFrom="margin">
              <wp:align>left</wp:align>
            </wp:positionH>
            <wp:positionV relativeFrom="paragraph">
              <wp:posOffset>-318977</wp:posOffset>
            </wp:positionV>
            <wp:extent cx="662388" cy="726158"/>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bCs/>
          <w:sz w:val="20"/>
          <w:szCs w:val="20"/>
        </w:rPr>
        <w:t>Home–School Toileting Agreement</w:t>
      </w:r>
    </w:p>
    <w:p w14:paraId="4135CD9D"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To support children requiring assistance with toileting, continence or intimate care in EYFS.</w:t>
      </w:r>
    </w:p>
    <w:p w14:paraId="481DE4D0"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Child Details</w:t>
      </w:r>
    </w:p>
    <w:tbl>
      <w:tblPr>
        <w:tblStyle w:val="TableGrid"/>
        <w:tblW w:w="0" w:type="auto"/>
        <w:tblLook w:val="04A0" w:firstRow="1" w:lastRow="0" w:firstColumn="1" w:lastColumn="0" w:noHBand="0" w:noVBand="1"/>
      </w:tblPr>
      <w:tblGrid>
        <w:gridCol w:w="4320"/>
        <w:gridCol w:w="4320"/>
      </w:tblGrid>
      <w:tr w:rsidR="00A15EE2" w:rsidRPr="006E0C34" w14:paraId="061F3A95" w14:textId="77777777" w:rsidTr="00565445">
        <w:tc>
          <w:tcPr>
            <w:tcW w:w="4320" w:type="dxa"/>
          </w:tcPr>
          <w:p w14:paraId="3DDFE52A"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Child Name</w:t>
            </w:r>
          </w:p>
        </w:tc>
        <w:tc>
          <w:tcPr>
            <w:tcW w:w="4320" w:type="dxa"/>
          </w:tcPr>
          <w:p w14:paraId="516761C9" w14:textId="77777777" w:rsidR="00A15EE2" w:rsidRPr="006E0C34" w:rsidRDefault="00A15EE2" w:rsidP="00565445">
            <w:pPr>
              <w:rPr>
                <w:rFonts w:ascii="Comic Sans MS" w:hAnsi="Comic Sans MS"/>
                <w:sz w:val="20"/>
                <w:szCs w:val="20"/>
              </w:rPr>
            </w:pPr>
          </w:p>
        </w:tc>
      </w:tr>
      <w:tr w:rsidR="00A15EE2" w:rsidRPr="006E0C34" w14:paraId="5AF8E5AC" w14:textId="77777777" w:rsidTr="00565445">
        <w:tc>
          <w:tcPr>
            <w:tcW w:w="4320" w:type="dxa"/>
          </w:tcPr>
          <w:p w14:paraId="77172271"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Date of Birth</w:t>
            </w:r>
          </w:p>
        </w:tc>
        <w:tc>
          <w:tcPr>
            <w:tcW w:w="4320" w:type="dxa"/>
          </w:tcPr>
          <w:p w14:paraId="4D9151B8" w14:textId="77777777" w:rsidR="00A15EE2" w:rsidRPr="006E0C34" w:rsidRDefault="00A15EE2" w:rsidP="00565445">
            <w:pPr>
              <w:rPr>
                <w:rFonts w:ascii="Comic Sans MS" w:hAnsi="Comic Sans MS"/>
                <w:sz w:val="20"/>
                <w:szCs w:val="20"/>
              </w:rPr>
            </w:pPr>
          </w:p>
        </w:tc>
      </w:tr>
      <w:tr w:rsidR="00A15EE2" w:rsidRPr="006E0C34" w14:paraId="36095476" w14:textId="77777777" w:rsidTr="00565445">
        <w:tc>
          <w:tcPr>
            <w:tcW w:w="4320" w:type="dxa"/>
          </w:tcPr>
          <w:p w14:paraId="198FCB8E"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Class</w:t>
            </w:r>
          </w:p>
        </w:tc>
        <w:tc>
          <w:tcPr>
            <w:tcW w:w="4320" w:type="dxa"/>
          </w:tcPr>
          <w:p w14:paraId="3C80D8C8" w14:textId="77777777" w:rsidR="00A15EE2" w:rsidRPr="006E0C34" w:rsidRDefault="00A15EE2" w:rsidP="00565445">
            <w:pPr>
              <w:rPr>
                <w:rFonts w:ascii="Comic Sans MS" w:hAnsi="Comic Sans MS"/>
                <w:sz w:val="20"/>
                <w:szCs w:val="20"/>
              </w:rPr>
            </w:pPr>
          </w:p>
        </w:tc>
      </w:tr>
      <w:tr w:rsidR="00A15EE2" w:rsidRPr="006E0C34" w14:paraId="37E1930D" w14:textId="77777777" w:rsidTr="00565445">
        <w:tc>
          <w:tcPr>
            <w:tcW w:w="4320" w:type="dxa"/>
          </w:tcPr>
          <w:p w14:paraId="1EFA0A9C"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Parent/</w:t>
            </w:r>
            <w:proofErr w:type="spellStart"/>
            <w:r w:rsidRPr="006E0C34">
              <w:rPr>
                <w:rFonts w:ascii="Comic Sans MS" w:hAnsi="Comic Sans MS"/>
                <w:sz w:val="20"/>
                <w:szCs w:val="20"/>
              </w:rPr>
              <w:t>Carer</w:t>
            </w:r>
            <w:proofErr w:type="spellEnd"/>
            <w:r w:rsidRPr="006E0C34">
              <w:rPr>
                <w:rFonts w:ascii="Comic Sans MS" w:hAnsi="Comic Sans MS"/>
                <w:sz w:val="20"/>
                <w:szCs w:val="20"/>
              </w:rPr>
              <w:t xml:space="preserve"> Name(s)</w:t>
            </w:r>
          </w:p>
        </w:tc>
        <w:tc>
          <w:tcPr>
            <w:tcW w:w="4320" w:type="dxa"/>
          </w:tcPr>
          <w:p w14:paraId="7975D10B" w14:textId="77777777" w:rsidR="00A15EE2" w:rsidRPr="006E0C34" w:rsidRDefault="00A15EE2" w:rsidP="00565445">
            <w:pPr>
              <w:rPr>
                <w:rFonts w:ascii="Comic Sans MS" w:hAnsi="Comic Sans MS"/>
                <w:sz w:val="20"/>
                <w:szCs w:val="20"/>
              </w:rPr>
            </w:pPr>
          </w:p>
        </w:tc>
      </w:tr>
      <w:tr w:rsidR="00A15EE2" w:rsidRPr="006E0C34" w14:paraId="474BBD15" w14:textId="77777777" w:rsidTr="00565445">
        <w:tc>
          <w:tcPr>
            <w:tcW w:w="4320" w:type="dxa"/>
          </w:tcPr>
          <w:p w14:paraId="63D31D88"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Date Agreement Completed</w:t>
            </w:r>
          </w:p>
        </w:tc>
        <w:tc>
          <w:tcPr>
            <w:tcW w:w="4320" w:type="dxa"/>
          </w:tcPr>
          <w:p w14:paraId="3520D302" w14:textId="77777777" w:rsidR="00A15EE2" w:rsidRPr="006E0C34" w:rsidRDefault="00A15EE2" w:rsidP="00565445">
            <w:pPr>
              <w:rPr>
                <w:rFonts w:ascii="Comic Sans MS" w:hAnsi="Comic Sans MS"/>
                <w:sz w:val="20"/>
                <w:szCs w:val="20"/>
              </w:rPr>
            </w:pPr>
          </w:p>
        </w:tc>
      </w:tr>
    </w:tbl>
    <w:p w14:paraId="3FA1A1CD"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Our Shared Commitment</w:t>
      </w:r>
    </w:p>
    <w:p w14:paraId="36C900C7"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 xml:space="preserve">We </w:t>
      </w:r>
      <w:proofErr w:type="spellStart"/>
      <w:r w:rsidRPr="006E0C34">
        <w:rPr>
          <w:rFonts w:ascii="Comic Sans MS" w:hAnsi="Comic Sans MS"/>
          <w:sz w:val="20"/>
          <w:szCs w:val="20"/>
        </w:rPr>
        <w:t>recognise</w:t>
      </w:r>
      <w:proofErr w:type="spellEnd"/>
      <w:r w:rsidRPr="006E0C34">
        <w:rPr>
          <w:rFonts w:ascii="Comic Sans MS" w:hAnsi="Comic Sans MS"/>
          <w:sz w:val="20"/>
          <w:szCs w:val="20"/>
        </w:rPr>
        <w:t xml:space="preserve"> that children develop toileting skills at different rates. This agreement sets out how home and school will work together to support the child's wellbeing, dignity, comfort and independence.</w:t>
      </w:r>
    </w:p>
    <w:p w14:paraId="582F9AD3"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The School Agrees To:</w:t>
      </w:r>
    </w:p>
    <w:p w14:paraId="355363E6"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Treat the child with dignity, respect and sensitivity at all times.</w:t>
      </w:r>
    </w:p>
    <w:p w14:paraId="5B2C40D3"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Provide intimate care in a safe, hygienic and private environment.</w:t>
      </w:r>
    </w:p>
    <w:p w14:paraId="4BBFC96D"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Support the child promptly if they become wet or soiled.</w:t>
      </w:r>
    </w:p>
    <w:p w14:paraId="179F2E38"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Promote independence and self-help skills wherever possible.</w:t>
      </w:r>
    </w:p>
    <w:p w14:paraId="50BCE918"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Follow the child’s Individual Intimate Care Plan.</w:t>
      </w:r>
    </w:p>
    <w:p w14:paraId="7A4713E2"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Inform parents/</w:t>
      </w:r>
      <w:proofErr w:type="spellStart"/>
      <w:r w:rsidRPr="006E0C34">
        <w:rPr>
          <w:rFonts w:ascii="Comic Sans MS" w:hAnsi="Comic Sans MS"/>
          <w:sz w:val="20"/>
          <w:szCs w:val="20"/>
        </w:rPr>
        <w:t>carers</w:t>
      </w:r>
      <w:proofErr w:type="spellEnd"/>
      <w:r w:rsidRPr="006E0C34">
        <w:rPr>
          <w:rFonts w:ascii="Comic Sans MS" w:hAnsi="Comic Sans MS"/>
          <w:sz w:val="20"/>
          <w:szCs w:val="20"/>
        </w:rPr>
        <w:t xml:space="preserve"> of any concerns regarding wellbeing, continence, injuries, soreness or changes in toileting patterns.</w:t>
      </w:r>
    </w:p>
    <w:p w14:paraId="13D2C0F6"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Maintain appropriate records where required.</w:t>
      </w:r>
    </w:p>
    <w:p w14:paraId="17415A96"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Follow safeguarding, health and safety and data protection procedures.</w:t>
      </w:r>
    </w:p>
    <w:p w14:paraId="413CEF54"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Parents/</w:t>
      </w:r>
      <w:proofErr w:type="spellStart"/>
      <w:r w:rsidRPr="006E0C34">
        <w:rPr>
          <w:rFonts w:ascii="Comic Sans MS" w:hAnsi="Comic Sans MS"/>
          <w:sz w:val="20"/>
          <w:szCs w:val="20"/>
        </w:rPr>
        <w:t>Carers</w:t>
      </w:r>
      <w:proofErr w:type="spellEnd"/>
      <w:r w:rsidRPr="006E0C34">
        <w:rPr>
          <w:rFonts w:ascii="Comic Sans MS" w:hAnsi="Comic Sans MS"/>
          <w:sz w:val="20"/>
          <w:szCs w:val="20"/>
        </w:rPr>
        <w:t xml:space="preserve"> Agree To:</w:t>
      </w:r>
    </w:p>
    <w:p w14:paraId="59B64441"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Provide accurate information about the child’s toileting and continence needs.</w:t>
      </w:r>
    </w:p>
    <w:p w14:paraId="40654A2E"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Ensure the child arrives at school in a clean nappy/pull-up if required.</w:t>
      </w:r>
    </w:p>
    <w:p w14:paraId="08DB9504"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Provide sufficient supplies including pull-ups, wipes, spare clothing and nappy sacks where applicable.</w:t>
      </w:r>
    </w:p>
    <w:p w14:paraId="6AF066CF"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lastRenderedPageBreak/>
        <w:t>Replace used supplies promptly when requested.</w:t>
      </w:r>
    </w:p>
    <w:p w14:paraId="23A5016C"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Inform the school of any medical conditions, medication, constipation, infections or changes affecting toileting.</w:t>
      </w:r>
    </w:p>
    <w:p w14:paraId="0C344735"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Work in partnership with the school to support independence and agreed targets.</w:t>
      </w:r>
    </w:p>
    <w:p w14:paraId="4C9C6DDB"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Attend review meetings when requested.</w:t>
      </w:r>
    </w:p>
    <w:p w14:paraId="282F4DD7"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Agreed Toileting Arrangements</w:t>
      </w:r>
    </w:p>
    <w:p w14:paraId="39C9FE6F"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532AD30"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542ABB24"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065A3078"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4D021DA5"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653829AB"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36A36016"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Current Independence Targets</w:t>
      </w:r>
    </w:p>
    <w:p w14:paraId="34A9F31A"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76DFEE61"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07C8F973"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44166E25"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Review Arrangements</w:t>
      </w:r>
    </w:p>
    <w:p w14:paraId="2B8C5237"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This agreement will be reviewed on: __________________________</w:t>
      </w:r>
    </w:p>
    <w:p w14:paraId="413ADA7A"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Earlier reviews may take place if needs change.</w:t>
      </w:r>
    </w:p>
    <w:p w14:paraId="09DC53A3"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Signatures</w:t>
      </w:r>
    </w:p>
    <w:p w14:paraId="64815B78"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Parent/</w:t>
      </w:r>
      <w:proofErr w:type="spellStart"/>
      <w:r w:rsidRPr="006E0C34">
        <w:rPr>
          <w:rFonts w:ascii="Comic Sans MS" w:hAnsi="Comic Sans MS"/>
          <w:sz w:val="20"/>
          <w:szCs w:val="20"/>
        </w:rPr>
        <w:t>Carer</w:t>
      </w:r>
      <w:proofErr w:type="spellEnd"/>
      <w:r w:rsidRPr="006E0C34">
        <w:rPr>
          <w:rFonts w:ascii="Comic Sans MS" w:hAnsi="Comic Sans MS"/>
          <w:sz w:val="20"/>
          <w:szCs w:val="20"/>
        </w:rPr>
        <w:t xml:space="preserve"> Name: ______________________________</w:t>
      </w:r>
    </w:p>
    <w:p w14:paraId="519F00D4"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Parent/</w:t>
      </w:r>
      <w:proofErr w:type="spellStart"/>
      <w:r w:rsidRPr="006E0C34">
        <w:rPr>
          <w:rFonts w:ascii="Comic Sans MS" w:hAnsi="Comic Sans MS"/>
          <w:sz w:val="20"/>
          <w:szCs w:val="20"/>
        </w:rPr>
        <w:t>Carer</w:t>
      </w:r>
      <w:proofErr w:type="spellEnd"/>
      <w:r w:rsidRPr="006E0C34">
        <w:rPr>
          <w:rFonts w:ascii="Comic Sans MS" w:hAnsi="Comic Sans MS"/>
          <w:sz w:val="20"/>
          <w:szCs w:val="20"/>
        </w:rPr>
        <w:t xml:space="preserve"> Signature: __________________________ Date: __________</w:t>
      </w:r>
    </w:p>
    <w:p w14:paraId="5BEFB6FB"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School Representative: ___________________________</w:t>
      </w:r>
    </w:p>
    <w:p w14:paraId="25D802F2" w14:textId="343D1071" w:rsidR="00A15EE2" w:rsidRPr="006E0C34" w:rsidRDefault="00A15EE2" w:rsidP="006E0C34">
      <w:pPr>
        <w:rPr>
          <w:rFonts w:ascii="Comic Sans MS" w:hAnsi="Comic Sans MS"/>
          <w:sz w:val="20"/>
          <w:szCs w:val="20"/>
        </w:rPr>
      </w:pPr>
      <w:r w:rsidRPr="006E0C34">
        <w:rPr>
          <w:rFonts w:ascii="Comic Sans MS" w:hAnsi="Comic Sans MS"/>
          <w:sz w:val="20"/>
          <w:szCs w:val="20"/>
        </w:rPr>
        <w:t>Signature: _____________________________________ Date: __________</w:t>
      </w:r>
    </w:p>
    <w:p w14:paraId="6F5552FB" w14:textId="375D4D9D" w:rsidR="00A15EE2" w:rsidRPr="006E0C34" w:rsidRDefault="00A15EE2" w:rsidP="00210E0D">
      <w:pPr>
        <w:spacing w:line="240" w:lineRule="auto"/>
        <w:rPr>
          <w:rFonts w:ascii="Comic Sans MS" w:hAnsi="Comic Sans MS"/>
          <w:b/>
          <w:bCs/>
          <w:sz w:val="20"/>
          <w:szCs w:val="20"/>
        </w:rPr>
      </w:pPr>
    </w:p>
    <w:p w14:paraId="11773F34" w14:textId="26C06617" w:rsidR="00A15EE2" w:rsidRPr="006E0C34" w:rsidRDefault="00A15EE2" w:rsidP="00210E0D">
      <w:pPr>
        <w:spacing w:line="240" w:lineRule="auto"/>
        <w:rPr>
          <w:rFonts w:ascii="Comic Sans MS" w:hAnsi="Comic Sans MS"/>
          <w:b/>
          <w:bCs/>
          <w:sz w:val="20"/>
          <w:szCs w:val="20"/>
        </w:rPr>
      </w:pPr>
    </w:p>
    <w:p w14:paraId="3E193CAC" w14:textId="693974CA" w:rsidR="00A15EE2" w:rsidRPr="006E0C34" w:rsidRDefault="00A15EE2" w:rsidP="00210E0D">
      <w:pPr>
        <w:spacing w:line="240" w:lineRule="auto"/>
        <w:rPr>
          <w:rFonts w:ascii="Comic Sans MS" w:hAnsi="Comic Sans MS"/>
          <w:b/>
          <w:bCs/>
          <w:sz w:val="20"/>
          <w:szCs w:val="20"/>
        </w:rPr>
      </w:pPr>
    </w:p>
    <w:p w14:paraId="24B605D5" w14:textId="749CA3D5" w:rsidR="00A15EE2" w:rsidRPr="006E0C34" w:rsidRDefault="00A15EE2" w:rsidP="00210E0D">
      <w:pPr>
        <w:spacing w:line="240" w:lineRule="auto"/>
        <w:rPr>
          <w:rFonts w:ascii="Comic Sans MS" w:hAnsi="Comic Sans MS"/>
          <w:b/>
          <w:bCs/>
          <w:sz w:val="20"/>
          <w:szCs w:val="20"/>
        </w:rPr>
      </w:pPr>
    </w:p>
    <w:p w14:paraId="745508F6" w14:textId="38462581" w:rsidR="00A15EE2" w:rsidRPr="006E0C34" w:rsidRDefault="00A15EE2" w:rsidP="00A15EE2">
      <w:pPr>
        <w:pStyle w:val="Title"/>
        <w:jc w:val="center"/>
        <w:rPr>
          <w:rFonts w:ascii="Comic Sans MS" w:hAnsi="Comic Sans MS"/>
          <w:sz w:val="20"/>
          <w:szCs w:val="20"/>
        </w:rPr>
      </w:pPr>
      <w:r w:rsidRPr="006E0C34">
        <w:rPr>
          <w:rFonts w:ascii="Comic Sans MS" w:hAnsi="Comic Sans MS"/>
          <w:b/>
          <w:bCs/>
          <w:noProof/>
          <w:sz w:val="20"/>
          <w:szCs w:val="20"/>
        </w:rPr>
        <mc:AlternateContent>
          <mc:Choice Requires="wps">
            <w:drawing>
              <wp:anchor distT="45720" distB="45720" distL="114300" distR="114300" simplePos="0" relativeHeight="251667456" behindDoc="0" locked="0" layoutInCell="1" allowOverlap="1" wp14:anchorId="7380D76C" wp14:editId="7489F2D8">
                <wp:simplePos x="0" y="0"/>
                <wp:positionH relativeFrom="column">
                  <wp:posOffset>478465</wp:posOffset>
                </wp:positionH>
                <wp:positionV relativeFrom="paragraph">
                  <wp:posOffset>-709191</wp:posOffset>
                </wp:positionV>
                <wp:extent cx="2413591" cy="287079"/>
                <wp:effectExtent l="0" t="0" r="25400"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591" cy="287079"/>
                        </a:xfrm>
                        <a:prstGeom prst="rect">
                          <a:avLst/>
                        </a:prstGeom>
                        <a:solidFill>
                          <a:srgbClr val="FFFFFF"/>
                        </a:solidFill>
                        <a:ln w="9525">
                          <a:solidFill>
                            <a:schemeClr val="bg1"/>
                          </a:solidFill>
                          <a:miter lim="800000"/>
                          <a:headEnd/>
                          <a:tailEnd/>
                        </a:ln>
                      </wps:spPr>
                      <wps:txbx>
                        <w:txbxContent>
                          <w:p w14:paraId="23C92E24" w14:textId="19F6D51C" w:rsidR="00A15EE2" w:rsidRPr="00A15EE2" w:rsidRDefault="00A15EE2" w:rsidP="00A15EE2">
                            <w:pPr>
                              <w:rPr>
                                <w:rFonts w:ascii="Letter-join 1" w:hAnsi="Letter-join 1"/>
                                <w:b/>
                                <w:bCs/>
                              </w:rPr>
                            </w:pPr>
                            <w:r w:rsidRPr="00A15EE2">
                              <w:rPr>
                                <w:rFonts w:ascii="Letter-join 1" w:hAnsi="Letter-join 1"/>
                                <w:b/>
                                <w:bCs/>
                              </w:rPr>
                              <w:t xml:space="preserve">Appendix </w:t>
                            </w:r>
                            <w:r>
                              <w:rPr>
                                <w:rFonts w:ascii="Letter-join 1" w:hAnsi="Letter-join 1"/>
                                <w:b/>
                                <w:bC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0D76C" id="_x0000_s1027" type="#_x0000_t202" style="position:absolute;left:0;text-align:left;margin-left:37.65pt;margin-top:-55.85pt;width:190.05pt;height:22.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" strokecolor="white [3212]">
                <v:textbox>
                  <w:txbxContent>
                    <w:p w14:paraId="23C92E24" w14:textId="19F6D51C" w:rsidR="00A15EE2" w:rsidRPr="00A15EE2" w:rsidRDefault="00A15EE2" w:rsidP="00A15EE2">
                      <w:pPr>
                        <w:rPr>
                          <w:rFonts w:ascii="Letter-join 1" w:hAnsi="Letter-join 1"/>
                          <w:b/>
                          <w:bCs/>
                        </w:rPr>
                      </w:pPr>
                      <w:r w:rsidRPr="00A15EE2">
                        <w:rPr>
                          <w:rFonts w:ascii="Letter-join 1" w:hAnsi="Letter-join 1"/>
                          <w:b/>
                          <w:bCs/>
                        </w:rPr>
                        <w:t xml:space="preserve">Appendix </w:t>
                      </w:r>
                      <w:r>
                        <w:rPr>
                          <w:rFonts w:ascii="Letter-join 1" w:hAnsi="Letter-join 1"/>
                          <w:b/>
                          <w:bCs/>
                        </w:rPr>
                        <w:t>B</w:t>
                      </w:r>
                    </w:p>
                  </w:txbxContent>
                </v:textbox>
              </v:shape>
            </w:pict>
          </mc:Fallback>
        </mc:AlternateContent>
      </w:r>
      <w:r w:rsidRPr="006E0C34">
        <w:rPr>
          <w:rFonts w:ascii="Comic Sans MS" w:hAnsi="Comic Sans MS"/>
          <w:b/>
          <w:noProof/>
          <w:sz w:val="20"/>
          <w:szCs w:val="20"/>
        </w:rPr>
        <w:drawing>
          <wp:anchor distT="0" distB="0" distL="114300" distR="114300" simplePos="0" relativeHeight="251664384" behindDoc="0" locked="0" layoutInCell="1" allowOverlap="1" wp14:anchorId="494612A4" wp14:editId="2046097A">
            <wp:simplePos x="0" y="0"/>
            <wp:positionH relativeFrom="margin">
              <wp:posOffset>319065</wp:posOffset>
            </wp:positionH>
            <wp:positionV relativeFrom="paragraph">
              <wp:posOffset>-318608</wp:posOffset>
            </wp:positionV>
            <wp:extent cx="662388" cy="726158"/>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noProof/>
          <w:sz w:val="20"/>
          <w:szCs w:val="20"/>
        </w:rPr>
        <w:drawing>
          <wp:anchor distT="0" distB="0" distL="114300" distR="114300" simplePos="0" relativeHeight="251665408" behindDoc="0" locked="0" layoutInCell="1" allowOverlap="1" wp14:anchorId="39E65660" wp14:editId="548C7E89">
            <wp:simplePos x="0" y="0"/>
            <wp:positionH relativeFrom="margin">
              <wp:posOffset>5498657</wp:posOffset>
            </wp:positionH>
            <wp:positionV relativeFrom="paragraph">
              <wp:posOffset>-308137</wp:posOffset>
            </wp:positionV>
            <wp:extent cx="662388" cy="726158"/>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14:sizeRelH relativeFrom="margin">
              <wp14:pctWidth>0</wp14:pctWidth>
            </wp14:sizeRelH>
          </wp:anchor>
        </w:drawing>
      </w:r>
      <w:r w:rsidRPr="006E0C34">
        <w:rPr>
          <w:rFonts w:ascii="Comic Sans MS" w:hAnsi="Comic Sans MS"/>
          <w:sz w:val="20"/>
          <w:szCs w:val="20"/>
        </w:rPr>
        <w:t>Individual Intimate Care Plan</w:t>
      </w:r>
    </w:p>
    <w:p w14:paraId="7D45AD97"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For children requiring regular toileting, continence or intimate care support.</w:t>
      </w:r>
    </w:p>
    <w:p w14:paraId="75216D2B"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Section 1: Child Information</w:t>
      </w:r>
    </w:p>
    <w:tbl>
      <w:tblPr>
        <w:tblStyle w:val="TableGrid"/>
        <w:tblW w:w="0" w:type="auto"/>
        <w:tblLook w:val="04A0" w:firstRow="1" w:lastRow="0" w:firstColumn="1" w:lastColumn="0" w:noHBand="0" w:noVBand="1"/>
      </w:tblPr>
      <w:tblGrid>
        <w:gridCol w:w="4320"/>
        <w:gridCol w:w="5598"/>
      </w:tblGrid>
      <w:tr w:rsidR="00A15EE2" w:rsidRPr="006E0C34" w14:paraId="4C90BCC7" w14:textId="77777777" w:rsidTr="00565445">
        <w:tc>
          <w:tcPr>
            <w:tcW w:w="4320" w:type="dxa"/>
          </w:tcPr>
          <w:p w14:paraId="1E65F971"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Child Name</w:t>
            </w:r>
          </w:p>
        </w:tc>
        <w:tc>
          <w:tcPr>
            <w:tcW w:w="5598" w:type="dxa"/>
          </w:tcPr>
          <w:p w14:paraId="491F3067" w14:textId="77777777" w:rsidR="00A15EE2" w:rsidRPr="006E0C34" w:rsidRDefault="00A15EE2" w:rsidP="00565445">
            <w:pPr>
              <w:rPr>
                <w:rFonts w:ascii="Comic Sans MS" w:hAnsi="Comic Sans MS"/>
                <w:sz w:val="20"/>
                <w:szCs w:val="20"/>
              </w:rPr>
            </w:pPr>
          </w:p>
        </w:tc>
      </w:tr>
      <w:tr w:rsidR="00A15EE2" w:rsidRPr="006E0C34" w14:paraId="4A25236B" w14:textId="77777777" w:rsidTr="00565445">
        <w:tc>
          <w:tcPr>
            <w:tcW w:w="4320" w:type="dxa"/>
          </w:tcPr>
          <w:p w14:paraId="67A70491"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Date of Birth</w:t>
            </w:r>
          </w:p>
        </w:tc>
        <w:tc>
          <w:tcPr>
            <w:tcW w:w="5598" w:type="dxa"/>
          </w:tcPr>
          <w:p w14:paraId="0D672C8F" w14:textId="77777777" w:rsidR="00A15EE2" w:rsidRPr="006E0C34" w:rsidRDefault="00A15EE2" w:rsidP="00565445">
            <w:pPr>
              <w:rPr>
                <w:rFonts w:ascii="Comic Sans MS" w:hAnsi="Comic Sans MS"/>
                <w:sz w:val="20"/>
                <w:szCs w:val="20"/>
              </w:rPr>
            </w:pPr>
          </w:p>
        </w:tc>
      </w:tr>
      <w:tr w:rsidR="00A15EE2" w:rsidRPr="006E0C34" w14:paraId="2C9406F4" w14:textId="77777777" w:rsidTr="00565445">
        <w:tc>
          <w:tcPr>
            <w:tcW w:w="4320" w:type="dxa"/>
          </w:tcPr>
          <w:p w14:paraId="0DCCA5ED"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Class / Year Group</w:t>
            </w:r>
          </w:p>
        </w:tc>
        <w:tc>
          <w:tcPr>
            <w:tcW w:w="5598" w:type="dxa"/>
          </w:tcPr>
          <w:p w14:paraId="7F0637B5" w14:textId="77777777" w:rsidR="00A15EE2" w:rsidRPr="006E0C34" w:rsidRDefault="00A15EE2" w:rsidP="00565445">
            <w:pPr>
              <w:rPr>
                <w:rFonts w:ascii="Comic Sans MS" w:hAnsi="Comic Sans MS"/>
                <w:sz w:val="20"/>
                <w:szCs w:val="20"/>
              </w:rPr>
            </w:pPr>
          </w:p>
        </w:tc>
      </w:tr>
      <w:tr w:rsidR="00A15EE2" w:rsidRPr="006E0C34" w14:paraId="2D788440" w14:textId="77777777" w:rsidTr="00565445">
        <w:tc>
          <w:tcPr>
            <w:tcW w:w="4320" w:type="dxa"/>
          </w:tcPr>
          <w:p w14:paraId="45DB7D35"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 xml:space="preserve">Parent / </w:t>
            </w:r>
            <w:proofErr w:type="spellStart"/>
            <w:r w:rsidRPr="006E0C34">
              <w:rPr>
                <w:rFonts w:ascii="Comic Sans MS" w:hAnsi="Comic Sans MS"/>
                <w:sz w:val="20"/>
                <w:szCs w:val="20"/>
              </w:rPr>
              <w:t>Carer</w:t>
            </w:r>
            <w:proofErr w:type="spellEnd"/>
            <w:r w:rsidRPr="006E0C34">
              <w:rPr>
                <w:rFonts w:ascii="Comic Sans MS" w:hAnsi="Comic Sans MS"/>
                <w:sz w:val="20"/>
                <w:szCs w:val="20"/>
              </w:rPr>
              <w:t xml:space="preserve"> Name(s)</w:t>
            </w:r>
          </w:p>
        </w:tc>
        <w:tc>
          <w:tcPr>
            <w:tcW w:w="5598" w:type="dxa"/>
          </w:tcPr>
          <w:p w14:paraId="105F276F" w14:textId="77777777" w:rsidR="00A15EE2" w:rsidRPr="006E0C34" w:rsidRDefault="00A15EE2" w:rsidP="00565445">
            <w:pPr>
              <w:rPr>
                <w:rFonts w:ascii="Comic Sans MS" w:hAnsi="Comic Sans MS"/>
                <w:sz w:val="20"/>
                <w:szCs w:val="20"/>
              </w:rPr>
            </w:pPr>
          </w:p>
        </w:tc>
      </w:tr>
      <w:tr w:rsidR="00A15EE2" w:rsidRPr="006E0C34" w14:paraId="3AD550EF" w14:textId="77777777" w:rsidTr="00565445">
        <w:tc>
          <w:tcPr>
            <w:tcW w:w="4320" w:type="dxa"/>
          </w:tcPr>
          <w:p w14:paraId="03764433"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Emergency Contact Number</w:t>
            </w:r>
          </w:p>
        </w:tc>
        <w:tc>
          <w:tcPr>
            <w:tcW w:w="5598" w:type="dxa"/>
          </w:tcPr>
          <w:p w14:paraId="6B230DCD" w14:textId="77777777" w:rsidR="00A15EE2" w:rsidRPr="006E0C34" w:rsidRDefault="00A15EE2" w:rsidP="00565445">
            <w:pPr>
              <w:rPr>
                <w:rFonts w:ascii="Comic Sans MS" w:hAnsi="Comic Sans MS"/>
                <w:sz w:val="20"/>
                <w:szCs w:val="20"/>
              </w:rPr>
            </w:pPr>
          </w:p>
        </w:tc>
      </w:tr>
      <w:tr w:rsidR="00A15EE2" w:rsidRPr="006E0C34" w14:paraId="46068727" w14:textId="77777777" w:rsidTr="00565445">
        <w:tc>
          <w:tcPr>
            <w:tcW w:w="4320" w:type="dxa"/>
          </w:tcPr>
          <w:p w14:paraId="248EA430"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Start Date of Plan</w:t>
            </w:r>
          </w:p>
        </w:tc>
        <w:tc>
          <w:tcPr>
            <w:tcW w:w="5598" w:type="dxa"/>
          </w:tcPr>
          <w:p w14:paraId="0F3D843B" w14:textId="77777777" w:rsidR="00A15EE2" w:rsidRPr="006E0C34" w:rsidRDefault="00A15EE2" w:rsidP="00565445">
            <w:pPr>
              <w:rPr>
                <w:rFonts w:ascii="Comic Sans MS" w:hAnsi="Comic Sans MS"/>
                <w:sz w:val="20"/>
                <w:szCs w:val="20"/>
              </w:rPr>
            </w:pPr>
          </w:p>
        </w:tc>
      </w:tr>
      <w:tr w:rsidR="00A15EE2" w:rsidRPr="006E0C34" w14:paraId="38493475" w14:textId="77777777" w:rsidTr="00565445">
        <w:tc>
          <w:tcPr>
            <w:tcW w:w="4320" w:type="dxa"/>
          </w:tcPr>
          <w:p w14:paraId="037BB418"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Review Date</w:t>
            </w:r>
          </w:p>
        </w:tc>
        <w:tc>
          <w:tcPr>
            <w:tcW w:w="5598" w:type="dxa"/>
          </w:tcPr>
          <w:p w14:paraId="3BB8B6CA" w14:textId="77777777" w:rsidR="00A15EE2" w:rsidRPr="006E0C34" w:rsidRDefault="00A15EE2" w:rsidP="00565445">
            <w:pPr>
              <w:rPr>
                <w:rFonts w:ascii="Comic Sans MS" w:hAnsi="Comic Sans MS"/>
                <w:sz w:val="20"/>
                <w:szCs w:val="20"/>
              </w:rPr>
            </w:pPr>
          </w:p>
        </w:tc>
      </w:tr>
      <w:tr w:rsidR="00A15EE2" w:rsidRPr="006E0C34" w14:paraId="478A4DFD" w14:textId="77777777" w:rsidTr="00565445">
        <w:tc>
          <w:tcPr>
            <w:tcW w:w="4320" w:type="dxa"/>
          </w:tcPr>
          <w:p w14:paraId="6B6E3482"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SEND Status</w:t>
            </w:r>
          </w:p>
        </w:tc>
        <w:tc>
          <w:tcPr>
            <w:tcW w:w="5598" w:type="dxa"/>
          </w:tcPr>
          <w:p w14:paraId="7DE14E6B" w14:textId="77777777" w:rsidR="00A15EE2" w:rsidRPr="006E0C34" w:rsidRDefault="00A15EE2" w:rsidP="00565445">
            <w:pPr>
              <w:rPr>
                <w:rFonts w:ascii="Comic Sans MS" w:hAnsi="Comic Sans MS"/>
                <w:sz w:val="20"/>
                <w:szCs w:val="20"/>
              </w:rPr>
            </w:pPr>
          </w:p>
        </w:tc>
      </w:tr>
      <w:tr w:rsidR="00A15EE2" w:rsidRPr="006E0C34" w14:paraId="151FEAA2" w14:textId="77777777" w:rsidTr="00565445">
        <w:trPr>
          <w:trHeight w:val="77"/>
        </w:trPr>
        <w:tc>
          <w:tcPr>
            <w:tcW w:w="4320" w:type="dxa"/>
          </w:tcPr>
          <w:p w14:paraId="1FDECB23"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Medical Diagnosis (if applicable)</w:t>
            </w:r>
          </w:p>
        </w:tc>
        <w:tc>
          <w:tcPr>
            <w:tcW w:w="5598" w:type="dxa"/>
          </w:tcPr>
          <w:p w14:paraId="4123CA97" w14:textId="77777777" w:rsidR="00A15EE2" w:rsidRPr="006E0C34" w:rsidRDefault="00A15EE2" w:rsidP="00565445">
            <w:pPr>
              <w:rPr>
                <w:rFonts w:ascii="Comic Sans MS" w:hAnsi="Comic Sans MS"/>
                <w:sz w:val="20"/>
                <w:szCs w:val="20"/>
              </w:rPr>
            </w:pPr>
          </w:p>
        </w:tc>
      </w:tr>
      <w:tr w:rsidR="00A15EE2" w:rsidRPr="006E0C34" w14:paraId="485FE0CB" w14:textId="77777777" w:rsidTr="00565445">
        <w:tc>
          <w:tcPr>
            <w:tcW w:w="4320" w:type="dxa"/>
          </w:tcPr>
          <w:p w14:paraId="04791249"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Professionals Involved</w:t>
            </w:r>
          </w:p>
        </w:tc>
        <w:tc>
          <w:tcPr>
            <w:tcW w:w="5598" w:type="dxa"/>
          </w:tcPr>
          <w:p w14:paraId="33BF2E4C" w14:textId="77777777" w:rsidR="00A15EE2" w:rsidRPr="006E0C34" w:rsidRDefault="00A15EE2" w:rsidP="00565445">
            <w:pPr>
              <w:rPr>
                <w:rFonts w:ascii="Comic Sans MS" w:hAnsi="Comic Sans MS"/>
                <w:sz w:val="20"/>
                <w:szCs w:val="20"/>
              </w:rPr>
            </w:pPr>
          </w:p>
        </w:tc>
      </w:tr>
    </w:tbl>
    <w:p w14:paraId="213F94A7"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Section 2: Description of Need</w:t>
      </w:r>
    </w:p>
    <w:p w14:paraId="1F369A65"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0CCDD25C"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4ABB6C5" w14:textId="3819F8B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A8F5805"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Section 3: Current Level of Independence</w:t>
      </w:r>
    </w:p>
    <w:tbl>
      <w:tblPr>
        <w:tblStyle w:val="TableGrid"/>
        <w:tblW w:w="0" w:type="auto"/>
        <w:tblLook w:val="04A0" w:firstRow="1" w:lastRow="0" w:firstColumn="1" w:lastColumn="0" w:noHBand="0" w:noVBand="1"/>
      </w:tblPr>
      <w:tblGrid>
        <w:gridCol w:w="2160"/>
        <w:gridCol w:w="2513"/>
        <w:gridCol w:w="2552"/>
        <w:gridCol w:w="2835"/>
      </w:tblGrid>
      <w:tr w:rsidR="00A15EE2" w:rsidRPr="006E0C34" w14:paraId="59A703F9" w14:textId="77777777" w:rsidTr="00565445">
        <w:tc>
          <w:tcPr>
            <w:tcW w:w="2160" w:type="dxa"/>
          </w:tcPr>
          <w:p w14:paraId="083070FE"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Skill</w:t>
            </w:r>
          </w:p>
        </w:tc>
        <w:tc>
          <w:tcPr>
            <w:tcW w:w="2513" w:type="dxa"/>
          </w:tcPr>
          <w:p w14:paraId="456B6417"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Independent</w:t>
            </w:r>
          </w:p>
        </w:tc>
        <w:tc>
          <w:tcPr>
            <w:tcW w:w="2552" w:type="dxa"/>
          </w:tcPr>
          <w:p w14:paraId="43EB9973"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With Support</w:t>
            </w:r>
          </w:p>
        </w:tc>
        <w:tc>
          <w:tcPr>
            <w:tcW w:w="2835" w:type="dxa"/>
          </w:tcPr>
          <w:p w14:paraId="406ABB7A"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Unable</w:t>
            </w:r>
          </w:p>
        </w:tc>
      </w:tr>
      <w:tr w:rsidR="00A15EE2" w:rsidRPr="006E0C34" w14:paraId="48775E52" w14:textId="77777777" w:rsidTr="00565445">
        <w:tc>
          <w:tcPr>
            <w:tcW w:w="2160" w:type="dxa"/>
          </w:tcPr>
          <w:p w14:paraId="77503A53" w14:textId="77777777" w:rsidR="00A15EE2" w:rsidRPr="006E0C34" w:rsidRDefault="00A15EE2" w:rsidP="00565445">
            <w:pPr>
              <w:rPr>
                <w:rFonts w:ascii="Comic Sans MS" w:hAnsi="Comic Sans MS"/>
                <w:sz w:val="20"/>
                <w:szCs w:val="20"/>
              </w:rPr>
            </w:pPr>
            <w:proofErr w:type="spellStart"/>
            <w:r w:rsidRPr="006E0C34">
              <w:rPr>
                <w:rFonts w:ascii="Comic Sans MS" w:hAnsi="Comic Sans MS"/>
                <w:sz w:val="20"/>
                <w:szCs w:val="20"/>
              </w:rPr>
              <w:t>Recognises</w:t>
            </w:r>
            <w:proofErr w:type="spellEnd"/>
            <w:r w:rsidRPr="006E0C34">
              <w:rPr>
                <w:rFonts w:ascii="Comic Sans MS" w:hAnsi="Comic Sans MS"/>
                <w:sz w:val="20"/>
                <w:szCs w:val="20"/>
              </w:rPr>
              <w:t xml:space="preserve"> need for toilet</w:t>
            </w:r>
          </w:p>
        </w:tc>
        <w:tc>
          <w:tcPr>
            <w:tcW w:w="2513" w:type="dxa"/>
          </w:tcPr>
          <w:p w14:paraId="5BDA7E4F" w14:textId="77777777" w:rsidR="00A15EE2" w:rsidRPr="006E0C34" w:rsidRDefault="00A15EE2" w:rsidP="00565445">
            <w:pPr>
              <w:rPr>
                <w:rFonts w:ascii="Comic Sans MS" w:hAnsi="Comic Sans MS"/>
                <w:sz w:val="20"/>
                <w:szCs w:val="20"/>
              </w:rPr>
            </w:pPr>
          </w:p>
        </w:tc>
        <w:tc>
          <w:tcPr>
            <w:tcW w:w="2552" w:type="dxa"/>
          </w:tcPr>
          <w:p w14:paraId="682C75C9" w14:textId="77777777" w:rsidR="00A15EE2" w:rsidRPr="006E0C34" w:rsidRDefault="00A15EE2" w:rsidP="00565445">
            <w:pPr>
              <w:rPr>
                <w:rFonts w:ascii="Comic Sans MS" w:hAnsi="Comic Sans MS"/>
                <w:sz w:val="20"/>
                <w:szCs w:val="20"/>
              </w:rPr>
            </w:pPr>
          </w:p>
        </w:tc>
        <w:tc>
          <w:tcPr>
            <w:tcW w:w="2835" w:type="dxa"/>
          </w:tcPr>
          <w:p w14:paraId="0CAF9F1A" w14:textId="77777777" w:rsidR="00A15EE2" w:rsidRPr="006E0C34" w:rsidRDefault="00A15EE2" w:rsidP="00565445">
            <w:pPr>
              <w:rPr>
                <w:rFonts w:ascii="Comic Sans MS" w:hAnsi="Comic Sans MS"/>
                <w:sz w:val="20"/>
                <w:szCs w:val="20"/>
              </w:rPr>
            </w:pPr>
          </w:p>
        </w:tc>
      </w:tr>
      <w:tr w:rsidR="00A15EE2" w:rsidRPr="006E0C34" w14:paraId="0E8DBB80" w14:textId="77777777" w:rsidTr="00565445">
        <w:tc>
          <w:tcPr>
            <w:tcW w:w="2160" w:type="dxa"/>
          </w:tcPr>
          <w:p w14:paraId="266A3A45"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Communicates need for toilet</w:t>
            </w:r>
          </w:p>
        </w:tc>
        <w:tc>
          <w:tcPr>
            <w:tcW w:w="2513" w:type="dxa"/>
          </w:tcPr>
          <w:p w14:paraId="544A31AC" w14:textId="77777777" w:rsidR="00A15EE2" w:rsidRPr="006E0C34" w:rsidRDefault="00A15EE2" w:rsidP="00565445">
            <w:pPr>
              <w:rPr>
                <w:rFonts w:ascii="Comic Sans MS" w:hAnsi="Comic Sans MS"/>
                <w:sz w:val="20"/>
                <w:szCs w:val="20"/>
              </w:rPr>
            </w:pPr>
          </w:p>
        </w:tc>
        <w:tc>
          <w:tcPr>
            <w:tcW w:w="2552" w:type="dxa"/>
          </w:tcPr>
          <w:p w14:paraId="3D606DB3" w14:textId="77777777" w:rsidR="00A15EE2" w:rsidRPr="006E0C34" w:rsidRDefault="00A15EE2" w:rsidP="00565445">
            <w:pPr>
              <w:rPr>
                <w:rFonts w:ascii="Comic Sans MS" w:hAnsi="Comic Sans MS"/>
                <w:sz w:val="20"/>
                <w:szCs w:val="20"/>
              </w:rPr>
            </w:pPr>
          </w:p>
        </w:tc>
        <w:tc>
          <w:tcPr>
            <w:tcW w:w="2835" w:type="dxa"/>
          </w:tcPr>
          <w:p w14:paraId="375D3A2E" w14:textId="77777777" w:rsidR="00A15EE2" w:rsidRPr="006E0C34" w:rsidRDefault="00A15EE2" w:rsidP="00565445">
            <w:pPr>
              <w:rPr>
                <w:rFonts w:ascii="Comic Sans MS" w:hAnsi="Comic Sans MS"/>
                <w:sz w:val="20"/>
                <w:szCs w:val="20"/>
              </w:rPr>
            </w:pPr>
          </w:p>
        </w:tc>
      </w:tr>
      <w:tr w:rsidR="00A15EE2" w:rsidRPr="006E0C34" w14:paraId="106422D5" w14:textId="77777777" w:rsidTr="00565445">
        <w:tc>
          <w:tcPr>
            <w:tcW w:w="2160" w:type="dxa"/>
          </w:tcPr>
          <w:p w14:paraId="6E5EC73C"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Undresses</w:t>
            </w:r>
          </w:p>
        </w:tc>
        <w:tc>
          <w:tcPr>
            <w:tcW w:w="2513" w:type="dxa"/>
          </w:tcPr>
          <w:p w14:paraId="450E294E" w14:textId="77777777" w:rsidR="00A15EE2" w:rsidRPr="006E0C34" w:rsidRDefault="00A15EE2" w:rsidP="00565445">
            <w:pPr>
              <w:rPr>
                <w:rFonts w:ascii="Comic Sans MS" w:hAnsi="Comic Sans MS"/>
                <w:sz w:val="20"/>
                <w:szCs w:val="20"/>
              </w:rPr>
            </w:pPr>
          </w:p>
        </w:tc>
        <w:tc>
          <w:tcPr>
            <w:tcW w:w="2552" w:type="dxa"/>
          </w:tcPr>
          <w:p w14:paraId="4B536D60" w14:textId="77777777" w:rsidR="00A15EE2" w:rsidRPr="006E0C34" w:rsidRDefault="00A15EE2" w:rsidP="00565445">
            <w:pPr>
              <w:rPr>
                <w:rFonts w:ascii="Comic Sans MS" w:hAnsi="Comic Sans MS"/>
                <w:sz w:val="20"/>
                <w:szCs w:val="20"/>
              </w:rPr>
            </w:pPr>
          </w:p>
        </w:tc>
        <w:tc>
          <w:tcPr>
            <w:tcW w:w="2835" w:type="dxa"/>
          </w:tcPr>
          <w:p w14:paraId="5A97E61F" w14:textId="77777777" w:rsidR="00A15EE2" w:rsidRPr="006E0C34" w:rsidRDefault="00A15EE2" w:rsidP="00565445">
            <w:pPr>
              <w:rPr>
                <w:rFonts w:ascii="Comic Sans MS" w:hAnsi="Comic Sans MS"/>
                <w:sz w:val="20"/>
                <w:szCs w:val="20"/>
              </w:rPr>
            </w:pPr>
          </w:p>
        </w:tc>
      </w:tr>
      <w:tr w:rsidR="00A15EE2" w:rsidRPr="006E0C34" w14:paraId="776562D5" w14:textId="77777777" w:rsidTr="00565445">
        <w:tc>
          <w:tcPr>
            <w:tcW w:w="2160" w:type="dxa"/>
          </w:tcPr>
          <w:p w14:paraId="6C990A9C"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Pulls clothing up/down</w:t>
            </w:r>
          </w:p>
        </w:tc>
        <w:tc>
          <w:tcPr>
            <w:tcW w:w="2513" w:type="dxa"/>
          </w:tcPr>
          <w:p w14:paraId="4638FC95" w14:textId="77777777" w:rsidR="00A15EE2" w:rsidRPr="006E0C34" w:rsidRDefault="00A15EE2" w:rsidP="00565445">
            <w:pPr>
              <w:rPr>
                <w:rFonts w:ascii="Comic Sans MS" w:hAnsi="Comic Sans MS"/>
                <w:sz w:val="20"/>
                <w:szCs w:val="20"/>
              </w:rPr>
            </w:pPr>
          </w:p>
        </w:tc>
        <w:tc>
          <w:tcPr>
            <w:tcW w:w="2552" w:type="dxa"/>
          </w:tcPr>
          <w:p w14:paraId="133EA7FD" w14:textId="77777777" w:rsidR="00A15EE2" w:rsidRPr="006E0C34" w:rsidRDefault="00A15EE2" w:rsidP="00565445">
            <w:pPr>
              <w:rPr>
                <w:rFonts w:ascii="Comic Sans MS" w:hAnsi="Comic Sans MS"/>
                <w:sz w:val="20"/>
                <w:szCs w:val="20"/>
              </w:rPr>
            </w:pPr>
          </w:p>
        </w:tc>
        <w:tc>
          <w:tcPr>
            <w:tcW w:w="2835" w:type="dxa"/>
          </w:tcPr>
          <w:p w14:paraId="65BF4FCD" w14:textId="77777777" w:rsidR="00A15EE2" w:rsidRPr="006E0C34" w:rsidRDefault="00A15EE2" w:rsidP="00565445">
            <w:pPr>
              <w:rPr>
                <w:rFonts w:ascii="Comic Sans MS" w:hAnsi="Comic Sans MS"/>
                <w:sz w:val="20"/>
                <w:szCs w:val="20"/>
              </w:rPr>
            </w:pPr>
          </w:p>
        </w:tc>
      </w:tr>
      <w:tr w:rsidR="00A15EE2" w:rsidRPr="006E0C34" w14:paraId="1EC6D935" w14:textId="77777777" w:rsidTr="00565445">
        <w:tc>
          <w:tcPr>
            <w:tcW w:w="2160" w:type="dxa"/>
          </w:tcPr>
          <w:p w14:paraId="078D6CC9"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Uses toilet</w:t>
            </w:r>
          </w:p>
        </w:tc>
        <w:tc>
          <w:tcPr>
            <w:tcW w:w="2513" w:type="dxa"/>
          </w:tcPr>
          <w:p w14:paraId="5793019B" w14:textId="77777777" w:rsidR="00A15EE2" w:rsidRPr="006E0C34" w:rsidRDefault="00A15EE2" w:rsidP="00565445">
            <w:pPr>
              <w:rPr>
                <w:rFonts w:ascii="Comic Sans MS" w:hAnsi="Comic Sans MS"/>
                <w:sz w:val="20"/>
                <w:szCs w:val="20"/>
              </w:rPr>
            </w:pPr>
          </w:p>
        </w:tc>
        <w:tc>
          <w:tcPr>
            <w:tcW w:w="2552" w:type="dxa"/>
          </w:tcPr>
          <w:p w14:paraId="3DB1860E" w14:textId="77777777" w:rsidR="00A15EE2" w:rsidRPr="006E0C34" w:rsidRDefault="00A15EE2" w:rsidP="00565445">
            <w:pPr>
              <w:rPr>
                <w:rFonts w:ascii="Comic Sans MS" w:hAnsi="Comic Sans MS"/>
                <w:sz w:val="20"/>
                <w:szCs w:val="20"/>
              </w:rPr>
            </w:pPr>
          </w:p>
        </w:tc>
        <w:tc>
          <w:tcPr>
            <w:tcW w:w="2835" w:type="dxa"/>
          </w:tcPr>
          <w:p w14:paraId="5E708C65" w14:textId="77777777" w:rsidR="00A15EE2" w:rsidRPr="006E0C34" w:rsidRDefault="00A15EE2" w:rsidP="00565445">
            <w:pPr>
              <w:rPr>
                <w:rFonts w:ascii="Comic Sans MS" w:hAnsi="Comic Sans MS"/>
                <w:sz w:val="20"/>
                <w:szCs w:val="20"/>
              </w:rPr>
            </w:pPr>
          </w:p>
        </w:tc>
      </w:tr>
      <w:tr w:rsidR="00A15EE2" w:rsidRPr="006E0C34" w14:paraId="227EA512" w14:textId="77777777" w:rsidTr="00565445">
        <w:tc>
          <w:tcPr>
            <w:tcW w:w="2160" w:type="dxa"/>
          </w:tcPr>
          <w:p w14:paraId="4D8789EA"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Wipes independently</w:t>
            </w:r>
          </w:p>
        </w:tc>
        <w:tc>
          <w:tcPr>
            <w:tcW w:w="2513" w:type="dxa"/>
          </w:tcPr>
          <w:p w14:paraId="63C2B0AB" w14:textId="77777777" w:rsidR="00A15EE2" w:rsidRPr="006E0C34" w:rsidRDefault="00A15EE2" w:rsidP="00565445">
            <w:pPr>
              <w:rPr>
                <w:rFonts w:ascii="Comic Sans MS" w:hAnsi="Comic Sans MS"/>
                <w:sz w:val="20"/>
                <w:szCs w:val="20"/>
              </w:rPr>
            </w:pPr>
          </w:p>
        </w:tc>
        <w:tc>
          <w:tcPr>
            <w:tcW w:w="2552" w:type="dxa"/>
          </w:tcPr>
          <w:p w14:paraId="3F008815" w14:textId="77777777" w:rsidR="00A15EE2" w:rsidRPr="006E0C34" w:rsidRDefault="00A15EE2" w:rsidP="00565445">
            <w:pPr>
              <w:rPr>
                <w:rFonts w:ascii="Comic Sans MS" w:hAnsi="Comic Sans MS"/>
                <w:sz w:val="20"/>
                <w:szCs w:val="20"/>
              </w:rPr>
            </w:pPr>
          </w:p>
        </w:tc>
        <w:tc>
          <w:tcPr>
            <w:tcW w:w="2835" w:type="dxa"/>
          </w:tcPr>
          <w:p w14:paraId="1271600E" w14:textId="77777777" w:rsidR="00A15EE2" w:rsidRPr="006E0C34" w:rsidRDefault="00A15EE2" w:rsidP="00565445">
            <w:pPr>
              <w:rPr>
                <w:rFonts w:ascii="Comic Sans MS" w:hAnsi="Comic Sans MS"/>
                <w:sz w:val="20"/>
                <w:szCs w:val="20"/>
              </w:rPr>
            </w:pPr>
          </w:p>
        </w:tc>
      </w:tr>
      <w:tr w:rsidR="00A15EE2" w:rsidRPr="006E0C34" w14:paraId="53929D6F" w14:textId="77777777" w:rsidTr="00565445">
        <w:tc>
          <w:tcPr>
            <w:tcW w:w="2160" w:type="dxa"/>
          </w:tcPr>
          <w:p w14:paraId="6F8F6EEA"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Flushes toilet</w:t>
            </w:r>
          </w:p>
        </w:tc>
        <w:tc>
          <w:tcPr>
            <w:tcW w:w="2513" w:type="dxa"/>
          </w:tcPr>
          <w:p w14:paraId="6C9EFCDE" w14:textId="77777777" w:rsidR="00A15EE2" w:rsidRPr="006E0C34" w:rsidRDefault="00A15EE2" w:rsidP="00565445">
            <w:pPr>
              <w:rPr>
                <w:rFonts w:ascii="Comic Sans MS" w:hAnsi="Comic Sans MS"/>
                <w:sz w:val="20"/>
                <w:szCs w:val="20"/>
              </w:rPr>
            </w:pPr>
          </w:p>
        </w:tc>
        <w:tc>
          <w:tcPr>
            <w:tcW w:w="2552" w:type="dxa"/>
          </w:tcPr>
          <w:p w14:paraId="2A57C636" w14:textId="77777777" w:rsidR="00A15EE2" w:rsidRPr="006E0C34" w:rsidRDefault="00A15EE2" w:rsidP="00565445">
            <w:pPr>
              <w:rPr>
                <w:rFonts w:ascii="Comic Sans MS" w:hAnsi="Comic Sans MS"/>
                <w:sz w:val="20"/>
                <w:szCs w:val="20"/>
              </w:rPr>
            </w:pPr>
          </w:p>
        </w:tc>
        <w:tc>
          <w:tcPr>
            <w:tcW w:w="2835" w:type="dxa"/>
          </w:tcPr>
          <w:p w14:paraId="045BDF4F" w14:textId="77777777" w:rsidR="00A15EE2" w:rsidRPr="006E0C34" w:rsidRDefault="00A15EE2" w:rsidP="00565445">
            <w:pPr>
              <w:rPr>
                <w:rFonts w:ascii="Comic Sans MS" w:hAnsi="Comic Sans MS"/>
                <w:sz w:val="20"/>
                <w:szCs w:val="20"/>
              </w:rPr>
            </w:pPr>
          </w:p>
        </w:tc>
      </w:tr>
      <w:tr w:rsidR="00A15EE2" w:rsidRPr="006E0C34" w14:paraId="1BFA6A5D" w14:textId="77777777" w:rsidTr="00565445">
        <w:tc>
          <w:tcPr>
            <w:tcW w:w="2160" w:type="dxa"/>
          </w:tcPr>
          <w:p w14:paraId="3AAE8CF5" w14:textId="77777777" w:rsidR="00A15EE2" w:rsidRPr="006E0C34" w:rsidRDefault="00A15EE2" w:rsidP="00565445">
            <w:pPr>
              <w:rPr>
                <w:rFonts w:ascii="Comic Sans MS" w:hAnsi="Comic Sans MS"/>
                <w:sz w:val="20"/>
                <w:szCs w:val="20"/>
              </w:rPr>
            </w:pPr>
            <w:r w:rsidRPr="006E0C34">
              <w:rPr>
                <w:rFonts w:ascii="Comic Sans MS" w:hAnsi="Comic Sans MS"/>
                <w:sz w:val="20"/>
                <w:szCs w:val="20"/>
              </w:rPr>
              <w:t>Washes hands</w:t>
            </w:r>
          </w:p>
        </w:tc>
        <w:tc>
          <w:tcPr>
            <w:tcW w:w="2513" w:type="dxa"/>
          </w:tcPr>
          <w:p w14:paraId="5562607B" w14:textId="77777777" w:rsidR="00A15EE2" w:rsidRPr="006E0C34" w:rsidRDefault="00A15EE2" w:rsidP="00565445">
            <w:pPr>
              <w:rPr>
                <w:rFonts w:ascii="Comic Sans MS" w:hAnsi="Comic Sans MS"/>
                <w:sz w:val="20"/>
                <w:szCs w:val="20"/>
              </w:rPr>
            </w:pPr>
          </w:p>
        </w:tc>
        <w:tc>
          <w:tcPr>
            <w:tcW w:w="2552" w:type="dxa"/>
          </w:tcPr>
          <w:p w14:paraId="3A1C217B" w14:textId="77777777" w:rsidR="00A15EE2" w:rsidRPr="006E0C34" w:rsidRDefault="00A15EE2" w:rsidP="00565445">
            <w:pPr>
              <w:rPr>
                <w:rFonts w:ascii="Comic Sans MS" w:hAnsi="Comic Sans MS"/>
                <w:sz w:val="20"/>
                <w:szCs w:val="20"/>
              </w:rPr>
            </w:pPr>
          </w:p>
        </w:tc>
        <w:tc>
          <w:tcPr>
            <w:tcW w:w="2835" w:type="dxa"/>
          </w:tcPr>
          <w:p w14:paraId="643D3A82" w14:textId="77777777" w:rsidR="00A15EE2" w:rsidRPr="006E0C34" w:rsidRDefault="00A15EE2" w:rsidP="00565445">
            <w:pPr>
              <w:rPr>
                <w:rFonts w:ascii="Comic Sans MS" w:hAnsi="Comic Sans MS"/>
                <w:sz w:val="20"/>
                <w:szCs w:val="20"/>
              </w:rPr>
            </w:pPr>
          </w:p>
        </w:tc>
      </w:tr>
    </w:tbl>
    <w:p w14:paraId="70CF4328"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lastRenderedPageBreak/>
        <w:t>Section 4: Agreed Intimate Care Arrangements</w:t>
      </w:r>
    </w:p>
    <w:p w14:paraId="5A503969"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How often should support be offered?</w:t>
      </w:r>
    </w:p>
    <w:p w14:paraId="52B74FEE"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w:t>
      </w:r>
    </w:p>
    <w:p w14:paraId="5D822EAF"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What support is required?</w:t>
      </w:r>
    </w:p>
    <w:p w14:paraId="6645C584"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w:t>
      </w:r>
    </w:p>
    <w:p w14:paraId="1DB73FE8"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Equipment/resources needed?</w:t>
      </w:r>
    </w:p>
    <w:p w14:paraId="1A1B70CA"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w:t>
      </w:r>
    </w:p>
    <w:p w14:paraId="29C2B021"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What helps the child feel comfortable?</w:t>
      </w:r>
    </w:p>
    <w:p w14:paraId="2CEBA50D"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w:t>
      </w:r>
    </w:p>
    <w:p w14:paraId="6727AD00"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Strategies to encourage independence?</w:t>
      </w:r>
    </w:p>
    <w:p w14:paraId="7824CB90"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w:t>
      </w:r>
    </w:p>
    <w:p w14:paraId="36A2491A"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Section 5: Medical, SEND and Safety Information</w:t>
      </w:r>
    </w:p>
    <w:p w14:paraId="0ADB329B"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63114B7"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73F470FE"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039FA92D"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F29E237"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24D81AAB"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183DEED"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 xml:space="preserve">Section 6: Parent / </w:t>
      </w:r>
      <w:proofErr w:type="spellStart"/>
      <w:r w:rsidRPr="006E0C34">
        <w:rPr>
          <w:rFonts w:ascii="Comic Sans MS" w:hAnsi="Comic Sans MS"/>
          <w:sz w:val="20"/>
          <w:szCs w:val="20"/>
        </w:rPr>
        <w:t>Carer</w:t>
      </w:r>
      <w:proofErr w:type="spellEnd"/>
      <w:r w:rsidRPr="006E0C34">
        <w:rPr>
          <w:rFonts w:ascii="Comic Sans MS" w:hAnsi="Comic Sans MS"/>
          <w:sz w:val="20"/>
          <w:szCs w:val="20"/>
        </w:rPr>
        <w:t xml:space="preserve"> Responsibilities</w:t>
      </w:r>
    </w:p>
    <w:p w14:paraId="0B0BE48C" w14:textId="77777777" w:rsidR="00A15EE2" w:rsidRPr="006E0C34" w:rsidRDefault="00A15EE2" w:rsidP="00A15EE2">
      <w:pPr>
        <w:rPr>
          <w:rFonts w:ascii="Comic Sans MS" w:hAnsi="Comic Sans MS"/>
          <w:sz w:val="20"/>
          <w:szCs w:val="20"/>
        </w:rPr>
      </w:pPr>
      <w:r w:rsidRPr="006E0C34">
        <w:rPr>
          <w:rFonts w:ascii="Segoe UI Symbol" w:hAnsi="Segoe UI Symbol" w:cs="Segoe UI Symbol"/>
          <w:sz w:val="20"/>
          <w:szCs w:val="20"/>
        </w:rPr>
        <w:t>☐</w:t>
      </w:r>
      <w:r w:rsidRPr="006E0C34">
        <w:rPr>
          <w:rFonts w:ascii="Comic Sans MS" w:hAnsi="Comic Sans MS"/>
          <w:sz w:val="20"/>
          <w:szCs w:val="20"/>
        </w:rPr>
        <w:t xml:space="preserve"> Provide supplies as required</w:t>
      </w:r>
    </w:p>
    <w:p w14:paraId="624B760C" w14:textId="77777777" w:rsidR="00A15EE2" w:rsidRPr="006E0C34" w:rsidRDefault="00A15EE2" w:rsidP="00A15EE2">
      <w:pPr>
        <w:rPr>
          <w:rFonts w:ascii="Comic Sans MS" w:hAnsi="Comic Sans MS"/>
          <w:sz w:val="20"/>
          <w:szCs w:val="20"/>
        </w:rPr>
      </w:pPr>
      <w:r w:rsidRPr="006E0C34">
        <w:rPr>
          <w:rFonts w:ascii="Segoe UI Symbol" w:hAnsi="Segoe UI Symbol" w:cs="Segoe UI Symbol"/>
          <w:sz w:val="20"/>
          <w:szCs w:val="20"/>
        </w:rPr>
        <w:t>☐</w:t>
      </w:r>
      <w:r w:rsidRPr="006E0C34">
        <w:rPr>
          <w:rFonts w:ascii="Comic Sans MS" w:hAnsi="Comic Sans MS"/>
          <w:sz w:val="20"/>
          <w:szCs w:val="20"/>
        </w:rPr>
        <w:t xml:space="preserve"> Inform school of medical changes</w:t>
      </w:r>
    </w:p>
    <w:p w14:paraId="03FC8421" w14:textId="77777777" w:rsidR="00A15EE2" w:rsidRPr="006E0C34" w:rsidRDefault="00A15EE2" w:rsidP="00A15EE2">
      <w:pPr>
        <w:rPr>
          <w:rFonts w:ascii="Comic Sans MS" w:hAnsi="Comic Sans MS"/>
          <w:sz w:val="20"/>
          <w:szCs w:val="20"/>
        </w:rPr>
      </w:pPr>
      <w:r w:rsidRPr="006E0C34">
        <w:rPr>
          <w:rFonts w:ascii="Segoe UI Symbol" w:hAnsi="Segoe UI Symbol" w:cs="Segoe UI Symbol"/>
          <w:sz w:val="20"/>
          <w:szCs w:val="20"/>
        </w:rPr>
        <w:t>☐</w:t>
      </w:r>
      <w:r w:rsidRPr="006E0C34">
        <w:rPr>
          <w:rFonts w:ascii="Comic Sans MS" w:hAnsi="Comic Sans MS"/>
          <w:sz w:val="20"/>
          <w:szCs w:val="20"/>
        </w:rPr>
        <w:t xml:space="preserve"> Support agreed targets at home</w:t>
      </w:r>
    </w:p>
    <w:p w14:paraId="09658A55" w14:textId="77777777" w:rsidR="00A15EE2" w:rsidRPr="006E0C34" w:rsidRDefault="00A15EE2" w:rsidP="00A15EE2">
      <w:pPr>
        <w:rPr>
          <w:rFonts w:ascii="Comic Sans MS" w:hAnsi="Comic Sans MS"/>
          <w:sz w:val="20"/>
          <w:szCs w:val="20"/>
        </w:rPr>
      </w:pPr>
      <w:r w:rsidRPr="006E0C34">
        <w:rPr>
          <w:rFonts w:ascii="Segoe UI Symbol" w:hAnsi="Segoe UI Symbol" w:cs="Segoe UI Symbol"/>
          <w:sz w:val="20"/>
          <w:szCs w:val="20"/>
        </w:rPr>
        <w:t>☐</w:t>
      </w:r>
      <w:r w:rsidRPr="006E0C34">
        <w:rPr>
          <w:rFonts w:ascii="Comic Sans MS" w:hAnsi="Comic Sans MS"/>
          <w:sz w:val="20"/>
          <w:szCs w:val="20"/>
        </w:rPr>
        <w:t xml:space="preserve"> Attend review meetings</w:t>
      </w:r>
    </w:p>
    <w:p w14:paraId="7421D91B" w14:textId="77777777" w:rsidR="006E0C34" w:rsidRDefault="006E0C34" w:rsidP="00A15EE2">
      <w:pPr>
        <w:pStyle w:val="Heading1"/>
        <w:rPr>
          <w:rFonts w:ascii="Comic Sans MS" w:hAnsi="Comic Sans MS"/>
          <w:sz w:val="20"/>
          <w:szCs w:val="20"/>
        </w:rPr>
      </w:pPr>
    </w:p>
    <w:p w14:paraId="17789607" w14:textId="341065E5"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Section 7: Outcomes and Targets</w:t>
      </w:r>
    </w:p>
    <w:p w14:paraId="08205866"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5BEBE9F7"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047B8951"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24FA113"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3E315AB"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Section 8: Review Arrangements</w:t>
      </w:r>
    </w:p>
    <w:p w14:paraId="09C30AB4"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Review Frequency: __________________________</w:t>
      </w:r>
    </w:p>
    <w:p w14:paraId="1A7E5D1B"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Next Review Date: __________________________</w:t>
      </w:r>
    </w:p>
    <w:p w14:paraId="7CC693BF" w14:textId="77777777" w:rsidR="00A15EE2" w:rsidRPr="006E0C34" w:rsidRDefault="00A15EE2" w:rsidP="00A15EE2">
      <w:pPr>
        <w:pStyle w:val="Heading1"/>
        <w:rPr>
          <w:rFonts w:ascii="Comic Sans MS" w:hAnsi="Comic Sans MS"/>
          <w:sz w:val="20"/>
          <w:szCs w:val="20"/>
        </w:rPr>
      </w:pPr>
      <w:r w:rsidRPr="006E0C34">
        <w:rPr>
          <w:rFonts w:ascii="Comic Sans MS" w:hAnsi="Comic Sans MS"/>
          <w:sz w:val="20"/>
          <w:szCs w:val="20"/>
        </w:rPr>
        <w:t>Section 9: Agreement and Signatures</w:t>
      </w:r>
    </w:p>
    <w:p w14:paraId="691EF667"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 xml:space="preserve">Parent / </w:t>
      </w:r>
      <w:proofErr w:type="spellStart"/>
      <w:r w:rsidRPr="006E0C34">
        <w:rPr>
          <w:rFonts w:ascii="Comic Sans MS" w:hAnsi="Comic Sans MS"/>
          <w:sz w:val="20"/>
          <w:szCs w:val="20"/>
        </w:rPr>
        <w:t>Carer</w:t>
      </w:r>
      <w:proofErr w:type="spellEnd"/>
      <w:r w:rsidRPr="006E0C34">
        <w:rPr>
          <w:rFonts w:ascii="Comic Sans MS" w:hAnsi="Comic Sans MS"/>
          <w:sz w:val="20"/>
          <w:szCs w:val="20"/>
        </w:rPr>
        <w:t>: ______________________ Signature: _____________________________</w:t>
      </w:r>
    </w:p>
    <w:p w14:paraId="63DFBC89" w14:textId="77777777" w:rsidR="00A15EE2" w:rsidRPr="006E0C34" w:rsidRDefault="00A15EE2" w:rsidP="00A15EE2">
      <w:pPr>
        <w:rPr>
          <w:rFonts w:ascii="Comic Sans MS" w:hAnsi="Comic Sans MS"/>
          <w:sz w:val="20"/>
          <w:szCs w:val="20"/>
        </w:rPr>
      </w:pPr>
      <w:r w:rsidRPr="006E0C34">
        <w:rPr>
          <w:rFonts w:ascii="Comic Sans MS" w:hAnsi="Comic Sans MS"/>
          <w:sz w:val="20"/>
          <w:szCs w:val="20"/>
        </w:rPr>
        <w:t>Class Teacher / Key Person: _________________ Signature: _____________________</w:t>
      </w:r>
    </w:p>
    <w:p w14:paraId="1950BBEC" w14:textId="77777777" w:rsidR="00A15EE2" w:rsidRPr="006E0C34" w:rsidRDefault="00A15EE2" w:rsidP="00A15EE2">
      <w:pPr>
        <w:rPr>
          <w:rFonts w:ascii="Comic Sans MS" w:hAnsi="Comic Sans MS"/>
          <w:sz w:val="20"/>
          <w:szCs w:val="20"/>
        </w:rPr>
      </w:pPr>
      <w:proofErr w:type="spellStart"/>
      <w:r w:rsidRPr="006E0C34">
        <w:rPr>
          <w:rFonts w:ascii="Comic Sans MS" w:hAnsi="Comic Sans MS"/>
          <w:sz w:val="20"/>
          <w:szCs w:val="20"/>
        </w:rPr>
        <w:t>SENDCo</w:t>
      </w:r>
      <w:proofErr w:type="spellEnd"/>
      <w:r w:rsidRPr="006E0C34">
        <w:rPr>
          <w:rFonts w:ascii="Comic Sans MS" w:hAnsi="Comic Sans MS"/>
          <w:sz w:val="20"/>
          <w:szCs w:val="20"/>
        </w:rPr>
        <w:t>: ______________________ Signature: ______________________________________</w:t>
      </w:r>
    </w:p>
    <w:p w14:paraId="0D9F4620" w14:textId="2D5A636C" w:rsidR="00A15EE2" w:rsidRPr="006E0C34" w:rsidRDefault="00A15EE2" w:rsidP="00210E0D">
      <w:pPr>
        <w:spacing w:line="240" w:lineRule="auto"/>
        <w:rPr>
          <w:rFonts w:ascii="Comic Sans MS" w:hAnsi="Comic Sans MS"/>
          <w:b/>
          <w:bCs/>
          <w:sz w:val="20"/>
          <w:szCs w:val="20"/>
        </w:rPr>
      </w:pPr>
    </w:p>
    <w:p w14:paraId="7FA4EE50" w14:textId="75576939" w:rsidR="00A15EE2" w:rsidRPr="006E0C34" w:rsidRDefault="00A15EE2" w:rsidP="00210E0D">
      <w:pPr>
        <w:spacing w:line="240" w:lineRule="auto"/>
        <w:rPr>
          <w:rFonts w:ascii="Comic Sans MS" w:hAnsi="Comic Sans MS"/>
          <w:b/>
          <w:bCs/>
          <w:sz w:val="20"/>
          <w:szCs w:val="20"/>
        </w:rPr>
      </w:pPr>
    </w:p>
    <w:p w14:paraId="356C9AC8" w14:textId="5192D59F" w:rsidR="00A15EE2" w:rsidRDefault="00A15EE2" w:rsidP="00210E0D">
      <w:pPr>
        <w:spacing w:line="240" w:lineRule="auto"/>
        <w:rPr>
          <w:rFonts w:ascii="Comic Sans MS" w:hAnsi="Comic Sans MS"/>
          <w:b/>
          <w:bCs/>
          <w:sz w:val="20"/>
          <w:szCs w:val="20"/>
        </w:rPr>
      </w:pPr>
    </w:p>
    <w:p w14:paraId="091A157F" w14:textId="48B76FB8" w:rsidR="006E0C34" w:rsidRDefault="006E0C34" w:rsidP="00210E0D">
      <w:pPr>
        <w:spacing w:line="240" w:lineRule="auto"/>
        <w:rPr>
          <w:rFonts w:ascii="Comic Sans MS" w:hAnsi="Comic Sans MS"/>
          <w:b/>
          <w:bCs/>
          <w:sz w:val="20"/>
          <w:szCs w:val="20"/>
        </w:rPr>
      </w:pPr>
    </w:p>
    <w:p w14:paraId="4045C3BB" w14:textId="4F72A743" w:rsidR="006E0C34" w:rsidRDefault="006E0C34" w:rsidP="00210E0D">
      <w:pPr>
        <w:spacing w:line="240" w:lineRule="auto"/>
        <w:rPr>
          <w:rFonts w:ascii="Comic Sans MS" w:hAnsi="Comic Sans MS"/>
          <w:b/>
          <w:bCs/>
          <w:sz w:val="20"/>
          <w:szCs w:val="20"/>
        </w:rPr>
      </w:pPr>
    </w:p>
    <w:p w14:paraId="7C87965E" w14:textId="78A09CF7" w:rsidR="006E0C34" w:rsidRDefault="006E0C34" w:rsidP="00210E0D">
      <w:pPr>
        <w:spacing w:line="240" w:lineRule="auto"/>
        <w:rPr>
          <w:rFonts w:ascii="Comic Sans MS" w:hAnsi="Comic Sans MS"/>
          <w:b/>
          <w:bCs/>
          <w:sz w:val="20"/>
          <w:szCs w:val="20"/>
        </w:rPr>
      </w:pPr>
    </w:p>
    <w:p w14:paraId="44B2A3A5" w14:textId="143CCAC9" w:rsidR="006E0C34" w:rsidRDefault="006E0C34" w:rsidP="00210E0D">
      <w:pPr>
        <w:spacing w:line="240" w:lineRule="auto"/>
        <w:rPr>
          <w:rFonts w:ascii="Comic Sans MS" w:hAnsi="Comic Sans MS"/>
          <w:b/>
          <w:bCs/>
          <w:sz w:val="20"/>
          <w:szCs w:val="20"/>
        </w:rPr>
      </w:pPr>
    </w:p>
    <w:p w14:paraId="7B3C2C53" w14:textId="4E7D6BE8" w:rsidR="006E0C34" w:rsidRDefault="006E0C34" w:rsidP="00210E0D">
      <w:pPr>
        <w:spacing w:line="240" w:lineRule="auto"/>
        <w:rPr>
          <w:rFonts w:ascii="Comic Sans MS" w:hAnsi="Comic Sans MS"/>
          <w:b/>
          <w:bCs/>
          <w:sz w:val="20"/>
          <w:szCs w:val="20"/>
        </w:rPr>
      </w:pPr>
    </w:p>
    <w:p w14:paraId="3CA17195" w14:textId="77777777" w:rsidR="006E0C34" w:rsidRPr="006E0C34" w:rsidRDefault="006E0C34" w:rsidP="00210E0D">
      <w:pPr>
        <w:spacing w:line="240" w:lineRule="auto"/>
        <w:rPr>
          <w:rFonts w:ascii="Comic Sans MS" w:hAnsi="Comic Sans MS"/>
          <w:b/>
          <w:bCs/>
          <w:sz w:val="20"/>
          <w:szCs w:val="20"/>
        </w:rPr>
      </w:pPr>
    </w:p>
    <w:p w14:paraId="5852EA85" w14:textId="7FFBC3DC" w:rsidR="00A15EE2" w:rsidRPr="006E0C34" w:rsidRDefault="00A15EE2" w:rsidP="00210E0D">
      <w:pPr>
        <w:spacing w:line="240" w:lineRule="auto"/>
        <w:rPr>
          <w:rFonts w:ascii="Comic Sans MS" w:hAnsi="Comic Sans MS"/>
          <w:b/>
          <w:bCs/>
          <w:sz w:val="20"/>
          <w:szCs w:val="20"/>
        </w:rPr>
      </w:pPr>
    </w:p>
    <w:p w14:paraId="7895BD10" w14:textId="23830F9E" w:rsidR="00A15EE2" w:rsidRPr="006E0C34" w:rsidRDefault="00A15EE2" w:rsidP="00210E0D">
      <w:pPr>
        <w:spacing w:line="240" w:lineRule="auto"/>
        <w:rPr>
          <w:rFonts w:ascii="Comic Sans MS" w:hAnsi="Comic Sans MS"/>
          <w:b/>
          <w:bCs/>
          <w:sz w:val="20"/>
          <w:szCs w:val="20"/>
        </w:rPr>
      </w:pPr>
    </w:p>
    <w:p w14:paraId="5BCF8E1C" w14:textId="448BA42F" w:rsidR="00A15EE2" w:rsidRPr="006E0C34" w:rsidRDefault="00A15EE2" w:rsidP="00210E0D">
      <w:pPr>
        <w:spacing w:line="240" w:lineRule="auto"/>
        <w:rPr>
          <w:rFonts w:ascii="Comic Sans MS" w:hAnsi="Comic Sans MS"/>
          <w:b/>
          <w:bCs/>
          <w:sz w:val="20"/>
          <w:szCs w:val="20"/>
        </w:rPr>
      </w:pPr>
    </w:p>
    <w:p w14:paraId="53E4E899" w14:textId="1AA70B0E" w:rsidR="00243A32" w:rsidRPr="006E0C34" w:rsidRDefault="00243A32" w:rsidP="00243A32">
      <w:pPr>
        <w:pStyle w:val="Title"/>
        <w:jc w:val="center"/>
        <w:rPr>
          <w:rFonts w:ascii="Comic Sans MS" w:hAnsi="Comic Sans MS"/>
          <w:b/>
          <w:bCs/>
          <w:sz w:val="20"/>
          <w:szCs w:val="20"/>
        </w:rPr>
      </w:pPr>
      <w:r w:rsidRPr="006E0C34">
        <w:rPr>
          <w:rFonts w:ascii="Comic Sans MS" w:hAnsi="Comic Sans MS"/>
          <w:b/>
          <w:bCs/>
          <w:noProof/>
          <w:sz w:val="20"/>
          <w:szCs w:val="20"/>
        </w:rPr>
        <w:lastRenderedPageBreak/>
        <mc:AlternateContent>
          <mc:Choice Requires="wps">
            <w:drawing>
              <wp:anchor distT="45720" distB="45720" distL="114300" distR="114300" simplePos="0" relativeHeight="251672576" behindDoc="0" locked="0" layoutInCell="1" allowOverlap="1" wp14:anchorId="155FC57F" wp14:editId="6DF5C84D">
                <wp:simplePos x="0" y="0"/>
                <wp:positionH relativeFrom="column">
                  <wp:posOffset>637953</wp:posOffset>
                </wp:positionH>
                <wp:positionV relativeFrom="paragraph">
                  <wp:posOffset>-762355</wp:posOffset>
                </wp:positionV>
                <wp:extent cx="2413591" cy="287079"/>
                <wp:effectExtent l="0" t="0" r="25400" b="1778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591" cy="287079"/>
                        </a:xfrm>
                        <a:prstGeom prst="rect">
                          <a:avLst/>
                        </a:prstGeom>
                        <a:solidFill>
                          <a:srgbClr val="FFFFFF"/>
                        </a:solidFill>
                        <a:ln w="9525">
                          <a:solidFill>
                            <a:schemeClr val="bg1"/>
                          </a:solidFill>
                          <a:miter lim="800000"/>
                          <a:headEnd/>
                          <a:tailEnd/>
                        </a:ln>
                      </wps:spPr>
                      <wps:txbx>
                        <w:txbxContent>
                          <w:p w14:paraId="6C280372" w14:textId="15253342" w:rsidR="00243A32" w:rsidRPr="00A15EE2" w:rsidRDefault="00243A32" w:rsidP="00243A32">
                            <w:pPr>
                              <w:rPr>
                                <w:rFonts w:ascii="Letter-join 1" w:hAnsi="Letter-join 1"/>
                                <w:b/>
                                <w:bCs/>
                              </w:rPr>
                            </w:pPr>
                            <w:r w:rsidRPr="00A15EE2">
                              <w:rPr>
                                <w:rFonts w:ascii="Letter-join 1" w:hAnsi="Letter-join 1"/>
                                <w:b/>
                                <w:bCs/>
                              </w:rPr>
                              <w:t xml:space="preserve">Appendix </w:t>
                            </w:r>
                            <w:r>
                              <w:rPr>
                                <w:rFonts w:ascii="Letter-join 1" w:hAnsi="Letter-join 1"/>
                                <w:b/>
                                <w:bC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FC57F" id="_x0000_s1028" type="#_x0000_t202" style="position:absolute;left:0;text-align:left;margin-left:50.25pt;margin-top:-60.05pt;width:190.05pt;height:22.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" strokecolor="white [3212]">
                <v:textbox>
                  <w:txbxContent>
                    <w:p w14:paraId="6C280372" w14:textId="15253342" w:rsidR="00243A32" w:rsidRPr="00A15EE2" w:rsidRDefault="00243A32" w:rsidP="00243A32">
                      <w:pPr>
                        <w:rPr>
                          <w:rFonts w:ascii="Letter-join 1" w:hAnsi="Letter-join 1"/>
                          <w:b/>
                          <w:bCs/>
                        </w:rPr>
                      </w:pPr>
                      <w:r w:rsidRPr="00A15EE2">
                        <w:rPr>
                          <w:rFonts w:ascii="Letter-join 1" w:hAnsi="Letter-join 1"/>
                          <w:b/>
                          <w:bCs/>
                        </w:rPr>
                        <w:t xml:space="preserve">Appendix </w:t>
                      </w:r>
                      <w:r>
                        <w:rPr>
                          <w:rFonts w:ascii="Letter-join 1" w:hAnsi="Letter-join 1"/>
                          <w:b/>
                          <w:bCs/>
                        </w:rPr>
                        <w:t>C</w:t>
                      </w:r>
                    </w:p>
                  </w:txbxContent>
                </v:textbox>
              </v:shape>
            </w:pict>
          </mc:Fallback>
        </mc:AlternateContent>
      </w:r>
      <w:r w:rsidRPr="006E0C34">
        <w:rPr>
          <w:rFonts w:ascii="Comic Sans MS" w:hAnsi="Comic Sans MS"/>
          <w:b/>
          <w:noProof/>
          <w:sz w:val="20"/>
          <w:szCs w:val="20"/>
        </w:rPr>
        <w:drawing>
          <wp:anchor distT="0" distB="0" distL="114300" distR="114300" simplePos="0" relativeHeight="251670528" behindDoc="0" locked="0" layoutInCell="1" allowOverlap="1" wp14:anchorId="20E46C43" wp14:editId="761A01FB">
            <wp:simplePos x="0" y="0"/>
            <wp:positionH relativeFrom="margin">
              <wp:posOffset>5667153</wp:posOffset>
            </wp:positionH>
            <wp:positionV relativeFrom="paragraph">
              <wp:posOffset>-329609</wp:posOffset>
            </wp:positionV>
            <wp:extent cx="662388" cy="726158"/>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noProof/>
          <w:sz w:val="20"/>
          <w:szCs w:val="20"/>
        </w:rPr>
        <w:drawing>
          <wp:anchor distT="0" distB="0" distL="114300" distR="114300" simplePos="0" relativeHeight="251669504" behindDoc="0" locked="0" layoutInCell="1" allowOverlap="1" wp14:anchorId="5ECAEA80" wp14:editId="29931521">
            <wp:simplePos x="0" y="0"/>
            <wp:positionH relativeFrom="margin">
              <wp:posOffset>116958</wp:posOffset>
            </wp:positionH>
            <wp:positionV relativeFrom="paragraph">
              <wp:posOffset>-329609</wp:posOffset>
            </wp:positionV>
            <wp:extent cx="662388" cy="726158"/>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bCs/>
          <w:sz w:val="20"/>
          <w:szCs w:val="20"/>
        </w:rPr>
        <w:t>Intimate Care Risk Assessment</w:t>
      </w:r>
    </w:p>
    <w:p w14:paraId="0FBC224E"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To be completed for any child requiring ongoing intimate care, toileting support, continence support, or personal care assistance.</w:t>
      </w:r>
    </w:p>
    <w:p w14:paraId="3F7CD351" w14:textId="77777777" w:rsidR="00243A32" w:rsidRPr="006E0C34" w:rsidRDefault="00243A32" w:rsidP="00243A32">
      <w:pPr>
        <w:pStyle w:val="Heading1"/>
        <w:rPr>
          <w:rFonts w:ascii="Comic Sans MS" w:hAnsi="Comic Sans MS"/>
          <w:sz w:val="20"/>
          <w:szCs w:val="20"/>
        </w:rPr>
      </w:pPr>
      <w:r w:rsidRPr="006E0C34">
        <w:rPr>
          <w:rFonts w:ascii="Comic Sans MS" w:hAnsi="Comic Sans MS"/>
          <w:sz w:val="20"/>
          <w:szCs w:val="20"/>
        </w:rPr>
        <w:t>Section 1: Child Information</w:t>
      </w:r>
    </w:p>
    <w:tbl>
      <w:tblPr>
        <w:tblStyle w:val="TableGrid"/>
        <w:tblW w:w="0" w:type="auto"/>
        <w:tblLook w:val="04A0" w:firstRow="1" w:lastRow="0" w:firstColumn="1" w:lastColumn="0" w:noHBand="0" w:noVBand="1"/>
      </w:tblPr>
      <w:tblGrid>
        <w:gridCol w:w="3552"/>
        <w:gridCol w:w="6518"/>
      </w:tblGrid>
      <w:tr w:rsidR="00243A32" w:rsidRPr="006E0C34" w14:paraId="6CE55ADB" w14:textId="77777777" w:rsidTr="00565445">
        <w:tc>
          <w:tcPr>
            <w:tcW w:w="4320" w:type="dxa"/>
          </w:tcPr>
          <w:p w14:paraId="32C3A11E"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Child Name</w:t>
            </w:r>
          </w:p>
        </w:tc>
        <w:tc>
          <w:tcPr>
            <w:tcW w:w="8688" w:type="dxa"/>
          </w:tcPr>
          <w:p w14:paraId="1608DBCF" w14:textId="77777777" w:rsidR="00243A32" w:rsidRPr="006E0C34" w:rsidRDefault="00243A32" w:rsidP="00565445">
            <w:pPr>
              <w:rPr>
                <w:rFonts w:ascii="Comic Sans MS" w:hAnsi="Comic Sans MS"/>
                <w:sz w:val="20"/>
                <w:szCs w:val="20"/>
              </w:rPr>
            </w:pPr>
          </w:p>
        </w:tc>
      </w:tr>
      <w:tr w:rsidR="00243A32" w:rsidRPr="006E0C34" w14:paraId="1293BDA2" w14:textId="77777777" w:rsidTr="00565445">
        <w:tc>
          <w:tcPr>
            <w:tcW w:w="4320" w:type="dxa"/>
          </w:tcPr>
          <w:p w14:paraId="35DB686A"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Date of Birth</w:t>
            </w:r>
          </w:p>
        </w:tc>
        <w:tc>
          <w:tcPr>
            <w:tcW w:w="8688" w:type="dxa"/>
          </w:tcPr>
          <w:p w14:paraId="3D4170DE" w14:textId="77777777" w:rsidR="00243A32" w:rsidRPr="006E0C34" w:rsidRDefault="00243A32" w:rsidP="00565445">
            <w:pPr>
              <w:rPr>
                <w:rFonts w:ascii="Comic Sans MS" w:hAnsi="Comic Sans MS"/>
                <w:sz w:val="20"/>
                <w:szCs w:val="20"/>
              </w:rPr>
            </w:pPr>
          </w:p>
        </w:tc>
      </w:tr>
      <w:tr w:rsidR="00243A32" w:rsidRPr="006E0C34" w14:paraId="53566E6B" w14:textId="77777777" w:rsidTr="00565445">
        <w:tc>
          <w:tcPr>
            <w:tcW w:w="4320" w:type="dxa"/>
          </w:tcPr>
          <w:p w14:paraId="48DEA02E"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Class/Year Group</w:t>
            </w:r>
          </w:p>
        </w:tc>
        <w:tc>
          <w:tcPr>
            <w:tcW w:w="8688" w:type="dxa"/>
          </w:tcPr>
          <w:p w14:paraId="1FB3E49F" w14:textId="77777777" w:rsidR="00243A32" w:rsidRPr="006E0C34" w:rsidRDefault="00243A32" w:rsidP="00565445">
            <w:pPr>
              <w:rPr>
                <w:rFonts w:ascii="Comic Sans MS" w:hAnsi="Comic Sans MS"/>
                <w:sz w:val="20"/>
                <w:szCs w:val="20"/>
              </w:rPr>
            </w:pPr>
          </w:p>
        </w:tc>
      </w:tr>
      <w:tr w:rsidR="00243A32" w:rsidRPr="006E0C34" w14:paraId="49BBDFB3" w14:textId="77777777" w:rsidTr="00565445">
        <w:tc>
          <w:tcPr>
            <w:tcW w:w="4320" w:type="dxa"/>
          </w:tcPr>
          <w:p w14:paraId="35D6E3BA"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Assessor Name</w:t>
            </w:r>
          </w:p>
        </w:tc>
        <w:tc>
          <w:tcPr>
            <w:tcW w:w="8688" w:type="dxa"/>
          </w:tcPr>
          <w:p w14:paraId="0FEB1CC8" w14:textId="77777777" w:rsidR="00243A32" w:rsidRPr="006E0C34" w:rsidRDefault="00243A32" w:rsidP="00565445">
            <w:pPr>
              <w:rPr>
                <w:rFonts w:ascii="Comic Sans MS" w:hAnsi="Comic Sans MS"/>
                <w:sz w:val="20"/>
                <w:szCs w:val="20"/>
              </w:rPr>
            </w:pPr>
          </w:p>
        </w:tc>
      </w:tr>
      <w:tr w:rsidR="00243A32" w:rsidRPr="006E0C34" w14:paraId="10D4A8BF" w14:textId="77777777" w:rsidTr="00565445">
        <w:tc>
          <w:tcPr>
            <w:tcW w:w="4320" w:type="dxa"/>
          </w:tcPr>
          <w:p w14:paraId="4781B4F6"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Role</w:t>
            </w:r>
          </w:p>
        </w:tc>
        <w:tc>
          <w:tcPr>
            <w:tcW w:w="8688" w:type="dxa"/>
          </w:tcPr>
          <w:p w14:paraId="56082086" w14:textId="77777777" w:rsidR="00243A32" w:rsidRPr="006E0C34" w:rsidRDefault="00243A32" w:rsidP="00565445">
            <w:pPr>
              <w:rPr>
                <w:rFonts w:ascii="Comic Sans MS" w:hAnsi="Comic Sans MS"/>
                <w:sz w:val="20"/>
                <w:szCs w:val="20"/>
              </w:rPr>
            </w:pPr>
          </w:p>
        </w:tc>
      </w:tr>
      <w:tr w:rsidR="00243A32" w:rsidRPr="006E0C34" w14:paraId="6FA0932A" w14:textId="77777777" w:rsidTr="00565445">
        <w:tc>
          <w:tcPr>
            <w:tcW w:w="4320" w:type="dxa"/>
          </w:tcPr>
          <w:p w14:paraId="495A68B9"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Date of Assessment</w:t>
            </w:r>
          </w:p>
        </w:tc>
        <w:tc>
          <w:tcPr>
            <w:tcW w:w="8688" w:type="dxa"/>
          </w:tcPr>
          <w:p w14:paraId="2C706A09" w14:textId="77777777" w:rsidR="00243A32" w:rsidRPr="006E0C34" w:rsidRDefault="00243A32" w:rsidP="00565445">
            <w:pPr>
              <w:rPr>
                <w:rFonts w:ascii="Comic Sans MS" w:hAnsi="Comic Sans MS"/>
                <w:sz w:val="20"/>
                <w:szCs w:val="20"/>
              </w:rPr>
            </w:pPr>
          </w:p>
        </w:tc>
      </w:tr>
      <w:tr w:rsidR="00243A32" w:rsidRPr="006E0C34" w14:paraId="51DB993D" w14:textId="77777777" w:rsidTr="00565445">
        <w:tc>
          <w:tcPr>
            <w:tcW w:w="4320" w:type="dxa"/>
          </w:tcPr>
          <w:p w14:paraId="7E3A9F6D"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Review Date</w:t>
            </w:r>
          </w:p>
        </w:tc>
        <w:tc>
          <w:tcPr>
            <w:tcW w:w="8688" w:type="dxa"/>
          </w:tcPr>
          <w:p w14:paraId="2A030B77" w14:textId="77777777" w:rsidR="00243A32" w:rsidRPr="006E0C34" w:rsidRDefault="00243A32" w:rsidP="00565445">
            <w:pPr>
              <w:rPr>
                <w:rFonts w:ascii="Comic Sans MS" w:hAnsi="Comic Sans MS"/>
                <w:sz w:val="20"/>
                <w:szCs w:val="20"/>
              </w:rPr>
            </w:pPr>
          </w:p>
        </w:tc>
      </w:tr>
      <w:tr w:rsidR="00243A32" w:rsidRPr="006E0C34" w14:paraId="4B6C99A8" w14:textId="77777777" w:rsidTr="00565445">
        <w:tc>
          <w:tcPr>
            <w:tcW w:w="4320" w:type="dxa"/>
          </w:tcPr>
          <w:p w14:paraId="70929E29"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Individual Intimate Care Plan in Place?</w:t>
            </w:r>
          </w:p>
        </w:tc>
        <w:tc>
          <w:tcPr>
            <w:tcW w:w="8688" w:type="dxa"/>
          </w:tcPr>
          <w:p w14:paraId="43CA8567" w14:textId="77777777" w:rsidR="00243A32" w:rsidRPr="006E0C34" w:rsidRDefault="00243A32" w:rsidP="00565445">
            <w:pPr>
              <w:rPr>
                <w:rFonts w:ascii="Comic Sans MS" w:hAnsi="Comic Sans MS"/>
                <w:sz w:val="20"/>
                <w:szCs w:val="20"/>
              </w:rPr>
            </w:pPr>
          </w:p>
        </w:tc>
      </w:tr>
    </w:tbl>
    <w:p w14:paraId="204FA8AF" w14:textId="77777777" w:rsidR="00243A32" w:rsidRPr="006E0C34" w:rsidRDefault="00243A32" w:rsidP="00243A32">
      <w:pPr>
        <w:pStyle w:val="Heading1"/>
        <w:rPr>
          <w:rFonts w:ascii="Comic Sans MS" w:hAnsi="Comic Sans MS"/>
          <w:sz w:val="20"/>
          <w:szCs w:val="20"/>
        </w:rPr>
      </w:pPr>
      <w:r w:rsidRPr="006E0C34">
        <w:rPr>
          <w:rFonts w:ascii="Comic Sans MS" w:hAnsi="Comic Sans MS"/>
          <w:sz w:val="20"/>
          <w:szCs w:val="20"/>
        </w:rPr>
        <w:t>Section 2: Risk Assessment</w:t>
      </w:r>
    </w:p>
    <w:tbl>
      <w:tblPr>
        <w:tblStyle w:val="TableGrid"/>
        <w:tblW w:w="0" w:type="auto"/>
        <w:tblLook w:val="04A0" w:firstRow="1" w:lastRow="0" w:firstColumn="1" w:lastColumn="0" w:noHBand="0" w:noVBand="1"/>
      </w:tblPr>
      <w:tblGrid>
        <w:gridCol w:w="2552"/>
        <w:gridCol w:w="1948"/>
        <w:gridCol w:w="1304"/>
        <w:gridCol w:w="1883"/>
        <w:gridCol w:w="2383"/>
      </w:tblGrid>
      <w:tr w:rsidR="00243A32" w:rsidRPr="006E0C34" w14:paraId="67F5CB6F" w14:textId="77777777" w:rsidTr="00565445">
        <w:tc>
          <w:tcPr>
            <w:tcW w:w="2753" w:type="dxa"/>
          </w:tcPr>
          <w:p w14:paraId="2B071592"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Risk Area</w:t>
            </w:r>
          </w:p>
        </w:tc>
        <w:tc>
          <w:tcPr>
            <w:tcW w:w="2600" w:type="dxa"/>
          </w:tcPr>
          <w:p w14:paraId="49D34D44"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Risk Identified</w:t>
            </w:r>
          </w:p>
        </w:tc>
        <w:tc>
          <w:tcPr>
            <w:tcW w:w="1559" w:type="dxa"/>
          </w:tcPr>
          <w:p w14:paraId="4A4811A1"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Level (L/M/H)</w:t>
            </w:r>
          </w:p>
        </w:tc>
        <w:tc>
          <w:tcPr>
            <w:tcW w:w="2552" w:type="dxa"/>
          </w:tcPr>
          <w:p w14:paraId="49D924DB"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Control Measures</w:t>
            </w:r>
          </w:p>
        </w:tc>
        <w:tc>
          <w:tcPr>
            <w:tcW w:w="3544" w:type="dxa"/>
          </w:tcPr>
          <w:p w14:paraId="2A67B775"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Further Action Required</w:t>
            </w:r>
          </w:p>
        </w:tc>
      </w:tr>
      <w:tr w:rsidR="00243A32" w:rsidRPr="006E0C34" w14:paraId="4D05C0EC" w14:textId="77777777" w:rsidTr="00565445">
        <w:tc>
          <w:tcPr>
            <w:tcW w:w="2753" w:type="dxa"/>
          </w:tcPr>
          <w:p w14:paraId="5B8A498C"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Communication</w:t>
            </w:r>
          </w:p>
        </w:tc>
        <w:tc>
          <w:tcPr>
            <w:tcW w:w="2600" w:type="dxa"/>
          </w:tcPr>
          <w:p w14:paraId="63347319" w14:textId="77777777" w:rsidR="00243A32" w:rsidRPr="006E0C34" w:rsidRDefault="00243A32" w:rsidP="00565445">
            <w:pPr>
              <w:rPr>
                <w:rFonts w:ascii="Comic Sans MS" w:hAnsi="Comic Sans MS"/>
                <w:sz w:val="20"/>
                <w:szCs w:val="20"/>
              </w:rPr>
            </w:pPr>
          </w:p>
        </w:tc>
        <w:tc>
          <w:tcPr>
            <w:tcW w:w="1559" w:type="dxa"/>
          </w:tcPr>
          <w:p w14:paraId="6E306DDB" w14:textId="77777777" w:rsidR="00243A32" w:rsidRPr="006E0C34" w:rsidRDefault="00243A32" w:rsidP="00565445">
            <w:pPr>
              <w:rPr>
                <w:rFonts w:ascii="Comic Sans MS" w:hAnsi="Comic Sans MS"/>
                <w:sz w:val="20"/>
                <w:szCs w:val="20"/>
              </w:rPr>
            </w:pPr>
          </w:p>
        </w:tc>
        <w:tc>
          <w:tcPr>
            <w:tcW w:w="2552" w:type="dxa"/>
          </w:tcPr>
          <w:p w14:paraId="52F35A5A" w14:textId="77777777" w:rsidR="00243A32" w:rsidRPr="006E0C34" w:rsidRDefault="00243A32" w:rsidP="00565445">
            <w:pPr>
              <w:rPr>
                <w:rFonts w:ascii="Comic Sans MS" w:hAnsi="Comic Sans MS"/>
                <w:sz w:val="20"/>
                <w:szCs w:val="20"/>
              </w:rPr>
            </w:pPr>
          </w:p>
        </w:tc>
        <w:tc>
          <w:tcPr>
            <w:tcW w:w="3544" w:type="dxa"/>
          </w:tcPr>
          <w:p w14:paraId="5CDE08D5" w14:textId="77777777" w:rsidR="00243A32" w:rsidRPr="006E0C34" w:rsidRDefault="00243A32" w:rsidP="00565445">
            <w:pPr>
              <w:rPr>
                <w:rFonts w:ascii="Comic Sans MS" w:hAnsi="Comic Sans MS"/>
                <w:sz w:val="20"/>
                <w:szCs w:val="20"/>
              </w:rPr>
            </w:pPr>
          </w:p>
        </w:tc>
      </w:tr>
      <w:tr w:rsidR="00243A32" w:rsidRPr="006E0C34" w14:paraId="5E87DB56" w14:textId="77777777" w:rsidTr="00565445">
        <w:tc>
          <w:tcPr>
            <w:tcW w:w="2753" w:type="dxa"/>
          </w:tcPr>
          <w:p w14:paraId="70C70D00" w14:textId="77777777" w:rsidR="00243A32" w:rsidRPr="006E0C34" w:rsidRDefault="00243A32" w:rsidP="00565445">
            <w:pPr>
              <w:rPr>
                <w:rFonts w:ascii="Comic Sans MS" w:hAnsi="Comic Sans MS"/>
                <w:sz w:val="20"/>
                <w:szCs w:val="20"/>
              </w:rPr>
            </w:pPr>
            <w:proofErr w:type="spellStart"/>
            <w:r w:rsidRPr="006E0C34">
              <w:rPr>
                <w:rFonts w:ascii="Comic Sans MS" w:hAnsi="Comic Sans MS"/>
                <w:sz w:val="20"/>
                <w:szCs w:val="20"/>
              </w:rPr>
              <w:t>Behaviour</w:t>
            </w:r>
            <w:proofErr w:type="spellEnd"/>
          </w:p>
        </w:tc>
        <w:tc>
          <w:tcPr>
            <w:tcW w:w="2600" w:type="dxa"/>
          </w:tcPr>
          <w:p w14:paraId="1F4AAF17" w14:textId="77777777" w:rsidR="00243A32" w:rsidRPr="006E0C34" w:rsidRDefault="00243A32" w:rsidP="00565445">
            <w:pPr>
              <w:rPr>
                <w:rFonts w:ascii="Comic Sans MS" w:hAnsi="Comic Sans MS"/>
                <w:sz w:val="20"/>
                <w:szCs w:val="20"/>
              </w:rPr>
            </w:pPr>
          </w:p>
        </w:tc>
        <w:tc>
          <w:tcPr>
            <w:tcW w:w="1559" w:type="dxa"/>
          </w:tcPr>
          <w:p w14:paraId="0F2BC306" w14:textId="77777777" w:rsidR="00243A32" w:rsidRPr="006E0C34" w:rsidRDefault="00243A32" w:rsidP="00565445">
            <w:pPr>
              <w:rPr>
                <w:rFonts w:ascii="Comic Sans MS" w:hAnsi="Comic Sans MS"/>
                <w:sz w:val="20"/>
                <w:szCs w:val="20"/>
              </w:rPr>
            </w:pPr>
          </w:p>
        </w:tc>
        <w:tc>
          <w:tcPr>
            <w:tcW w:w="2552" w:type="dxa"/>
          </w:tcPr>
          <w:p w14:paraId="1CE58377" w14:textId="77777777" w:rsidR="00243A32" w:rsidRPr="006E0C34" w:rsidRDefault="00243A32" w:rsidP="00565445">
            <w:pPr>
              <w:rPr>
                <w:rFonts w:ascii="Comic Sans MS" w:hAnsi="Comic Sans MS"/>
                <w:sz w:val="20"/>
                <w:szCs w:val="20"/>
              </w:rPr>
            </w:pPr>
          </w:p>
        </w:tc>
        <w:tc>
          <w:tcPr>
            <w:tcW w:w="3544" w:type="dxa"/>
          </w:tcPr>
          <w:p w14:paraId="2BF12E3E" w14:textId="77777777" w:rsidR="00243A32" w:rsidRPr="006E0C34" w:rsidRDefault="00243A32" w:rsidP="00565445">
            <w:pPr>
              <w:rPr>
                <w:rFonts w:ascii="Comic Sans MS" w:hAnsi="Comic Sans MS"/>
                <w:sz w:val="20"/>
                <w:szCs w:val="20"/>
              </w:rPr>
            </w:pPr>
          </w:p>
        </w:tc>
      </w:tr>
      <w:tr w:rsidR="00243A32" w:rsidRPr="006E0C34" w14:paraId="16E1AD6A" w14:textId="77777777" w:rsidTr="00565445">
        <w:tc>
          <w:tcPr>
            <w:tcW w:w="2753" w:type="dxa"/>
          </w:tcPr>
          <w:p w14:paraId="1CF651C7"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Manual Handling</w:t>
            </w:r>
          </w:p>
        </w:tc>
        <w:tc>
          <w:tcPr>
            <w:tcW w:w="2600" w:type="dxa"/>
          </w:tcPr>
          <w:p w14:paraId="30AC0979" w14:textId="77777777" w:rsidR="00243A32" w:rsidRPr="006E0C34" w:rsidRDefault="00243A32" w:rsidP="00565445">
            <w:pPr>
              <w:rPr>
                <w:rFonts w:ascii="Comic Sans MS" w:hAnsi="Comic Sans MS"/>
                <w:sz w:val="20"/>
                <w:szCs w:val="20"/>
              </w:rPr>
            </w:pPr>
          </w:p>
        </w:tc>
        <w:tc>
          <w:tcPr>
            <w:tcW w:w="1559" w:type="dxa"/>
          </w:tcPr>
          <w:p w14:paraId="52F43A0D" w14:textId="77777777" w:rsidR="00243A32" w:rsidRPr="006E0C34" w:rsidRDefault="00243A32" w:rsidP="00565445">
            <w:pPr>
              <w:rPr>
                <w:rFonts w:ascii="Comic Sans MS" w:hAnsi="Comic Sans MS"/>
                <w:sz w:val="20"/>
                <w:szCs w:val="20"/>
              </w:rPr>
            </w:pPr>
          </w:p>
        </w:tc>
        <w:tc>
          <w:tcPr>
            <w:tcW w:w="2552" w:type="dxa"/>
          </w:tcPr>
          <w:p w14:paraId="7E63EF6B" w14:textId="77777777" w:rsidR="00243A32" w:rsidRPr="006E0C34" w:rsidRDefault="00243A32" w:rsidP="00565445">
            <w:pPr>
              <w:rPr>
                <w:rFonts w:ascii="Comic Sans MS" w:hAnsi="Comic Sans MS"/>
                <w:sz w:val="20"/>
                <w:szCs w:val="20"/>
              </w:rPr>
            </w:pPr>
          </w:p>
        </w:tc>
        <w:tc>
          <w:tcPr>
            <w:tcW w:w="3544" w:type="dxa"/>
          </w:tcPr>
          <w:p w14:paraId="5AE4CEE2" w14:textId="77777777" w:rsidR="00243A32" w:rsidRPr="006E0C34" w:rsidRDefault="00243A32" w:rsidP="00565445">
            <w:pPr>
              <w:rPr>
                <w:rFonts w:ascii="Comic Sans MS" w:hAnsi="Comic Sans MS"/>
                <w:sz w:val="20"/>
                <w:szCs w:val="20"/>
              </w:rPr>
            </w:pPr>
          </w:p>
        </w:tc>
      </w:tr>
      <w:tr w:rsidR="00243A32" w:rsidRPr="006E0C34" w14:paraId="66BA45DA" w14:textId="77777777" w:rsidTr="00565445">
        <w:tc>
          <w:tcPr>
            <w:tcW w:w="2753" w:type="dxa"/>
          </w:tcPr>
          <w:p w14:paraId="6AC671E7"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Mobility</w:t>
            </w:r>
          </w:p>
        </w:tc>
        <w:tc>
          <w:tcPr>
            <w:tcW w:w="2600" w:type="dxa"/>
          </w:tcPr>
          <w:p w14:paraId="5A0CA62C" w14:textId="77777777" w:rsidR="00243A32" w:rsidRPr="006E0C34" w:rsidRDefault="00243A32" w:rsidP="00565445">
            <w:pPr>
              <w:rPr>
                <w:rFonts w:ascii="Comic Sans MS" w:hAnsi="Comic Sans MS"/>
                <w:sz w:val="20"/>
                <w:szCs w:val="20"/>
              </w:rPr>
            </w:pPr>
          </w:p>
        </w:tc>
        <w:tc>
          <w:tcPr>
            <w:tcW w:w="1559" w:type="dxa"/>
          </w:tcPr>
          <w:p w14:paraId="324FDE8C" w14:textId="77777777" w:rsidR="00243A32" w:rsidRPr="006E0C34" w:rsidRDefault="00243A32" w:rsidP="00565445">
            <w:pPr>
              <w:rPr>
                <w:rFonts w:ascii="Comic Sans MS" w:hAnsi="Comic Sans MS"/>
                <w:sz w:val="20"/>
                <w:szCs w:val="20"/>
              </w:rPr>
            </w:pPr>
          </w:p>
        </w:tc>
        <w:tc>
          <w:tcPr>
            <w:tcW w:w="2552" w:type="dxa"/>
          </w:tcPr>
          <w:p w14:paraId="3D195E4D" w14:textId="77777777" w:rsidR="00243A32" w:rsidRPr="006E0C34" w:rsidRDefault="00243A32" w:rsidP="00565445">
            <w:pPr>
              <w:rPr>
                <w:rFonts w:ascii="Comic Sans MS" w:hAnsi="Comic Sans MS"/>
                <w:sz w:val="20"/>
                <w:szCs w:val="20"/>
              </w:rPr>
            </w:pPr>
          </w:p>
        </w:tc>
        <w:tc>
          <w:tcPr>
            <w:tcW w:w="3544" w:type="dxa"/>
          </w:tcPr>
          <w:p w14:paraId="114387B8" w14:textId="77777777" w:rsidR="00243A32" w:rsidRPr="006E0C34" w:rsidRDefault="00243A32" w:rsidP="00565445">
            <w:pPr>
              <w:rPr>
                <w:rFonts w:ascii="Comic Sans MS" w:hAnsi="Comic Sans MS"/>
                <w:sz w:val="20"/>
                <w:szCs w:val="20"/>
              </w:rPr>
            </w:pPr>
          </w:p>
        </w:tc>
      </w:tr>
      <w:tr w:rsidR="00243A32" w:rsidRPr="006E0C34" w14:paraId="1E4AC1A0" w14:textId="77777777" w:rsidTr="00565445">
        <w:tc>
          <w:tcPr>
            <w:tcW w:w="2753" w:type="dxa"/>
          </w:tcPr>
          <w:p w14:paraId="1316BC40"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Medical Needs</w:t>
            </w:r>
          </w:p>
        </w:tc>
        <w:tc>
          <w:tcPr>
            <w:tcW w:w="2600" w:type="dxa"/>
          </w:tcPr>
          <w:p w14:paraId="6A40A6FC" w14:textId="77777777" w:rsidR="00243A32" w:rsidRPr="006E0C34" w:rsidRDefault="00243A32" w:rsidP="00565445">
            <w:pPr>
              <w:rPr>
                <w:rFonts w:ascii="Comic Sans MS" w:hAnsi="Comic Sans MS"/>
                <w:sz w:val="20"/>
                <w:szCs w:val="20"/>
              </w:rPr>
            </w:pPr>
          </w:p>
        </w:tc>
        <w:tc>
          <w:tcPr>
            <w:tcW w:w="1559" w:type="dxa"/>
          </w:tcPr>
          <w:p w14:paraId="4D52F32E" w14:textId="77777777" w:rsidR="00243A32" w:rsidRPr="006E0C34" w:rsidRDefault="00243A32" w:rsidP="00565445">
            <w:pPr>
              <w:rPr>
                <w:rFonts w:ascii="Comic Sans MS" w:hAnsi="Comic Sans MS"/>
                <w:sz w:val="20"/>
                <w:szCs w:val="20"/>
              </w:rPr>
            </w:pPr>
          </w:p>
        </w:tc>
        <w:tc>
          <w:tcPr>
            <w:tcW w:w="2552" w:type="dxa"/>
          </w:tcPr>
          <w:p w14:paraId="0247F931" w14:textId="77777777" w:rsidR="00243A32" w:rsidRPr="006E0C34" w:rsidRDefault="00243A32" w:rsidP="00565445">
            <w:pPr>
              <w:rPr>
                <w:rFonts w:ascii="Comic Sans MS" w:hAnsi="Comic Sans MS"/>
                <w:sz w:val="20"/>
                <w:szCs w:val="20"/>
              </w:rPr>
            </w:pPr>
          </w:p>
        </w:tc>
        <w:tc>
          <w:tcPr>
            <w:tcW w:w="3544" w:type="dxa"/>
          </w:tcPr>
          <w:p w14:paraId="1E2F793C" w14:textId="77777777" w:rsidR="00243A32" w:rsidRPr="006E0C34" w:rsidRDefault="00243A32" w:rsidP="00565445">
            <w:pPr>
              <w:rPr>
                <w:rFonts w:ascii="Comic Sans MS" w:hAnsi="Comic Sans MS"/>
                <w:sz w:val="20"/>
                <w:szCs w:val="20"/>
              </w:rPr>
            </w:pPr>
          </w:p>
        </w:tc>
      </w:tr>
      <w:tr w:rsidR="00243A32" w:rsidRPr="006E0C34" w14:paraId="41CC59BC" w14:textId="77777777" w:rsidTr="00565445">
        <w:tc>
          <w:tcPr>
            <w:tcW w:w="2753" w:type="dxa"/>
          </w:tcPr>
          <w:p w14:paraId="34F2E4E7"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Personal Care Needs</w:t>
            </w:r>
          </w:p>
        </w:tc>
        <w:tc>
          <w:tcPr>
            <w:tcW w:w="2600" w:type="dxa"/>
          </w:tcPr>
          <w:p w14:paraId="65443A39" w14:textId="77777777" w:rsidR="00243A32" w:rsidRPr="006E0C34" w:rsidRDefault="00243A32" w:rsidP="00565445">
            <w:pPr>
              <w:rPr>
                <w:rFonts w:ascii="Comic Sans MS" w:hAnsi="Comic Sans MS"/>
                <w:sz w:val="20"/>
                <w:szCs w:val="20"/>
              </w:rPr>
            </w:pPr>
          </w:p>
        </w:tc>
        <w:tc>
          <w:tcPr>
            <w:tcW w:w="1559" w:type="dxa"/>
          </w:tcPr>
          <w:p w14:paraId="057A816A" w14:textId="77777777" w:rsidR="00243A32" w:rsidRPr="006E0C34" w:rsidRDefault="00243A32" w:rsidP="00565445">
            <w:pPr>
              <w:rPr>
                <w:rFonts w:ascii="Comic Sans MS" w:hAnsi="Comic Sans MS"/>
                <w:sz w:val="20"/>
                <w:szCs w:val="20"/>
              </w:rPr>
            </w:pPr>
          </w:p>
        </w:tc>
        <w:tc>
          <w:tcPr>
            <w:tcW w:w="2552" w:type="dxa"/>
          </w:tcPr>
          <w:p w14:paraId="47C377C7" w14:textId="77777777" w:rsidR="00243A32" w:rsidRPr="006E0C34" w:rsidRDefault="00243A32" w:rsidP="00565445">
            <w:pPr>
              <w:rPr>
                <w:rFonts w:ascii="Comic Sans MS" w:hAnsi="Comic Sans MS"/>
                <w:sz w:val="20"/>
                <w:szCs w:val="20"/>
              </w:rPr>
            </w:pPr>
          </w:p>
        </w:tc>
        <w:tc>
          <w:tcPr>
            <w:tcW w:w="3544" w:type="dxa"/>
          </w:tcPr>
          <w:p w14:paraId="30D6F6F1" w14:textId="77777777" w:rsidR="00243A32" w:rsidRPr="006E0C34" w:rsidRDefault="00243A32" w:rsidP="00565445">
            <w:pPr>
              <w:rPr>
                <w:rFonts w:ascii="Comic Sans MS" w:hAnsi="Comic Sans MS"/>
                <w:sz w:val="20"/>
                <w:szCs w:val="20"/>
              </w:rPr>
            </w:pPr>
          </w:p>
        </w:tc>
      </w:tr>
      <w:tr w:rsidR="00243A32" w:rsidRPr="006E0C34" w14:paraId="6A5CFBC0" w14:textId="77777777" w:rsidTr="00565445">
        <w:tc>
          <w:tcPr>
            <w:tcW w:w="2753" w:type="dxa"/>
          </w:tcPr>
          <w:p w14:paraId="579B677F"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Safeguarding Concerns</w:t>
            </w:r>
          </w:p>
        </w:tc>
        <w:tc>
          <w:tcPr>
            <w:tcW w:w="2600" w:type="dxa"/>
          </w:tcPr>
          <w:p w14:paraId="7FDE6A0B" w14:textId="77777777" w:rsidR="00243A32" w:rsidRPr="006E0C34" w:rsidRDefault="00243A32" w:rsidP="00565445">
            <w:pPr>
              <w:rPr>
                <w:rFonts w:ascii="Comic Sans MS" w:hAnsi="Comic Sans MS"/>
                <w:sz w:val="20"/>
                <w:szCs w:val="20"/>
              </w:rPr>
            </w:pPr>
          </w:p>
        </w:tc>
        <w:tc>
          <w:tcPr>
            <w:tcW w:w="1559" w:type="dxa"/>
          </w:tcPr>
          <w:p w14:paraId="12973251" w14:textId="77777777" w:rsidR="00243A32" w:rsidRPr="006E0C34" w:rsidRDefault="00243A32" w:rsidP="00565445">
            <w:pPr>
              <w:rPr>
                <w:rFonts w:ascii="Comic Sans MS" w:hAnsi="Comic Sans MS"/>
                <w:sz w:val="20"/>
                <w:szCs w:val="20"/>
              </w:rPr>
            </w:pPr>
          </w:p>
        </w:tc>
        <w:tc>
          <w:tcPr>
            <w:tcW w:w="2552" w:type="dxa"/>
          </w:tcPr>
          <w:p w14:paraId="4D720CE4" w14:textId="77777777" w:rsidR="00243A32" w:rsidRPr="006E0C34" w:rsidRDefault="00243A32" w:rsidP="00565445">
            <w:pPr>
              <w:rPr>
                <w:rFonts w:ascii="Comic Sans MS" w:hAnsi="Comic Sans MS"/>
                <w:sz w:val="20"/>
                <w:szCs w:val="20"/>
              </w:rPr>
            </w:pPr>
          </w:p>
        </w:tc>
        <w:tc>
          <w:tcPr>
            <w:tcW w:w="3544" w:type="dxa"/>
          </w:tcPr>
          <w:p w14:paraId="2B655AE6" w14:textId="77777777" w:rsidR="00243A32" w:rsidRPr="006E0C34" w:rsidRDefault="00243A32" w:rsidP="00565445">
            <w:pPr>
              <w:rPr>
                <w:rFonts w:ascii="Comic Sans MS" w:hAnsi="Comic Sans MS"/>
                <w:sz w:val="20"/>
                <w:szCs w:val="20"/>
              </w:rPr>
            </w:pPr>
          </w:p>
        </w:tc>
      </w:tr>
      <w:tr w:rsidR="00243A32" w:rsidRPr="006E0C34" w14:paraId="56DEDD5A" w14:textId="77777777" w:rsidTr="00565445">
        <w:tc>
          <w:tcPr>
            <w:tcW w:w="2753" w:type="dxa"/>
          </w:tcPr>
          <w:p w14:paraId="0C32D88F"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Staffing Arrangements</w:t>
            </w:r>
          </w:p>
        </w:tc>
        <w:tc>
          <w:tcPr>
            <w:tcW w:w="2600" w:type="dxa"/>
          </w:tcPr>
          <w:p w14:paraId="15AA9754" w14:textId="77777777" w:rsidR="00243A32" w:rsidRPr="006E0C34" w:rsidRDefault="00243A32" w:rsidP="00565445">
            <w:pPr>
              <w:rPr>
                <w:rFonts w:ascii="Comic Sans MS" w:hAnsi="Comic Sans MS"/>
                <w:sz w:val="20"/>
                <w:szCs w:val="20"/>
              </w:rPr>
            </w:pPr>
          </w:p>
        </w:tc>
        <w:tc>
          <w:tcPr>
            <w:tcW w:w="1559" w:type="dxa"/>
          </w:tcPr>
          <w:p w14:paraId="4C7C3FE4" w14:textId="77777777" w:rsidR="00243A32" w:rsidRPr="006E0C34" w:rsidRDefault="00243A32" w:rsidP="00565445">
            <w:pPr>
              <w:rPr>
                <w:rFonts w:ascii="Comic Sans MS" w:hAnsi="Comic Sans MS"/>
                <w:sz w:val="20"/>
                <w:szCs w:val="20"/>
              </w:rPr>
            </w:pPr>
          </w:p>
        </w:tc>
        <w:tc>
          <w:tcPr>
            <w:tcW w:w="2552" w:type="dxa"/>
          </w:tcPr>
          <w:p w14:paraId="55ABE784" w14:textId="77777777" w:rsidR="00243A32" w:rsidRPr="006E0C34" w:rsidRDefault="00243A32" w:rsidP="00565445">
            <w:pPr>
              <w:rPr>
                <w:rFonts w:ascii="Comic Sans MS" w:hAnsi="Comic Sans MS"/>
                <w:sz w:val="20"/>
                <w:szCs w:val="20"/>
              </w:rPr>
            </w:pPr>
          </w:p>
        </w:tc>
        <w:tc>
          <w:tcPr>
            <w:tcW w:w="3544" w:type="dxa"/>
          </w:tcPr>
          <w:p w14:paraId="3EDD9D0D" w14:textId="77777777" w:rsidR="00243A32" w:rsidRPr="006E0C34" w:rsidRDefault="00243A32" w:rsidP="00565445">
            <w:pPr>
              <w:rPr>
                <w:rFonts w:ascii="Comic Sans MS" w:hAnsi="Comic Sans MS"/>
                <w:sz w:val="20"/>
                <w:szCs w:val="20"/>
              </w:rPr>
            </w:pPr>
          </w:p>
        </w:tc>
      </w:tr>
      <w:tr w:rsidR="00243A32" w:rsidRPr="006E0C34" w14:paraId="6B10BF95" w14:textId="77777777" w:rsidTr="00565445">
        <w:tc>
          <w:tcPr>
            <w:tcW w:w="2753" w:type="dxa"/>
          </w:tcPr>
          <w:p w14:paraId="3EDEB989"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Environment/Facilities</w:t>
            </w:r>
          </w:p>
        </w:tc>
        <w:tc>
          <w:tcPr>
            <w:tcW w:w="2600" w:type="dxa"/>
          </w:tcPr>
          <w:p w14:paraId="01808F92" w14:textId="77777777" w:rsidR="00243A32" w:rsidRPr="006E0C34" w:rsidRDefault="00243A32" w:rsidP="00565445">
            <w:pPr>
              <w:rPr>
                <w:rFonts w:ascii="Comic Sans MS" w:hAnsi="Comic Sans MS"/>
                <w:sz w:val="20"/>
                <w:szCs w:val="20"/>
              </w:rPr>
            </w:pPr>
          </w:p>
        </w:tc>
        <w:tc>
          <w:tcPr>
            <w:tcW w:w="1559" w:type="dxa"/>
          </w:tcPr>
          <w:p w14:paraId="3C107C80" w14:textId="77777777" w:rsidR="00243A32" w:rsidRPr="006E0C34" w:rsidRDefault="00243A32" w:rsidP="00565445">
            <w:pPr>
              <w:rPr>
                <w:rFonts w:ascii="Comic Sans MS" w:hAnsi="Comic Sans MS"/>
                <w:sz w:val="20"/>
                <w:szCs w:val="20"/>
              </w:rPr>
            </w:pPr>
          </w:p>
        </w:tc>
        <w:tc>
          <w:tcPr>
            <w:tcW w:w="2552" w:type="dxa"/>
          </w:tcPr>
          <w:p w14:paraId="5F8517A3" w14:textId="77777777" w:rsidR="00243A32" w:rsidRPr="006E0C34" w:rsidRDefault="00243A32" w:rsidP="00565445">
            <w:pPr>
              <w:rPr>
                <w:rFonts w:ascii="Comic Sans MS" w:hAnsi="Comic Sans MS"/>
                <w:sz w:val="20"/>
                <w:szCs w:val="20"/>
              </w:rPr>
            </w:pPr>
          </w:p>
        </w:tc>
        <w:tc>
          <w:tcPr>
            <w:tcW w:w="3544" w:type="dxa"/>
          </w:tcPr>
          <w:p w14:paraId="0FE8A50E" w14:textId="77777777" w:rsidR="00243A32" w:rsidRPr="006E0C34" w:rsidRDefault="00243A32" w:rsidP="00565445">
            <w:pPr>
              <w:rPr>
                <w:rFonts w:ascii="Comic Sans MS" w:hAnsi="Comic Sans MS"/>
                <w:sz w:val="20"/>
                <w:szCs w:val="20"/>
              </w:rPr>
            </w:pPr>
          </w:p>
        </w:tc>
      </w:tr>
      <w:tr w:rsidR="00243A32" w:rsidRPr="006E0C34" w14:paraId="7B67F70C" w14:textId="77777777" w:rsidTr="00565445">
        <w:tc>
          <w:tcPr>
            <w:tcW w:w="2753" w:type="dxa"/>
          </w:tcPr>
          <w:p w14:paraId="7C92AB7D"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Infection Control</w:t>
            </w:r>
          </w:p>
        </w:tc>
        <w:tc>
          <w:tcPr>
            <w:tcW w:w="2600" w:type="dxa"/>
          </w:tcPr>
          <w:p w14:paraId="21C9DE10" w14:textId="77777777" w:rsidR="00243A32" w:rsidRPr="006E0C34" w:rsidRDefault="00243A32" w:rsidP="00565445">
            <w:pPr>
              <w:rPr>
                <w:rFonts w:ascii="Comic Sans MS" w:hAnsi="Comic Sans MS"/>
                <w:sz w:val="20"/>
                <w:szCs w:val="20"/>
              </w:rPr>
            </w:pPr>
          </w:p>
        </w:tc>
        <w:tc>
          <w:tcPr>
            <w:tcW w:w="1559" w:type="dxa"/>
          </w:tcPr>
          <w:p w14:paraId="5858C4D5" w14:textId="77777777" w:rsidR="00243A32" w:rsidRPr="006E0C34" w:rsidRDefault="00243A32" w:rsidP="00565445">
            <w:pPr>
              <w:rPr>
                <w:rFonts w:ascii="Comic Sans MS" w:hAnsi="Comic Sans MS"/>
                <w:sz w:val="20"/>
                <w:szCs w:val="20"/>
              </w:rPr>
            </w:pPr>
          </w:p>
        </w:tc>
        <w:tc>
          <w:tcPr>
            <w:tcW w:w="2552" w:type="dxa"/>
          </w:tcPr>
          <w:p w14:paraId="608401FC" w14:textId="77777777" w:rsidR="00243A32" w:rsidRPr="006E0C34" w:rsidRDefault="00243A32" w:rsidP="00565445">
            <w:pPr>
              <w:rPr>
                <w:rFonts w:ascii="Comic Sans MS" w:hAnsi="Comic Sans MS"/>
                <w:sz w:val="20"/>
                <w:szCs w:val="20"/>
              </w:rPr>
            </w:pPr>
          </w:p>
        </w:tc>
        <w:tc>
          <w:tcPr>
            <w:tcW w:w="3544" w:type="dxa"/>
          </w:tcPr>
          <w:p w14:paraId="434CFBE2" w14:textId="77777777" w:rsidR="00243A32" w:rsidRPr="006E0C34" w:rsidRDefault="00243A32" w:rsidP="00565445">
            <w:pPr>
              <w:rPr>
                <w:rFonts w:ascii="Comic Sans MS" w:hAnsi="Comic Sans MS"/>
                <w:sz w:val="20"/>
                <w:szCs w:val="20"/>
              </w:rPr>
            </w:pPr>
          </w:p>
        </w:tc>
      </w:tr>
    </w:tbl>
    <w:p w14:paraId="5E7D816B" w14:textId="77777777" w:rsidR="00243A32" w:rsidRPr="006E0C34" w:rsidRDefault="00243A32" w:rsidP="00243A32">
      <w:pPr>
        <w:pStyle w:val="Heading1"/>
        <w:rPr>
          <w:rFonts w:ascii="Comic Sans MS" w:hAnsi="Comic Sans MS"/>
          <w:sz w:val="20"/>
          <w:szCs w:val="20"/>
        </w:rPr>
      </w:pPr>
      <w:r w:rsidRPr="006E0C34">
        <w:rPr>
          <w:rFonts w:ascii="Comic Sans MS" w:hAnsi="Comic Sans MS"/>
          <w:sz w:val="20"/>
          <w:szCs w:val="20"/>
        </w:rPr>
        <w:t>Section 3: Child Preferences and Dignity</w:t>
      </w:r>
    </w:p>
    <w:p w14:paraId="0FDABBAB"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How does the child communicate their needs?</w:t>
      </w:r>
    </w:p>
    <w:p w14:paraId="555E41C6"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C0E1AAE"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What helps the child feel comfortable and secure?</w:t>
      </w:r>
    </w:p>
    <w:p w14:paraId="64223F34"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0DF9E5C"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Any cultural, religious or family considerations?</w:t>
      </w:r>
    </w:p>
    <w:p w14:paraId="6DCAFB8C"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F2118AE" w14:textId="77777777" w:rsidR="00243A32" w:rsidRPr="006E0C34" w:rsidRDefault="00243A32" w:rsidP="00243A32">
      <w:pPr>
        <w:pStyle w:val="Heading1"/>
        <w:rPr>
          <w:rFonts w:ascii="Comic Sans MS" w:hAnsi="Comic Sans MS"/>
          <w:sz w:val="20"/>
          <w:szCs w:val="20"/>
        </w:rPr>
      </w:pPr>
      <w:r w:rsidRPr="006E0C34">
        <w:rPr>
          <w:rFonts w:ascii="Comic Sans MS" w:hAnsi="Comic Sans MS"/>
          <w:sz w:val="20"/>
          <w:szCs w:val="20"/>
        </w:rPr>
        <w:lastRenderedPageBreak/>
        <w:t>Section 4: Agreed Control Measures</w:t>
      </w:r>
    </w:p>
    <w:p w14:paraId="53BC9790"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_____________________________________________________________________________</w:t>
      </w:r>
    </w:p>
    <w:p w14:paraId="050F4CAD"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_____________________________________________________________________________</w:t>
      </w:r>
    </w:p>
    <w:p w14:paraId="36FD48C3"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_____________________________________________________________________________</w:t>
      </w:r>
    </w:p>
    <w:p w14:paraId="2DDD385C"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_____________________________________________________________________________</w:t>
      </w:r>
    </w:p>
    <w:p w14:paraId="1AC7DAE5"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_____________________________________________________________________________</w:t>
      </w:r>
    </w:p>
    <w:p w14:paraId="002542E2"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_____________________________________________________________________________</w:t>
      </w:r>
    </w:p>
    <w:p w14:paraId="30839AB7" w14:textId="77777777" w:rsidR="00243A32" w:rsidRPr="006E0C34" w:rsidRDefault="00243A32" w:rsidP="00243A32">
      <w:pPr>
        <w:pStyle w:val="Heading1"/>
        <w:rPr>
          <w:rFonts w:ascii="Comic Sans MS" w:hAnsi="Comic Sans MS"/>
          <w:sz w:val="20"/>
          <w:szCs w:val="20"/>
        </w:rPr>
      </w:pPr>
      <w:r w:rsidRPr="006E0C34">
        <w:rPr>
          <w:rFonts w:ascii="Comic Sans MS" w:hAnsi="Comic Sans MS"/>
          <w:sz w:val="20"/>
          <w:szCs w:val="20"/>
        </w:rPr>
        <w:t>Section 5: Emergency Arrangements</w:t>
      </w:r>
    </w:p>
    <w:p w14:paraId="43D32451"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Action to be taken if the child becomes distressed, unwell, injured or if safeguarding concerns arise:</w:t>
      </w:r>
    </w:p>
    <w:p w14:paraId="16250461"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w:t>
      </w:r>
    </w:p>
    <w:p w14:paraId="2525C59F"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w:t>
      </w:r>
    </w:p>
    <w:p w14:paraId="351B2A12" w14:textId="77777777" w:rsidR="00243A32" w:rsidRPr="006E0C34" w:rsidRDefault="00243A32" w:rsidP="00243A32">
      <w:pPr>
        <w:pStyle w:val="Heading1"/>
        <w:rPr>
          <w:rFonts w:ascii="Comic Sans MS" w:hAnsi="Comic Sans MS"/>
          <w:sz w:val="20"/>
          <w:szCs w:val="20"/>
        </w:rPr>
      </w:pPr>
      <w:r w:rsidRPr="006E0C34">
        <w:rPr>
          <w:rFonts w:ascii="Comic Sans MS" w:hAnsi="Comic Sans MS"/>
          <w:sz w:val="20"/>
          <w:szCs w:val="20"/>
        </w:rPr>
        <w:t>Section 6: Signatures</w:t>
      </w:r>
    </w:p>
    <w:p w14:paraId="6E29CF0D"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Parent/</w:t>
      </w:r>
      <w:proofErr w:type="spellStart"/>
      <w:r w:rsidRPr="006E0C34">
        <w:rPr>
          <w:rFonts w:ascii="Comic Sans MS" w:hAnsi="Comic Sans MS"/>
          <w:sz w:val="20"/>
          <w:szCs w:val="20"/>
        </w:rPr>
        <w:t>Carer</w:t>
      </w:r>
      <w:proofErr w:type="spellEnd"/>
      <w:r w:rsidRPr="006E0C34">
        <w:rPr>
          <w:rFonts w:ascii="Comic Sans MS" w:hAnsi="Comic Sans MS"/>
          <w:sz w:val="20"/>
          <w:szCs w:val="20"/>
        </w:rPr>
        <w:t xml:space="preserve"> Name: ______________________________</w:t>
      </w:r>
    </w:p>
    <w:p w14:paraId="54F90FBF"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Parent/</w:t>
      </w:r>
      <w:proofErr w:type="spellStart"/>
      <w:r w:rsidRPr="006E0C34">
        <w:rPr>
          <w:rFonts w:ascii="Comic Sans MS" w:hAnsi="Comic Sans MS"/>
          <w:sz w:val="20"/>
          <w:szCs w:val="20"/>
        </w:rPr>
        <w:t>Carer</w:t>
      </w:r>
      <w:proofErr w:type="spellEnd"/>
      <w:r w:rsidRPr="006E0C34">
        <w:rPr>
          <w:rFonts w:ascii="Comic Sans MS" w:hAnsi="Comic Sans MS"/>
          <w:sz w:val="20"/>
          <w:szCs w:val="20"/>
        </w:rPr>
        <w:t xml:space="preserve"> Signature: __________________________ Date: __________</w:t>
      </w:r>
    </w:p>
    <w:p w14:paraId="71DDED1F"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Assessor/Staff Member: __________________________</w:t>
      </w:r>
    </w:p>
    <w:p w14:paraId="69DEBD30"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Signature: _____________________________________ Date: __________</w:t>
      </w:r>
    </w:p>
    <w:p w14:paraId="210CCF41" w14:textId="77777777" w:rsidR="00243A32" w:rsidRPr="006E0C34" w:rsidRDefault="00243A32" w:rsidP="00243A32">
      <w:pPr>
        <w:rPr>
          <w:rFonts w:ascii="Comic Sans MS" w:hAnsi="Comic Sans MS"/>
          <w:sz w:val="20"/>
          <w:szCs w:val="20"/>
        </w:rPr>
      </w:pPr>
      <w:proofErr w:type="spellStart"/>
      <w:r w:rsidRPr="006E0C34">
        <w:rPr>
          <w:rFonts w:ascii="Comic Sans MS" w:hAnsi="Comic Sans MS"/>
          <w:sz w:val="20"/>
          <w:szCs w:val="20"/>
        </w:rPr>
        <w:t>SENDCo</w:t>
      </w:r>
      <w:proofErr w:type="spellEnd"/>
      <w:r w:rsidRPr="006E0C34">
        <w:rPr>
          <w:rFonts w:ascii="Comic Sans MS" w:hAnsi="Comic Sans MS"/>
          <w:sz w:val="20"/>
          <w:szCs w:val="20"/>
        </w:rPr>
        <w:t xml:space="preserve"> (if applicable): __________________________</w:t>
      </w:r>
    </w:p>
    <w:p w14:paraId="0377AAE9"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Signature: _____________________________________ Date: __________</w:t>
      </w:r>
    </w:p>
    <w:p w14:paraId="3C267B03" w14:textId="4F2C3767" w:rsidR="00A15EE2" w:rsidRPr="006E0C34" w:rsidRDefault="00A15EE2" w:rsidP="00210E0D">
      <w:pPr>
        <w:spacing w:line="240" w:lineRule="auto"/>
        <w:rPr>
          <w:rFonts w:ascii="Comic Sans MS" w:hAnsi="Comic Sans MS"/>
          <w:b/>
          <w:bCs/>
          <w:sz w:val="20"/>
          <w:szCs w:val="20"/>
        </w:rPr>
      </w:pPr>
    </w:p>
    <w:p w14:paraId="6E564EBF" w14:textId="0017D78C" w:rsidR="00243A32" w:rsidRPr="006E0C34" w:rsidRDefault="00243A32" w:rsidP="00210E0D">
      <w:pPr>
        <w:spacing w:line="240" w:lineRule="auto"/>
        <w:rPr>
          <w:rFonts w:ascii="Comic Sans MS" w:hAnsi="Comic Sans MS"/>
          <w:b/>
          <w:bCs/>
          <w:sz w:val="20"/>
          <w:szCs w:val="20"/>
        </w:rPr>
      </w:pPr>
    </w:p>
    <w:p w14:paraId="2DB4C78A" w14:textId="0B57BD06" w:rsidR="00243A32" w:rsidRPr="006E0C34" w:rsidRDefault="00243A32" w:rsidP="00210E0D">
      <w:pPr>
        <w:spacing w:line="240" w:lineRule="auto"/>
        <w:rPr>
          <w:rFonts w:ascii="Comic Sans MS" w:hAnsi="Comic Sans MS"/>
          <w:b/>
          <w:bCs/>
          <w:sz w:val="20"/>
          <w:szCs w:val="20"/>
        </w:rPr>
      </w:pPr>
    </w:p>
    <w:p w14:paraId="3FFB3FA9" w14:textId="24C5FDE1" w:rsidR="00243A32" w:rsidRPr="006E0C34" w:rsidRDefault="00243A32" w:rsidP="00210E0D">
      <w:pPr>
        <w:spacing w:line="240" w:lineRule="auto"/>
        <w:rPr>
          <w:rFonts w:ascii="Comic Sans MS" w:hAnsi="Comic Sans MS"/>
          <w:b/>
          <w:bCs/>
          <w:sz w:val="20"/>
          <w:szCs w:val="20"/>
        </w:rPr>
      </w:pPr>
    </w:p>
    <w:p w14:paraId="5AA95F27" w14:textId="2EB440C6" w:rsidR="00243A32" w:rsidRPr="006E0C34" w:rsidRDefault="00243A32" w:rsidP="00210E0D">
      <w:pPr>
        <w:spacing w:line="240" w:lineRule="auto"/>
        <w:rPr>
          <w:rFonts w:ascii="Comic Sans MS" w:hAnsi="Comic Sans MS"/>
          <w:b/>
          <w:bCs/>
          <w:sz w:val="20"/>
          <w:szCs w:val="20"/>
        </w:rPr>
      </w:pPr>
    </w:p>
    <w:p w14:paraId="5425AB18" w14:textId="44219647" w:rsidR="00243A32" w:rsidRPr="006E0C34" w:rsidRDefault="00243A32" w:rsidP="00210E0D">
      <w:pPr>
        <w:spacing w:line="240" w:lineRule="auto"/>
        <w:rPr>
          <w:rFonts w:ascii="Comic Sans MS" w:hAnsi="Comic Sans MS"/>
          <w:b/>
          <w:bCs/>
          <w:sz w:val="20"/>
          <w:szCs w:val="20"/>
        </w:rPr>
      </w:pPr>
    </w:p>
    <w:p w14:paraId="578F0479" w14:textId="24AB7844" w:rsidR="00243A32" w:rsidRPr="006E0C34" w:rsidRDefault="00243A32" w:rsidP="00210E0D">
      <w:pPr>
        <w:spacing w:line="240" w:lineRule="auto"/>
        <w:rPr>
          <w:rFonts w:ascii="Comic Sans MS" w:hAnsi="Comic Sans MS"/>
          <w:b/>
          <w:bCs/>
          <w:sz w:val="20"/>
          <w:szCs w:val="20"/>
        </w:rPr>
      </w:pPr>
    </w:p>
    <w:p w14:paraId="270A71FA" w14:textId="56C33EF0" w:rsidR="00243A32" w:rsidRPr="006E0C34" w:rsidRDefault="00243A32" w:rsidP="00210E0D">
      <w:pPr>
        <w:spacing w:line="240" w:lineRule="auto"/>
        <w:rPr>
          <w:rFonts w:ascii="Comic Sans MS" w:hAnsi="Comic Sans MS"/>
          <w:b/>
          <w:bCs/>
          <w:sz w:val="20"/>
          <w:szCs w:val="20"/>
        </w:rPr>
      </w:pPr>
      <w:bookmarkStart w:id="0" w:name="_GoBack"/>
      <w:bookmarkEnd w:id="0"/>
    </w:p>
    <w:p w14:paraId="1B526318" w14:textId="42B04465" w:rsidR="00243A32" w:rsidRPr="006E0C34" w:rsidRDefault="00243A32" w:rsidP="00210E0D">
      <w:pPr>
        <w:spacing w:line="240" w:lineRule="auto"/>
        <w:rPr>
          <w:rFonts w:ascii="Comic Sans MS" w:hAnsi="Comic Sans MS"/>
          <w:b/>
          <w:bCs/>
          <w:sz w:val="20"/>
          <w:szCs w:val="20"/>
        </w:rPr>
      </w:pPr>
    </w:p>
    <w:p w14:paraId="7F3CA4C3" w14:textId="5489D762" w:rsidR="00243A32" w:rsidRPr="006E0C34" w:rsidRDefault="00243A32" w:rsidP="00210E0D">
      <w:pPr>
        <w:spacing w:line="240" w:lineRule="auto"/>
        <w:rPr>
          <w:rFonts w:ascii="Comic Sans MS" w:hAnsi="Comic Sans MS"/>
          <w:b/>
          <w:bCs/>
          <w:sz w:val="20"/>
          <w:szCs w:val="20"/>
        </w:rPr>
      </w:pPr>
    </w:p>
    <w:p w14:paraId="09BDC4A6" w14:textId="305FF668" w:rsidR="00243A32" w:rsidRPr="006E0C34" w:rsidRDefault="00243A32" w:rsidP="00210E0D">
      <w:pPr>
        <w:spacing w:line="240" w:lineRule="auto"/>
        <w:rPr>
          <w:rFonts w:ascii="Comic Sans MS" w:hAnsi="Comic Sans MS"/>
          <w:b/>
          <w:bCs/>
          <w:sz w:val="20"/>
          <w:szCs w:val="20"/>
        </w:rPr>
      </w:pPr>
    </w:p>
    <w:p w14:paraId="5B9DE9D8" w14:textId="6C7CC1DB" w:rsidR="00243A32" w:rsidRPr="006E0C34" w:rsidRDefault="00243A32" w:rsidP="00243A32">
      <w:pPr>
        <w:pStyle w:val="Title"/>
        <w:jc w:val="center"/>
        <w:rPr>
          <w:rFonts w:ascii="Comic Sans MS" w:hAnsi="Comic Sans MS"/>
          <w:b/>
          <w:bCs/>
          <w:sz w:val="20"/>
          <w:szCs w:val="20"/>
        </w:rPr>
      </w:pPr>
      <w:r w:rsidRPr="006E0C34">
        <w:rPr>
          <w:rFonts w:ascii="Comic Sans MS" w:hAnsi="Comic Sans MS"/>
          <w:b/>
          <w:bCs/>
          <w:noProof/>
          <w:sz w:val="20"/>
          <w:szCs w:val="20"/>
        </w:rPr>
        <mc:AlternateContent>
          <mc:Choice Requires="wps">
            <w:drawing>
              <wp:anchor distT="45720" distB="45720" distL="114300" distR="114300" simplePos="0" relativeHeight="251677696" behindDoc="0" locked="0" layoutInCell="1" allowOverlap="1" wp14:anchorId="1D19B51E" wp14:editId="7AEC90D1">
                <wp:simplePos x="0" y="0"/>
                <wp:positionH relativeFrom="column">
                  <wp:posOffset>520995</wp:posOffset>
                </wp:positionH>
                <wp:positionV relativeFrom="paragraph">
                  <wp:posOffset>-741090</wp:posOffset>
                </wp:positionV>
                <wp:extent cx="2413591" cy="287079"/>
                <wp:effectExtent l="0" t="0" r="25400" b="177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591" cy="287079"/>
                        </a:xfrm>
                        <a:prstGeom prst="rect">
                          <a:avLst/>
                        </a:prstGeom>
                        <a:solidFill>
                          <a:srgbClr val="FFFFFF"/>
                        </a:solidFill>
                        <a:ln w="9525">
                          <a:solidFill>
                            <a:schemeClr val="bg1"/>
                          </a:solidFill>
                          <a:miter lim="800000"/>
                          <a:headEnd/>
                          <a:tailEnd/>
                        </a:ln>
                      </wps:spPr>
                      <wps:txbx>
                        <w:txbxContent>
                          <w:p w14:paraId="5005D9F9" w14:textId="26BB30E1" w:rsidR="00243A32" w:rsidRPr="00A15EE2" w:rsidRDefault="00243A32" w:rsidP="00243A32">
                            <w:pPr>
                              <w:rPr>
                                <w:rFonts w:ascii="Letter-join 1" w:hAnsi="Letter-join 1"/>
                                <w:b/>
                                <w:bCs/>
                              </w:rPr>
                            </w:pPr>
                            <w:r w:rsidRPr="00A15EE2">
                              <w:rPr>
                                <w:rFonts w:ascii="Letter-join 1" w:hAnsi="Letter-join 1"/>
                                <w:b/>
                                <w:bCs/>
                              </w:rPr>
                              <w:t xml:space="preserve">Appendix </w:t>
                            </w:r>
                            <w:r>
                              <w:rPr>
                                <w:rFonts w:ascii="Letter-join 1" w:hAnsi="Letter-join 1"/>
                                <w:b/>
                                <w:bCs/>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9B51E" id="_x0000_s1029" type="#_x0000_t202" style="position:absolute;left:0;text-align:left;margin-left:41pt;margin-top:-58.35pt;width:190.05pt;height:22.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" strokecolor="white [3212]">
                <v:textbox>
                  <w:txbxContent>
                    <w:p w14:paraId="5005D9F9" w14:textId="26BB30E1" w:rsidR="00243A32" w:rsidRPr="00A15EE2" w:rsidRDefault="00243A32" w:rsidP="00243A32">
                      <w:pPr>
                        <w:rPr>
                          <w:rFonts w:ascii="Letter-join 1" w:hAnsi="Letter-join 1"/>
                          <w:b/>
                          <w:bCs/>
                        </w:rPr>
                      </w:pPr>
                      <w:r w:rsidRPr="00A15EE2">
                        <w:rPr>
                          <w:rFonts w:ascii="Letter-join 1" w:hAnsi="Letter-join 1"/>
                          <w:b/>
                          <w:bCs/>
                        </w:rPr>
                        <w:t xml:space="preserve">Appendix </w:t>
                      </w:r>
                      <w:r>
                        <w:rPr>
                          <w:rFonts w:ascii="Letter-join 1" w:hAnsi="Letter-join 1"/>
                          <w:b/>
                          <w:bCs/>
                        </w:rPr>
                        <w:t>D</w:t>
                      </w:r>
                    </w:p>
                  </w:txbxContent>
                </v:textbox>
              </v:shape>
            </w:pict>
          </mc:Fallback>
        </mc:AlternateContent>
      </w:r>
      <w:r w:rsidRPr="006E0C34">
        <w:rPr>
          <w:rFonts w:ascii="Comic Sans MS" w:hAnsi="Comic Sans MS"/>
          <w:b/>
          <w:noProof/>
          <w:sz w:val="20"/>
          <w:szCs w:val="20"/>
        </w:rPr>
        <w:drawing>
          <wp:anchor distT="0" distB="0" distL="114300" distR="114300" simplePos="0" relativeHeight="251675648" behindDoc="0" locked="0" layoutInCell="1" allowOverlap="1" wp14:anchorId="3F4D483F" wp14:editId="12D97B0C">
            <wp:simplePos x="0" y="0"/>
            <wp:positionH relativeFrom="margin">
              <wp:posOffset>5430874</wp:posOffset>
            </wp:positionH>
            <wp:positionV relativeFrom="paragraph">
              <wp:posOffset>-315388</wp:posOffset>
            </wp:positionV>
            <wp:extent cx="662388" cy="726158"/>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noProof/>
          <w:sz w:val="20"/>
          <w:szCs w:val="20"/>
        </w:rPr>
        <w:drawing>
          <wp:anchor distT="0" distB="0" distL="114300" distR="114300" simplePos="0" relativeHeight="251674624" behindDoc="0" locked="0" layoutInCell="1" allowOverlap="1" wp14:anchorId="3C522CE3" wp14:editId="3790DCC7">
            <wp:simplePos x="0" y="0"/>
            <wp:positionH relativeFrom="margin">
              <wp:posOffset>361507</wp:posOffset>
            </wp:positionH>
            <wp:positionV relativeFrom="paragraph">
              <wp:posOffset>-329609</wp:posOffset>
            </wp:positionV>
            <wp:extent cx="662388" cy="726158"/>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bCs/>
          <w:sz w:val="20"/>
          <w:szCs w:val="20"/>
        </w:rPr>
        <w:t>Intimate Care Record Log</w:t>
      </w:r>
    </w:p>
    <w:p w14:paraId="5420FA9B"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Complete this form whenever a child requires support following a toileting accident, wetting incident, soiling incident, or routine intimate care intervention.</w:t>
      </w:r>
    </w:p>
    <w:tbl>
      <w:tblPr>
        <w:tblStyle w:val="TableGrid"/>
        <w:tblW w:w="0" w:type="auto"/>
        <w:tblLook w:val="04A0" w:firstRow="1" w:lastRow="0" w:firstColumn="1" w:lastColumn="0" w:noHBand="0" w:noVBand="1"/>
      </w:tblPr>
      <w:tblGrid>
        <w:gridCol w:w="2142"/>
        <w:gridCol w:w="3155"/>
        <w:gridCol w:w="1972"/>
        <w:gridCol w:w="2801"/>
      </w:tblGrid>
      <w:tr w:rsidR="00243A32" w:rsidRPr="006E0C34" w14:paraId="71310B8F" w14:textId="77777777" w:rsidTr="00565445">
        <w:tc>
          <w:tcPr>
            <w:tcW w:w="2160" w:type="dxa"/>
          </w:tcPr>
          <w:p w14:paraId="103ADECF"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Child Name</w:t>
            </w:r>
          </w:p>
        </w:tc>
        <w:tc>
          <w:tcPr>
            <w:tcW w:w="3193" w:type="dxa"/>
          </w:tcPr>
          <w:p w14:paraId="3D825E27" w14:textId="77777777" w:rsidR="00243A32" w:rsidRPr="006E0C34" w:rsidRDefault="00243A32" w:rsidP="00565445">
            <w:pPr>
              <w:rPr>
                <w:rFonts w:ascii="Comic Sans MS" w:hAnsi="Comic Sans MS"/>
                <w:sz w:val="20"/>
                <w:szCs w:val="20"/>
              </w:rPr>
            </w:pPr>
          </w:p>
        </w:tc>
        <w:tc>
          <w:tcPr>
            <w:tcW w:w="1985" w:type="dxa"/>
          </w:tcPr>
          <w:p w14:paraId="4D62C56D"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Class</w:t>
            </w:r>
          </w:p>
        </w:tc>
        <w:tc>
          <w:tcPr>
            <w:tcW w:w="2835" w:type="dxa"/>
          </w:tcPr>
          <w:p w14:paraId="613CB678" w14:textId="77777777" w:rsidR="00243A32" w:rsidRPr="006E0C34" w:rsidRDefault="00243A32" w:rsidP="00565445">
            <w:pPr>
              <w:rPr>
                <w:rFonts w:ascii="Comic Sans MS" w:hAnsi="Comic Sans MS"/>
                <w:sz w:val="20"/>
                <w:szCs w:val="20"/>
              </w:rPr>
            </w:pPr>
          </w:p>
        </w:tc>
      </w:tr>
      <w:tr w:rsidR="00243A32" w:rsidRPr="006E0C34" w14:paraId="513CCADA" w14:textId="77777777" w:rsidTr="00565445">
        <w:tc>
          <w:tcPr>
            <w:tcW w:w="2160" w:type="dxa"/>
          </w:tcPr>
          <w:p w14:paraId="0195515B"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Date</w:t>
            </w:r>
          </w:p>
        </w:tc>
        <w:tc>
          <w:tcPr>
            <w:tcW w:w="3193" w:type="dxa"/>
          </w:tcPr>
          <w:p w14:paraId="585ED2D2" w14:textId="77777777" w:rsidR="00243A32" w:rsidRPr="006E0C34" w:rsidRDefault="00243A32" w:rsidP="00565445">
            <w:pPr>
              <w:rPr>
                <w:rFonts w:ascii="Comic Sans MS" w:hAnsi="Comic Sans MS"/>
                <w:sz w:val="20"/>
                <w:szCs w:val="20"/>
              </w:rPr>
            </w:pPr>
          </w:p>
        </w:tc>
        <w:tc>
          <w:tcPr>
            <w:tcW w:w="1985" w:type="dxa"/>
          </w:tcPr>
          <w:p w14:paraId="48CA960F"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Staff Member</w:t>
            </w:r>
          </w:p>
        </w:tc>
        <w:tc>
          <w:tcPr>
            <w:tcW w:w="2835" w:type="dxa"/>
          </w:tcPr>
          <w:p w14:paraId="1EEBA59A" w14:textId="77777777" w:rsidR="00243A32" w:rsidRPr="006E0C34" w:rsidRDefault="00243A32" w:rsidP="00565445">
            <w:pPr>
              <w:rPr>
                <w:rFonts w:ascii="Comic Sans MS" w:hAnsi="Comic Sans MS"/>
                <w:sz w:val="20"/>
                <w:szCs w:val="20"/>
              </w:rPr>
            </w:pPr>
          </w:p>
        </w:tc>
      </w:tr>
    </w:tbl>
    <w:p w14:paraId="243EF918" w14:textId="77777777" w:rsidR="00243A32" w:rsidRPr="006E0C34" w:rsidRDefault="00243A32" w:rsidP="00243A32">
      <w:pPr>
        <w:rPr>
          <w:rFonts w:ascii="Comic Sans MS" w:hAnsi="Comic Sans MS"/>
          <w:sz w:val="20"/>
          <w:szCs w:val="20"/>
        </w:rPr>
      </w:pPr>
    </w:p>
    <w:tbl>
      <w:tblPr>
        <w:tblStyle w:val="TableGrid"/>
        <w:tblW w:w="0" w:type="auto"/>
        <w:tblLook w:val="04A0" w:firstRow="1" w:lastRow="0" w:firstColumn="1" w:lastColumn="0" w:noHBand="0" w:noVBand="1"/>
      </w:tblPr>
      <w:tblGrid>
        <w:gridCol w:w="880"/>
        <w:gridCol w:w="2371"/>
        <w:gridCol w:w="1551"/>
        <w:gridCol w:w="1352"/>
        <w:gridCol w:w="1414"/>
        <w:gridCol w:w="1253"/>
        <w:gridCol w:w="1249"/>
      </w:tblGrid>
      <w:tr w:rsidR="00243A32" w:rsidRPr="006E0C34" w14:paraId="289176A9" w14:textId="77777777" w:rsidTr="00565445">
        <w:tc>
          <w:tcPr>
            <w:tcW w:w="904" w:type="dxa"/>
          </w:tcPr>
          <w:p w14:paraId="1EE6D6C7"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Time</w:t>
            </w:r>
          </w:p>
        </w:tc>
        <w:tc>
          <w:tcPr>
            <w:tcW w:w="2397" w:type="dxa"/>
          </w:tcPr>
          <w:p w14:paraId="18CA4798"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Reason</w:t>
            </w:r>
            <w:r w:rsidRPr="006E0C34">
              <w:rPr>
                <w:rFonts w:ascii="Comic Sans MS" w:hAnsi="Comic Sans MS"/>
                <w:sz w:val="20"/>
                <w:szCs w:val="20"/>
              </w:rPr>
              <w:br/>
              <w:t>(Wet/Soiled/Other)</w:t>
            </w:r>
          </w:p>
        </w:tc>
        <w:tc>
          <w:tcPr>
            <w:tcW w:w="1616" w:type="dxa"/>
          </w:tcPr>
          <w:p w14:paraId="232947A5"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Support Given</w:t>
            </w:r>
          </w:p>
        </w:tc>
        <w:tc>
          <w:tcPr>
            <w:tcW w:w="1380" w:type="dxa"/>
          </w:tcPr>
          <w:p w14:paraId="01AE4BFA"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Clothes Changed?</w:t>
            </w:r>
          </w:p>
        </w:tc>
        <w:tc>
          <w:tcPr>
            <w:tcW w:w="1435" w:type="dxa"/>
          </w:tcPr>
          <w:p w14:paraId="16A570CB"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Parent Informed?</w:t>
            </w:r>
          </w:p>
        </w:tc>
        <w:tc>
          <w:tcPr>
            <w:tcW w:w="1275" w:type="dxa"/>
          </w:tcPr>
          <w:p w14:paraId="63E4CD59"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Concerns Noted?</w:t>
            </w:r>
          </w:p>
        </w:tc>
        <w:tc>
          <w:tcPr>
            <w:tcW w:w="1289" w:type="dxa"/>
          </w:tcPr>
          <w:p w14:paraId="5BA6C99D"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Initials</w:t>
            </w:r>
          </w:p>
        </w:tc>
      </w:tr>
      <w:tr w:rsidR="00243A32" w:rsidRPr="006E0C34" w14:paraId="44002BEB" w14:textId="77777777" w:rsidTr="00565445">
        <w:tc>
          <w:tcPr>
            <w:tcW w:w="904" w:type="dxa"/>
          </w:tcPr>
          <w:p w14:paraId="6F81F713" w14:textId="77777777" w:rsidR="00243A32" w:rsidRPr="006E0C34" w:rsidRDefault="00243A32" w:rsidP="00565445">
            <w:pPr>
              <w:rPr>
                <w:rFonts w:ascii="Comic Sans MS" w:hAnsi="Comic Sans MS"/>
                <w:sz w:val="20"/>
                <w:szCs w:val="20"/>
              </w:rPr>
            </w:pPr>
          </w:p>
        </w:tc>
        <w:tc>
          <w:tcPr>
            <w:tcW w:w="2397" w:type="dxa"/>
          </w:tcPr>
          <w:p w14:paraId="67F09141" w14:textId="77777777" w:rsidR="00243A32" w:rsidRPr="006E0C34" w:rsidRDefault="00243A32" w:rsidP="00565445">
            <w:pPr>
              <w:rPr>
                <w:rFonts w:ascii="Comic Sans MS" w:hAnsi="Comic Sans MS"/>
                <w:sz w:val="20"/>
                <w:szCs w:val="20"/>
              </w:rPr>
            </w:pPr>
          </w:p>
        </w:tc>
        <w:tc>
          <w:tcPr>
            <w:tcW w:w="1616" w:type="dxa"/>
          </w:tcPr>
          <w:p w14:paraId="13016679" w14:textId="77777777" w:rsidR="00243A32" w:rsidRPr="006E0C34" w:rsidRDefault="00243A32" w:rsidP="00565445">
            <w:pPr>
              <w:rPr>
                <w:rFonts w:ascii="Comic Sans MS" w:hAnsi="Comic Sans MS"/>
                <w:sz w:val="20"/>
                <w:szCs w:val="20"/>
              </w:rPr>
            </w:pPr>
          </w:p>
        </w:tc>
        <w:tc>
          <w:tcPr>
            <w:tcW w:w="1380" w:type="dxa"/>
          </w:tcPr>
          <w:p w14:paraId="37C4ED19"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18C8BA51"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67A06DEB"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10A5CEEE" w14:textId="77777777" w:rsidR="00243A32" w:rsidRPr="006E0C34" w:rsidRDefault="00243A32" w:rsidP="00565445">
            <w:pPr>
              <w:rPr>
                <w:rFonts w:ascii="Comic Sans MS" w:hAnsi="Comic Sans MS"/>
                <w:sz w:val="20"/>
                <w:szCs w:val="20"/>
              </w:rPr>
            </w:pPr>
          </w:p>
        </w:tc>
      </w:tr>
      <w:tr w:rsidR="00243A32" w:rsidRPr="006E0C34" w14:paraId="35B20B23" w14:textId="77777777" w:rsidTr="00565445">
        <w:tc>
          <w:tcPr>
            <w:tcW w:w="904" w:type="dxa"/>
          </w:tcPr>
          <w:p w14:paraId="55A1BDB2" w14:textId="77777777" w:rsidR="00243A32" w:rsidRPr="006E0C34" w:rsidRDefault="00243A32" w:rsidP="00565445">
            <w:pPr>
              <w:rPr>
                <w:rFonts w:ascii="Comic Sans MS" w:hAnsi="Comic Sans MS"/>
                <w:sz w:val="20"/>
                <w:szCs w:val="20"/>
              </w:rPr>
            </w:pPr>
          </w:p>
        </w:tc>
        <w:tc>
          <w:tcPr>
            <w:tcW w:w="2397" w:type="dxa"/>
          </w:tcPr>
          <w:p w14:paraId="38F74203" w14:textId="77777777" w:rsidR="00243A32" w:rsidRPr="006E0C34" w:rsidRDefault="00243A32" w:rsidP="00565445">
            <w:pPr>
              <w:rPr>
                <w:rFonts w:ascii="Comic Sans MS" w:hAnsi="Comic Sans MS"/>
                <w:sz w:val="20"/>
                <w:szCs w:val="20"/>
              </w:rPr>
            </w:pPr>
          </w:p>
        </w:tc>
        <w:tc>
          <w:tcPr>
            <w:tcW w:w="1616" w:type="dxa"/>
          </w:tcPr>
          <w:p w14:paraId="00AC3999" w14:textId="77777777" w:rsidR="00243A32" w:rsidRPr="006E0C34" w:rsidRDefault="00243A32" w:rsidP="00565445">
            <w:pPr>
              <w:rPr>
                <w:rFonts w:ascii="Comic Sans MS" w:hAnsi="Comic Sans MS"/>
                <w:sz w:val="20"/>
                <w:szCs w:val="20"/>
              </w:rPr>
            </w:pPr>
          </w:p>
        </w:tc>
        <w:tc>
          <w:tcPr>
            <w:tcW w:w="1380" w:type="dxa"/>
          </w:tcPr>
          <w:p w14:paraId="6A2A4127"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72125334"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440ED59F"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0826059D" w14:textId="77777777" w:rsidR="00243A32" w:rsidRPr="006E0C34" w:rsidRDefault="00243A32" w:rsidP="00565445">
            <w:pPr>
              <w:rPr>
                <w:rFonts w:ascii="Comic Sans MS" w:hAnsi="Comic Sans MS"/>
                <w:sz w:val="20"/>
                <w:szCs w:val="20"/>
              </w:rPr>
            </w:pPr>
          </w:p>
        </w:tc>
      </w:tr>
      <w:tr w:rsidR="00243A32" w:rsidRPr="006E0C34" w14:paraId="33A597EB" w14:textId="77777777" w:rsidTr="00565445">
        <w:tc>
          <w:tcPr>
            <w:tcW w:w="904" w:type="dxa"/>
          </w:tcPr>
          <w:p w14:paraId="0A6212E9" w14:textId="77777777" w:rsidR="00243A32" w:rsidRPr="006E0C34" w:rsidRDefault="00243A32" w:rsidP="00565445">
            <w:pPr>
              <w:rPr>
                <w:rFonts w:ascii="Comic Sans MS" w:hAnsi="Comic Sans MS"/>
                <w:sz w:val="20"/>
                <w:szCs w:val="20"/>
              </w:rPr>
            </w:pPr>
            <w:bookmarkStart w:id="1" w:name="_Hlk232424882"/>
          </w:p>
        </w:tc>
        <w:tc>
          <w:tcPr>
            <w:tcW w:w="2397" w:type="dxa"/>
          </w:tcPr>
          <w:p w14:paraId="6F7C3C46" w14:textId="77777777" w:rsidR="00243A32" w:rsidRPr="006E0C34" w:rsidRDefault="00243A32" w:rsidP="00565445">
            <w:pPr>
              <w:rPr>
                <w:rFonts w:ascii="Comic Sans MS" w:hAnsi="Comic Sans MS"/>
                <w:sz w:val="20"/>
                <w:szCs w:val="20"/>
              </w:rPr>
            </w:pPr>
          </w:p>
        </w:tc>
        <w:tc>
          <w:tcPr>
            <w:tcW w:w="1616" w:type="dxa"/>
          </w:tcPr>
          <w:p w14:paraId="0C213C26" w14:textId="77777777" w:rsidR="00243A32" w:rsidRPr="006E0C34" w:rsidRDefault="00243A32" w:rsidP="00565445">
            <w:pPr>
              <w:rPr>
                <w:rFonts w:ascii="Comic Sans MS" w:hAnsi="Comic Sans MS"/>
                <w:sz w:val="20"/>
                <w:szCs w:val="20"/>
              </w:rPr>
            </w:pPr>
          </w:p>
        </w:tc>
        <w:tc>
          <w:tcPr>
            <w:tcW w:w="1380" w:type="dxa"/>
          </w:tcPr>
          <w:p w14:paraId="720D34E0"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7FB2629E"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797E414E"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7B9C3B8D" w14:textId="77777777" w:rsidR="00243A32" w:rsidRPr="006E0C34" w:rsidRDefault="00243A32" w:rsidP="00565445">
            <w:pPr>
              <w:rPr>
                <w:rFonts w:ascii="Comic Sans MS" w:hAnsi="Comic Sans MS"/>
                <w:sz w:val="20"/>
                <w:szCs w:val="20"/>
              </w:rPr>
            </w:pPr>
          </w:p>
        </w:tc>
      </w:tr>
      <w:tr w:rsidR="00243A32" w:rsidRPr="006E0C34" w14:paraId="5257F162" w14:textId="77777777" w:rsidTr="00565445">
        <w:tc>
          <w:tcPr>
            <w:tcW w:w="904" w:type="dxa"/>
          </w:tcPr>
          <w:p w14:paraId="72C1EA69" w14:textId="77777777" w:rsidR="00243A32" w:rsidRPr="006E0C34" w:rsidRDefault="00243A32" w:rsidP="00565445">
            <w:pPr>
              <w:rPr>
                <w:rFonts w:ascii="Comic Sans MS" w:hAnsi="Comic Sans MS"/>
                <w:sz w:val="20"/>
                <w:szCs w:val="20"/>
              </w:rPr>
            </w:pPr>
          </w:p>
        </w:tc>
        <w:tc>
          <w:tcPr>
            <w:tcW w:w="2397" w:type="dxa"/>
          </w:tcPr>
          <w:p w14:paraId="144AA865" w14:textId="77777777" w:rsidR="00243A32" w:rsidRPr="006E0C34" w:rsidRDefault="00243A32" w:rsidP="00565445">
            <w:pPr>
              <w:rPr>
                <w:rFonts w:ascii="Comic Sans MS" w:hAnsi="Comic Sans MS"/>
                <w:sz w:val="20"/>
                <w:szCs w:val="20"/>
              </w:rPr>
            </w:pPr>
          </w:p>
        </w:tc>
        <w:tc>
          <w:tcPr>
            <w:tcW w:w="1616" w:type="dxa"/>
          </w:tcPr>
          <w:p w14:paraId="0F2AF40D" w14:textId="77777777" w:rsidR="00243A32" w:rsidRPr="006E0C34" w:rsidRDefault="00243A32" w:rsidP="00565445">
            <w:pPr>
              <w:rPr>
                <w:rFonts w:ascii="Comic Sans MS" w:hAnsi="Comic Sans MS"/>
                <w:sz w:val="20"/>
                <w:szCs w:val="20"/>
              </w:rPr>
            </w:pPr>
          </w:p>
        </w:tc>
        <w:tc>
          <w:tcPr>
            <w:tcW w:w="1380" w:type="dxa"/>
          </w:tcPr>
          <w:p w14:paraId="7DE14387"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45E883B6"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0411A5BA"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340F846C" w14:textId="77777777" w:rsidR="00243A32" w:rsidRPr="006E0C34" w:rsidRDefault="00243A32" w:rsidP="00565445">
            <w:pPr>
              <w:rPr>
                <w:rFonts w:ascii="Comic Sans MS" w:hAnsi="Comic Sans MS"/>
                <w:sz w:val="20"/>
                <w:szCs w:val="20"/>
              </w:rPr>
            </w:pPr>
          </w:p>
        </w:tc>
      </w:tr>
      <w:tr w:rsidR="00243A32" w:rsidRPr="006E0C34" w14:paraId="64EACCC8" w14:textId="77777777" w:rsidTr="00565445">
        <w:tc>
          <w:tcPr>
            <w:tcW w:w="904" w:type="dxa"/>
          </w:tcPr>
          <w:p w14:paraId="12D427C1" w14:textId="77777777" w:rsidR="00243A32" w:rsidRPr="006E0C34" w:rsidRDefault="00243A32" w:rsidP="00565445">
            <w:pPr>
              <w:rPr>
                <w:rFonts w:ascii="Comic Sans MS" w:hAnsi="Comic Sans MS"/>
                <w:sz w:val="20"/>
                <w:szCs w:val="20"/>
              </w:rPr>
            </w:pPr>
          </w:p>
        </w:tc>
        <w:tc>
          <w:tcPr>
            <w:tcW w:w="2397" w:type="dxa"/>
          </w:tcPr>
          <w:p w14:paraId="7005C0D9" w14:textId="77777777" w:rsidR="00243A32" w:rsidRPr="006E0C34" w:rsidRDefault="00243A32" w:rsidP="00565445">
            <w:pPr>
              <w:rPr>
                <w:rFonts w:ascii="Comic Sans MS" w:hAnsi="Comic Sans MS"/>
                <w:sz w:val="20"/>
                <w:szCs w:val="20"/>
              </w:rPr>
            </w:pPr>
          </w:p>
        </w:tc>
        <w:tc>
          <w:tcPr>
            <w:tcW w:w="1616" w:type="dxa"/>
          </w:tcPr>
          <w:p w14:paraId="27C42557" w14:textId="77777777" w:rsidR="00243A32" w:rsidRPr="006E0C34" w:rsidRDefault="00243A32" w:rsidP="00565445">
            <w:pPr>
              <w:rPr>
                <w:rFonts w:ascii="Comic Sans MS" w:hAnsi="Comic Sans MS"/>
                <w:sz w:val="20"/>
                <w:szCs w:val="20"/>
              </w:rPr>
            </w:pPr>
          </w:p>
        </w:tc>
        <w:tc>
          <w:tcPr>
            <w:tcW w:w="1380" w:type="dxa"/>
          </w:tcPr>
          <w:p w14:paraId="2AD952A6"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6E446E30"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52441701"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19336D0A" w14:textId="77777777" w:rsidR="00243A32" w:rsidRPr="006E0C34" w:rsidRDefault="00243A32" w:rsidP="00565445">
            <w:pPr>
              <w:rPr>
                <w:rFonts w:ascii="Comic Sans MS" w:hAnsi="Comic Sans MS"/>
                <w:sz w:val="20"/>
                <w:szCs w:val="20"/>
              </w:rPr>
            </w:pPr>
          </w:p>
        </w:tc>
      </w:tr>
      <w:tr w:rsidR="00243A32" w:rsidRPr="006E0C34" w14:paraId="36ECD64A" w14:textId="77777777" w:rsidTr="00565445">
        <w:tc>
          <w:tcPr>
            <w:tcW w:w="904" w:type="dxa"/>
          </w:tcPr>
          <w:p w14:paraId="1EBEFEAF" w14:textId="77777777" w:rsidR="00243A32" w:rsidRPr="006E0C34" w:rsidRDefault="00243A32" w:rsidP="00565445">
            <w:pPr>
              <w:rPr>
                <w:rFonts w:ascii="Comic Sans MS" w:hAnsi="Comic Sans MS"/>
                <w:sz w:val="20"/>
                <w:szCs w:val="20"/>
              </w:rPr>
            </w:pPr>
          </w:p>
        </w:tc>
        <w:tc>
          <w:tcPr>
            <w:tcW w:w="2397" w:type="dxa"/>
          </w:tcPr>
          <w:p w14:paraId="203D33E0" w14:textId="77777777" w:rsidR="00243A32" w:rsidRPr="006E0C34" w:rsidRDefault="00243A32" w:rsidP="00565445">
            <w:pPr>
              <w:rPr>
                <w:rFonts w:ascii="Comic Sans MS" w:hAnsi="Comic Sans MS"/>
                <w:sz w:val="20"/>
                <w:szCs w:val="20"/>
              </w:rPr>
            </w:pPr>
          </w:p>
        </w:tc>
        <w:tc>
          <w:tcPr>
            <w:tcW w:w="1616" w:type="dxa"/>
          </w:tcPr>
          <w:p w14:paraId="66FBE9F8" w14:textId="77777777" w:rsidR="00243A32" w:rsidRPr="006E0C34" w:rsidRDefault="00243A32" w:rsidP="00565445">
            <w:pPr>
              <w:rPr>
                <w:rFonts w:ascii="Comic Sans MS" w:hAnsi="Comic Sans MS"/>
                <w:sz w:val="20"/>
                <w:szCs w:val="20"/>
              </w:rPr>
            </w:pPr>
          </w:p>
        </w:tc>
        <w:tc>
          <w:tcPr>
            <w:tcW w:w="1380" w:type="dxa"/>
          </w:tcPr>
          <w:p w14:paraId="694BC7E0"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1B3FD516"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7ADE785E"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43BCA403" w14:textId="77777777" w:rsidR="00243A32" w:rsidRPr="006E0C34" w:rsidRDefault="00243A32" w:rsidP="00565445">
            <w:pPr>
              <w:rPr>
                <w:rFonts w:ascii="Comic Sans MS" w:hAnsi="Comic Sans MS"/>
                <w:sz w:val="20"/>
                <w:szCs w:val="20"/>
              </w:rPr>
            </w:pPr>
          </w:p>
        </w:tc>
      </w:tr>
      <w:tr w:rsidR="00243A32" w:rsidRPr="006E0C34" w14:paraId="580392D0" w14:textId="77777777" w:rsidTr="00565445">
        <w:tc>
          <w:tcPr>
            <w:tcW w:w="904" w:type="dxa"/>
          </w:tcPr>
          <w:p w14:paraId="36E5AE7F" w14:textId="77777777" w:rsidR="00243A32" w:rsidRPr="006E0C34" w:rsidRDefault="00243A32" w:rsidP="00565445">
            <w:pPr>
              <w:rPr>
                <w:rFonts w:ascii="Comic Sans MS" w:hAnsi="Comic Sans MS"/>
                <w:sz w:val="20"/>
                <w:szCs w:val="20"/>
              </w:rPr>
            </w:pPr>
          </w:p>
        </w:tc>
        <w:tc>
          <w:tcPr>
            <w:tcW w:w="2397" w:type="dxa"/>
          </w:tcPr>
          <w:p w14:paraId="24642145" w14:textId="77777777" w:rsidR="00243A32" w:rsidRPr="006E0C34" w:rsidRDefault="00243A32" w:rsidP="00565445">
            <w:pPr>
              <w:rPr>
                <w:rFonts w:ascii="Comic Sans MS" w:hAnsi="Comic Sans MS"/>
                <w:sz w:val="20"/>
                <w:szCs w:val="20"/>
              </w:rPr>
            </w:pPr>
          </w:p>
        </w:tc>
        <w:tc>
          <w:tcPr>
            <w:tcW w:w="1616" w:type="dxa"/>
          </w:tcPr>
          <w:p w14:paraId="305D1375" w14:textId="77777777" w:rsidR="00243A32" w:rsidRPr="006E0C34" w:rsidRDefault="00243A32" w:rsidP="00565445">
            <w:pPr>
              <w:rPr>
                <w:rFonts w:ascii="Comic Sans MS" w:hAnsi="Comic Sans MS"/>
                <w:sz w:val="20"/>
                <w:szCs w:val="20"/>
              </w:rPr>
            </w:pPr>
          </w:p>
        </w:tc>
        <w:tc>
          <w:tcPr>
            <w:tcW w:w="1380" w:type="dxa"/>
          </w:tcPr>
          <w:p w14:paraId="7DC03C9A"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52E1DCA0"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3DD9C98E"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671627D9" w14:textId="77777777" w:rsidR="00243A32" w:rsidRPr="006E0C34" w:rsidRDefault="00243A32" w:rsidP="00565445">
            <w:pPr>
              <w:rPr>
                <w:rFonts w:ascii="Comic Sans MS" w:hAnsi="Comic Sans MS"/>
                <w:sz w:val="20"/>
                <w:szCs w:val="20"/>
              </w:rPr>
            </w:pPr>
          </w:p>
        </w:tc>
      </w:tr>
      <w:bookmarkEnd w:id="1"/>
      <w:tr w:rsidR="00243A32" w:rsidRPr="006E0C34" w14:paraId="14CB4D23" w14:textId="77777777" w:rsidTr="00565445">
        <w:tc>
          <w:tcPr>
            <w:tcW w:w="904" w:type="dxa"/>
          </w:tcPr>
          <w:p w14:paraId="1C240D62" w14:textId="77777777" w:rsidR="00243A32" w:rsidRPr="006E0C34" w:rsidRDefault="00243A32" w:rsidP="00565445">
            <w:pPr>
              <w:rPr>
                <w:rFonts w:ascii="Comic Sans MS" w:hAnsi="Comic Sans MS"/>
                <w:sz w:val="20"/>
                <w:szCs w:val="20"/>
              </w:rPr>
            </w:pPr>
          </w:p>
        </w:tc>
        <w:tc>
          <w:tcPr>
            <w:tcW w:w="2397" w:type="dxa"/>
          </w:tcPr>
          <w:p w14:paraId="2E221795" w14:textId="77777777" w:rsidR="00243A32" w:rsidRPr="006E0C34" w:rsidRDefault="00243A32" w:rsidP="00565445">
            <w:pPr>
              <w:rPr>
                <w:rFonts w:ascii="Comic Sans MS" w:hAnsi="Comic Sans MS"/>
                <w:sz w:val="20"/>
                <w:szCs w:val="20"/>
              </w:rPr>
            </w:pPr>
          </w:p>
        </w:tc>
        <w:tc>
          <w:tcPr>
            <w:tcW w:w="1616" w:type="dxa"/>
          </w:tcPr>
          <w:p w14:paraId="6CEF84B2" w14:textId="77777777" w:rsidR="00243A32" w:rsidRPr="006E0C34" w:rsidRDefault="00243A32" w:rsidP="00565445">
            <w:pPr>
              <w:rPr>
                <w:rFonts w:ascii="Comic Sans MS" w:hAnsi="Comic Sans MS"/>
                <w:sz w:val="20"/>
                <w:szCs w:val="20"/>
              </w:rPr>
            </w:pPr>
          </w:p>
        </w:tc>
        <w:tc>
          <w:tcPr>
            <w:tcW w:w="1380" w:type="dxa"/>
          </w:tcPr>
          <w:p w14:paraId="3BC28B23"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31609BE7"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6249ACC1"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3F755F06" w14:textId="77777777" w:rsidR="00243A32" w:rsidRPr="006E0C34" w:rsidRDefault="00243A32" w:rsidP="00565445">
            <w:pPr>
              <w:rPr>
                <w:rFonts w:ascii="Comic Sans MS" w:hAnsi="Comic Sans MS"/>
                <w:sz w:val="20"/>
                <w:szCs w:val="20"/>
              </w:rPr>
            </w:pPr>
          </w:p>
        </w:tc>
      </w:tr>
      <w:tr w:rsidR="00243A32" w:rsidRPr="006E0C34" w14:paraId="49C728A5" w14:textId="77777777" w:rsidTr="00565445">
        <w:tc>
          <w:tcPr>
            <w:tcW w:w="904" w:type="dxa"/>
          </w:tcPr>
          <w:p w14:paraId="565AF707" w14:textId="77777777" w:rsidR="00243A32" w:rsidRPr="006E0C34" w:rsidRDefault="00243A32" w:rsidP="00565445">
            <w:pPr>
              <w:rPr>
                <w:rFonts w:ascii="Comic Sans MS" w:hAnsi="Comic Sans MS"/>
                <w:sz w:val="20"/>
                <w:szCs w:val="20"/>
              </w:rPr>
            </w:pPr>
          </w:p>
        </w:tc>
        <w:tc>
          <w:tcPr>
            <w:tcW w:w="2397" w:type="dxa"/>
          </w:tcPr>
          <w:p w14:paraId="7AC3B409" w14:textId="77777777" w:rsidR="00243A32" w:rsidRPr="006E0C34" w:rsidRDefault="00243A32" w:rsidP="00565445">
            <w:pPr>
              <w:rPr>
                <w:rFonts w:ascii="Comic Sans MS" w:hAnsi="Comic Sans MS"/>
                <w:sz w:val="20"/>
                <w:szCs w:val="20"/>
              </w:rPr>
            </w:pPr>
          </w:p>
        </w:tc>
        <w:tc>
          <w:tcPr>
            <w:tcW w:w="1616" w:type="dxa"/>
          </w:tcPr>
          <w:p w14:paraId="40DEBE12" w14:textId="77777777" w:rsidR="00243A32" w:rsidRPr="006E0C34" w:rsidRDefault="00243A32" w:rsidP="00565445">
            <w:pPr>
              <w:rPr>
                <w:rFonts w:ascii="Comic Sans MS" w:hAnsi="Comic Sans MS"/>
                <w:sz w:val="20"/>
                <w:szCs w:val="20"/>
              </w:rPr>
            </w:pPr>
          </w:p>
        </w:tc>
        <w:tc>
          <w:tcPr>
            <w:tcW w:w="1380" w:type="dxa"/>
          </w:tcPr>
          <w:p w14:paraId="3C2E9BAB"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6316D4DF"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7DF16279"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305BB8A4" w14:textId="77777777" w:rsidR="00243A32" w:rsidRPr="006E0C34" w:rsidRDefault="00243A32" w:rsidP="00565445">
            <w:pPr>
              <w:rPr>
                <w:rFonts w:ascii="Comic Sans MS" w:hAnsi="Comic Sans MS"/>
                <w:sz w:val="20"/>
                <w:szCs w:val="20"/>
              </w:rPr>
            </w:pPr>
          </w:p>
        </w:tc>
      </w:tr>
      <w:tr w:rsidR="00243A32" w:rsidRPr="006E0C34" w14:paraId="4EA2BD8E" w14:textId="77777777" w:rsidTr="00565445">
        <w:tc>
          <w:tcPr>
            <w:tcW w:w="904" w:type="dxa"/>
          </w:tcPr>
          <w:p w14:paraId="786F1D33" w14:textId="77777777" w:rsidR="00243A32" w:rsidRPr="006E0C34" w:rsidRDefault="00243A32" w:rsidP="00565445">
            <w:pPr>
              <w:rPr>
                <w:rFonts w:ascii="Comic Sans MS" w:hAnsi="Comic Sans MS"/>
                <w:sz w:val="20"/>
                <w:szCs w:val="20"/>
              </w:rPr>
            </w:pPr>
          </w:p>
        </w:tc>
        <w:tc>
          <w:tcPr>
            <w:tcW w:w="2397" w:type="dxa"/>
          </w:tcPr>
          <w:p w14:paraId="59C036DF" w14:textId="77777777" w:rsidR="00243A32" w:rsidRPr="006E0C34" w:rsidRDefault="00243A32" w:rsidP="00565445">
            <w:pPr>
              <w:rPr>
                <w:rFonts w:ascii="Comic Sans MS" w:hAnsi="Comic Sans MS"/>
                <w:sz w:val="20"/>
                <w:szCs w:val="20"/>
              </w:rPr>
            </w:pPr>
          </w:p>
        </w:tc>
        <w:tc>
          <w:tcPr>
            <w:tcW w:w="1616" w:type="dxa"/>
          </w:tcPr>
          <w:p w14:paraId="3E05E0E7" w14:textId="77777777" w:rsidR="00243A32" w:rsidRPr="006E0C34" w:rsidRDefault="00243A32" w:rsidP="00565445">
            <w:pPr>
              <w:rPr>
                <w:rFonts w:ascii="Comic Sans MS" w:hAnsi="Comic Sans MS"/>
                <w:sz w:val="20"/>
                <w:szCs w:val="20"/>
              </w:rPr>
            </w:pPr>
          </w:p>
        </w:tc>
        <w:tc>
          <w:tcPr>
            <w:tcW w:w="1380" w:type="dxa"/>
          </w:tcPr>
          <w:p w14:paraId="0291DA3C"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306DDAE2"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0172D498"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2D527016" w14:textId="77777777" w:rsidR="00243A32" w:rsidRPr="006E0C34" w:rsidRDefault="00243A32" w:rsidP="00565445">
            <w:pPr>
              <w:rPr>
                <w:rFonts w:ascii="Comic Sans MS" w:hAnsi="Comic Sans MS"/>
                <w:sz w:val="20"/>
                <w:szCs w:val="20"/>
              </w:rPr>
            </w:pPr>
          </w:p>
        </w:tc>
      </w:tr>
      <w:tr w:rsidR="00243A32" w:rsidRPr="006E0C34" w14:paraId="1E55C7E0" w14:textId="77777777" w:rsidTr="00565445">
        <w:tc>
          <w:tcPr>
            <w:tcW w:w="904" w:type="dxa"/>
          </w:tcPr>
          <w:p w14:paraId="544ED374" w14:textId="77777777" w:rsidR="00243A32" w:rsidRPr="006E0C34" w:rsidRDefault="00243A32" w:rsidP="00565445">
            <w:pPr>
              <w:rPr>
                <w:rFonts w:ascii="Comic Sans MS" w:hAnsi="Comic Sans MS"/>
                <w:sz w:val="20"/>
                <w:szCs w:val="20"/>
              </w:rPr>
            </w:pPr>
          </w:p>
        </w:tc>
        <w:tc>
          <w:tcPr>
            <w:tcW w:w="2397" w:type="dxa"/>
          </w:tcPr>
          <w:p w14:paraId="6F12E9A5" w14:textId="77777777" w:rsidR="00243A32" w:rsidRPr="006E0C34" w:rsidRDefault="00243A32" w:rsidP="00565445">
            <w:pPr>
              <w:rPr>
                <w:rFonts w:ascii="Comic Sans MS" w:hAnsi="Comic Sans MS"/>
                <w:sz w:val="20"/>
                <w:szCs w:val="20"/>
              </w:rPr>
            </w:pPr>
          </w:p>
        </w:tc>
        <w:tc>
          <w:tcPr>
            <w:tcW w:w="1616" w:type="dxa"/>
          </w:tcPr>
          <w:p w14:paraId="439A5D58" w14:textId="77777777" w:rsidR="00243A32" w:rsidRPr="006E0C34" w:rsidRDefault="00243A32" w:rsidP="00565445">
            <w:pPr>
              <w:rPr>
                <w:rFonts w:ascii="Comic Sans MS" w:hAnsi="Comic Sans MS"/>
                <w:sz w:val="20"/>
                <w:szCs w:val="20"/>
              </w:rPr>
            </w:pPr>
          </w:p>
        </w:tc>
        <w:tc>
          <w:tcPr>
            <w:tcW w:w="1380" w:type="dxa"/>
          </w:tcPr>
          <w:p w14:paraId="13FBE34C"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414B846B"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0923E45A"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40FBFE41" w14:textId="77777777" w:rsidR="00243A32" w:rsidRPr="006E0C34" w:rsidRDefault="00243A32" w:rsidP="00565445">
            <w:pPr>
              <w:rPr>
                <w:rFonts w:ascii="Comic Sans MS" w:hAnsi="Comic Sans MS"/>
                <w:sz w:val="20"/>
                <w:szCs w:val="20"/>
              </w:rPr>
            </w:pPr>
          </w:p>
        </w:tc>
      </w:tr>
      <w:tr w:rsidR="00243A32" w:rsidRPr="006E0C34" w14:paraId="15B6649B" w14:textId="77777777" w:rsidTr="00565445">
        <w:tc>
          <w:tcPr>
            <w:tcW w:w="904" w:type="dxa"/>
          </w:tcPr>
          <w:p w14:paraId="5BE1A20F" w14:textId="77777777" w:rsidR="00243A32" w:rsidRPr="006E0C34" w:rsidRDefault="00243A32" w:rsidP="00565445">
            <w:pPr>
              <w:rPr>
                <w:rFonts w:ascii="Comic Sans MS" w:hAnsi="Comic Sans MS"/>
                <w:sz w:val="20"/>
                <w:szCs w:val="20"/>
              </w:rPr>
            </w:pPr>
          </w:p>
        </w:tc>
        <w:tc>
          <w:tcPr>
            <w:tcW w:w="2397" w:type="dxa"/>
          </w:tcPr>
          <w:p w14:paraId="7A12F070" w14:textId="77777777" w:rsidR="00243A32" w:rsidRPr="006E0C34" w:rsidRDefault="00243A32" w:rsidP="00565445">
            <w:pPr>
              <w:rPr>
                <w:rFonts w:ascii="Comic Sans MS" w:hAnsi="Comic Sans MS"/>
                <w:sz w:val="20"/>
                <w:szCs w:val="20"/>
              </w:rPr>
            </w:pPr>
          </w:p>
        </w:tc>
        <w:tc>
          <w:tcPr>
            <w:tcW w:w="1616" w:type="dxa"/>
          </w:tcPr>
          <w:p w14:paraId="439EF478" w14:textId="77777777" w:rsidR="00243A32" w:rsidRPr="006E0C34" w:rsidRDefault="00243A32" w:rsidP="00565445">
            <w:pPr>
              <w:rPr>
                <w:rFonts w:ascii="Comic Sans MS" w:hAnsi="Comic Sans MS"/>
                <w:sz w:val="20"/>
                <w:szCs w:val="20"/>
              </w:rPr>
            </w:pPr>
          </w:p>
        </w:tc>
        <w:tc>
          <w:tcPr>
            <w:tcW w:w="1380" w:type="dxa"/>
          </w:tcPr>
          <w:p w14:paraId="44157C21"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435" w:type="dxa"/>
          </w:tcPr>
          <w:p w14:paraId="0747E458"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75" w:type="dxa"/>
          </w:tcPr>
          <w:p w14:paraId="6C0FBC16" w14:textId="77777777" w:rsidR="00243A32" w:rsidRPr="006E0C34" w:rsidRDefault="00243A32" w:rsidP="00565445">
            <w:pPr>
              <w:rPr>
                <w:rFonts w:ascii="Comic Sans MS" w:hAnsi="Comic Sans MS"/>
                <w:sz w:val="20"/>
                <w:szCs w:val="20"/>
              </w:rPr>
            </w:pPr>
            <w:r w:rsidRPr="006E0C34">
              <w:rPr>
                <w:rFonts w:ascii="Comic Sans MS" w:hAnsi="Comic Sans MS"/>
                <w:sz w:val="20"/>
                <w:szCs w:val="20"/>
              </w:rPr>
              <w:t>Y / N</w:t>
            </w:r>
          </w:p>
        </w:tc>
        <w:tc>
          <w:tcPr>
            <w:tcW w:w="1289" w:type="dxa"/>
          </w:tcPr>
          <w:p w14:paraId="32AF9A12" w14:textId="77777777" w:rsidR="00243A32" w:rsidRPr="006E0C34" w:rsidRDefault="00243A32" w:rsidP="00565445">
            <w:pPr>
              <w:rPr>
                <w:rFonts w:ascii="Comic Sans MS" w:hAnsi="Comic Sans MS"/>
                <w:sz w:val="20"/>
                <w:szCs w:val="20"/>
              </w:rPr>
            </w:pPr>
          </w:p>
        </w:tc>
      </w:tr>
    </w:tbl>
    <w:p w14:paraId="113E4D67" w14:textId="77777777" w:rsidR="00243A32" w:rsidRPr="006E0C34" w:rsidRDefault="00243A32" w:rsidP="00243A32">
      <w:pPr>
        <w:rPr>
          <w:rFonts w:ascii="Comic Sans MS" w:hAnsi="Comic Sans MS"/>
          <w:sz w:val="20"/>
          <w:szCs w:val="20"/>
        </w:rPr>
      </w:pPr>
    </w:p>
    <w:p w14:paraId="1E2C19A6" w14:textId="77777777" w:rsidR="00243A32" w:rsidRPr="006E0C34" w:rsidRDefault="00243A32" w:rsidP="00243A32">
      <w:pPr>
        <w:pStyle w:val="Heading2"/>
        <w:rPr>
          <w:rFonts w:ascii="Comic Sans MS" w:hAnsi="Comic Sans MS"/>
          <w:sz w:val="20"/>
          <w:szCs w:val="20"/>
        </w:rPr>
      </w:pPr>
      <w:r w:rsidRPr="006E0C34">
        <w:rPr>
          <w:rFonts w:ascii="Comic Sans MS" w:hAnsi="Comic Sans MS"/>
          <w:sz w:val="20"/>
          <w:szCs w:val="20"/>
        </w:rPr>
        <w:t>Additional Notes (if required)</w:t>
      </w:r>
    </w:p>
    <w:p w14:paraId="1CE0B5BF"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73A91BF4"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39A248FE"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21D6FABD" w14:textId="77777777" w:rsidR="00243A32" w:rsidRPr="006E0C34" w:rsidRDefault="00243A32" w:rsidP="00243A32">
      <w:pPr>
        <w:pStyle w:val="Heading2"/>
        <w:rPr>
          <w:rFonts w:ascii="Comic Sans MS" w:hAnsi="Comic Sans MS"/>
          <w:sz w:val="20"/>
          <w:szCs w:val="20"/>
        </w:rPr>
      </w:pPr>
      <w:r w:rsidRPr="006E0C34">
        <w:rPr>
          <w:rFonts w:ascii="Comic Sans MS" w:hAnsi="Comic Sans MS"/>
          <w:sz w:val="20"/>
          <w:szCs w:val="20"/>
        </w:rPr>
        <w:t>Safeguarding / Medical Concerns</w:t>
      </w:r>
    </w:p>
    <w:p w14:paraId="4F5DDC8E"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xml:space="preserve">Record any marks, bruising, soreness, unusual </w:t>
      </w:r>
      <w:proofErr w:type="spellStart"/>
      <w:r w:rsidRPr="006E0C34">
        <w:rPr>
          <w:rFonts w:ascii="Comic Sans MS" w:hAnsi="Comic Sans MS"/>
          <w:sz w:val="20"/>
          <w:szCs w:val="20"/>
        </w:rPr>
        <w:t>behaviour</w:t>
      </w:r>
      <w:proofErr w:type="spellEnd"/>
      <w:r w:rsidRPr="006E0C34">
        <w:rPr>
          <w:rFonts w:ascii="Comic Sans MS" w:hAnsi="Comic Sans MS"/>
          <w:sz w:val="20"/>
          <w:szCs w:val="20"/>
        </w:rPr>
        <w:t>, disclosures, or concerns and report immediately in line with safeguarding procedures.</w:t>
      </w:r>
    </w:p>
    <w:p w14:paraId="5EE320C1"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4A6C7EE7"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_______________________________________________________________________________</w:t>
      </w:r>
    </w:p>
    <w:p w14:paraId="1D4F88F9" w14:textId="13A62FE8" w:rsidR="00243A32" w:rsidRPr="006E0C34" w:rsidRDefault="00243A32" w:rsidP="00243A32">
      <w:pPr>
        <w:jc w:val="center"/>
        <w:rPr>
          <w:rFonts w:ascii="Comic Sans MS" w:hAnsi="Comic Sans MS"/>
          <w:b/>
          <w:bCs/>
          <w:color w:val="4F81BD" w:themeColor="accent1"/>
          <w:sz w:val="20"/>
          <w:szCs w:val="20"/>
        </w:rPr>
      </w:pPr>
      <w:r w:rsidRPr="006E0C34">
        <w:rPr>
          <w:rFonts w:ascii="Comic Sans MS" w:hAnsi="Comic Sans MS"/>
          <w:b/>
          <w:bCs/>
          <w:noProof/>
          <w:sz w:val="20"/>
          <w:szCs w:val="20"/>
        </w:rPr>
        <w:lastRenderedPageBreak/>
        <mc:AlternateContent>
          <mc:Choice Requires="wps">
            <w:drawing>
              <wp:anchor distT="45720" distB="45720" distL="114300" distR="114300" simplePos="0" relativeHeight="251682816" behindDoc="0" locked="0" layoutInCell="1" allowOverlap="1" wp14:anchorId="69888EE0" wp14:editId="78E61C16">
                <wp:simplePos x="0" y="0"/>
                <wp:positionH relativeFrom="column">
                  <wp:posOffset>170121</wp:posOffset>
                </wp:positionH>
                <wp:positionV relativeFrom="paragraph">
                  <wp:posOffset>-613498</wp:posOffset>
                </wp:positionV>
                <wp:extent cx="2413591" cy="287079"/>
                <wp:effectExtent l="0" t="0" r="25400" b="1778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591" cy="287079"/>
                        </a:xfrm>
                        <a:prstGeom prst="rect">
                          <a:avLst/>
                        </a:prstGeom>
                        <a:solidFill>
                          <a:srgbClr val="FFFFFF"/>
                        </a:solidFill>
                        <a:ln w="9525">
                          <a:solidFill>
                            <a:schemeClr val="bg1"/>
                          </a:solidFill>
                          <a:miter lim="800000"/>
                          <a:headEnd/>
                          <a:tailEnd/>
                        </a:ln>
                      </wps:spPr>
                      <wps:txbx>
                        <w:txbxContent>
                          <w:p w14:paraId="7BC08D4C" w14:textId="101B56D8" w:rsidR="00243A32" w:rsidRPr="00A15EE2" w:rsidRDefault="00243A32" w:rsidP="00243A32">
                            <w:pPr>
                              <w:rPr>
                                <w:rFonts w:ascii="Letter-join 1" w:hAnsi="Letter-join 1"/>
                                <w:b/>
                                <w:bCs/>
                              </w:rPr>
                            </w:pPr>
                            <w:r w:rsidRPr="00A15EE2">
                              <w:rPr>
                                <w:rFonts w:ascii="Letter-join 1" w:hAnsi="Letter-join 1"/>
                                <w:b/>
                                <w:bCs/>
                              </w:rPr>
                              <w:t xml:space="preserve">Appendix </w:t>
                            </w:r>
                            <w:r>
                              <w:rPr>
                                <w:rFonts w:ascii="Letter-join 1" w:hAnsi="Letter-join 1"/>
                                <w:b/>
                                <w:bCs/>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88EE0" id="_x0000_s1030" type="#_x0000_t202" style="position:absolute;left:0;text-align:left;margin-left:13.4pt;margin-top:-48.3pt;width:190.05pt;height:22.6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" strokecolor="white [3212]">
                <v:textbox>
                  <w:txbxContent>
                    <w:p w14:paraId="7BC08D4C" w14:textId="101B56D8" w:rsidR="00243A32" w:rsidRPr="00A15EE2" w:rsidRDefault="00243A32" w:rsidP="00243A32">
                      <w:pPr>
                        <w:rPr>
                          <w:rFonts w:ascii="Letter-join 1" w:hAnsi="Letter-join 1"/>
                          <w:b/>
                          <w:bCs/>
                        </w:rPr>
                      </w:pPr>
                      <w:r w:rsidRPr="00A15EE2">
                        <w:rPr>
                          <w:rFonts w:ascii="Letter-join 1" w:hAnsi="Letter-join 1"/>
                          <w:b/>
                          <w:bCs/>
                        </w:rPr>
                        <w:t xml:space="preserve">Appendix </w:t>
                      </w:r>
                      <w:r>
                        <w:rPr>
                          <w:rFonts w:ascii="Letter-join 1" w:hAnsi="Letter-join 1"/>
                          <w:b/>
                          <w:bCs/>
                        </w:rPr>
                        <w:t>E</w:t>
                      </w:r>
                    </w:p>
                  </w:txbxContent>
                </v:textbox>
              </v:shape>
            </w:pict>
          </mc:Fallback>
        </mc:AlternateContent>
      </w:r>
      <w:r w:rsidRPr="006E0C34">
        <w:rPr>
          <w:rFonts w:ascii="Comic Sans MS" w:hAnsi="Comic Sans MS"/>
          <w:b/>
          <w:noProof/>
          <w:sz w:val="20"/>
          <w:szCs w:val="20"/>
        </w:rPr>
        <w:drawing>
          <wp:anchor distT="0" distB="0" distL="114300" distR="114300" simplePos="0" relativeHeight="251680768" behindDoc="0" locked="0" layoutInCell="1" allowOverlap="1" wp14:anchorId="3CCD8AE7" wp14:editId="3456A718">
            <wp:simplePos x="0" y="0"/>
            <wp:positionH relativeFrom="margin">
              <wp:posOffset>5380075</wp:posOffset>
            </wp:positionH>
            <wp:positionV relativeFrom="paragraph">
              <wp:posOffset>31898</wp:posOffset>
            </wp:positionV>
            <wp:extent cx="662388" cy="726158"/>
            <wp:effectExtent l="0" t="0" r="444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noProof/>
          <w:sz w:val="20"/>
          <w:szCs w:val="20"/>
        </w:rPr>
        <w:drawing>
          <wp:anchor distT="0" distB="0" distL="114300" distR="114300" simplePos="0" relativeHeight="251679744" behindDoc="0" locked="0" layoutInCell="1" allowOverlap="1" wp14:anchorId="7B552220" wp14:editId="0C0B20BC">
            <wp:simplePos x="0" y="0"/>
            <wp:positionH relativeFrom="margin">
              <wp:posOffset>138577</wp:posOffset>
            </wp:positionH>
            <wp:positionV relativeFrom="paragraph">
              <wp:posOffset>266</wp:posOffset>
            </wp:positionV>
            <wp:extent cx="662388" cy="726158"/>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388" cy="726158"/>
                    </a:xfrm>
                    <a:prstGeom prst="rect">
                      <a:avLst/>
                    </a:prstGeom>
                  </pic:spPr>
                </pic:pic>
              </a:graphicData>
            </a:graphic>
          </wp:anchor>
        </w:drawing>
      </w:r>
      <w:r w:rsidRPr="006E0C34">
        <w:rPr>
          <w:rFonts w:ascii="Comic Sans MS" w:hAnsi="Comic Sans MS"/>
          <w:b/>
          <w:bCs/>
          <w:color w:val="4F81BD" w:themeColor="accent1"/>
          <w:sz w:val="20"/>
          <w:szCs w:val="20"/>
        </w:rPr>
        <w:t xml:space="preserve">Parent Consent for Emergency </w:t>
      </w:r>
    </w:p>
    <w:p w14:paraId="0F4671DB" w14:textId="77777777" w:rsidR="00243A32" w:rsidRPr="006E0C34" w:rsidRDefault="00243A32" w:rsidP="00243A32">
      <w:pPr>
        <w:jc w:val="center"/>
        <w:rPr>
          <w:rFonts w:ascii="Comic Sans MS" w:hAnsi="Comic Sans MS"/>
          <w:b/>
          <w:bCs/>
          <w:color w:val="4F81BD" w:themeColor="accent1"/>
          <w:sz w:val="20"/>
          <w:szCs w:val="20"/>
        </w:rPr>
      </w:pPr>
      <w:r w:rsidRPr="006E0C34">
        <w:rPr>
          <w:rFonts w:ascii="Comic Sans MS" w:hAnsi="Comic Sans MS"/>
          <w:b/>
          <w:bCs/>
          <w:color w:val="4F81BD" w:themeColor="accent1"/>
          <w:sz w:val="20"/>
          <w:szCs w:val="20"/>
        </w:rPr>
        <w:t>Toileting and Personal Care</w:t>
      </w:r>
    </w:p>
    <w:p w14:paraId="1C8A9748" w14:textId="77777777" w:rsidR="00243A32" w:rsidRPr="006E0C34" w:rsidRDefault="00243A32" w:rsidP="00243A32">
      <w:pPr>
        <w:rPr>
          <w:rFonts w:ascii="Comic Sans MS" w:hAnsi="Comic Sans MS"/>
          <w:sz w:val="20"/>
          <w:szCs w:val="20"/>
        </w:rPr>
      </w:pPr>
    </w:p>
    <w:p w14:paraId="0BDA6BE4"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At William Cassidi C.E. Aided Primary School, we understand that children may occasionally have toileting accidents, become wet, soiled or require assistance with personal care during the school day.</w:t>
      </w:r>
    </w:p>
    <w:p w14:paraId="5569CF49"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To ensure your child's comfort, dignity and wellbeing, we ask for your permission for school staff to provide appropriate support when required</w:t>
      </w:r>
    </w:p>
    <w:p w14:paraId="57420BF8" w14:textId="77777777" w:rsidR="00243A32" w:rsidRPr="006E0C34" w:rsidRDefault="00243A32" w:rsidP="00243A32">
      <w:pPr>
        <w:rPr>
          <w:rFonts w:ascii="Comic Sans MS" w:hAnsi="Comic Sans MS"/>
          <w:b/>
          <w:bCs/>
          <w:sz w:val="20"/>
          <w:szCs w:val="20"/>
        </w:rPr>
      </w:pPr>
      <w:r w:rsidRPr="006E0C34">
        <w:rPr>
          <w:rFonts w:ascii="Comic Sans MS" w:hAnsi="Comic Sans MS"/>
          <w:b/>
          <w:bCs/>
          <w:sz w:val="20"/>
          <w:szCs w:val="20"/>
        </w:rPr>
        <w:t>Please tick one option:</w:t>
      </w:r>
    </w:p>
    <w:p w14:paraId="1BD20AE1" w14:textId="77777777" w:rsidR="00243A32" w:rsidRPr="006E0C34" w:rsidRDefault="00243A32" w:rsidP="00243A32">
      <w:pPr>
        <w:rPr>
          <w:rFonts w:ascii="Comic Sans MS" w:hAnsi="Comic Sans MS"/>
          <w:sz w:val="20"/>
          <w:szCs w:val="20"/>
        </w:rPr>
      </w:pPr>
      <w:r w:rsidRPr="006E0C34">
        <w:rPr>
          <w:rFonts w:ascii="Segoe UI Symbol" w:hAnsi="Segoe UI Symbol" w:cs="Segoe UI Symbol"/>
          <w:sz w:val="20"/>
          <w:szCs w:val="20"/>
        </w:rPr>
        <w:t>☐</w:t>
      </w:r>
      <w:r w:rsidRPr="006E0C34">
        <w:rPr>
          <w:rFonts w:ascii="Comic Sans MS" w:hAnsi="Comic Sans MS"/>
          <w:sz w:val="20"/>
          <w:szCs w:val="20"/>
        </w:rPr>
        <w:t xml:space="preserve"> I give permission for appropriately trained school staff to assist my child with changing clothes, cleaning after a toileting accident, and supporting personal hygiene when necessary.</w:t>
      </w:r>
    </w:p>
    <w:p w14:paraId="63F80EC9" w14:textId="77777777" w:rsidR="00243A32" w:rsidRPr="006E0C34" w:rsidRDefault="00243A32" w:rsidP="00243A32">
      <w:pPr>
        <w:rPr>
          <w:rFonts w:ascii="Comic Sans MS" w:hAnsi="Comic Sans MS"/>
          <w:sz w:val="20"/>
          <w:szCs w:val="20"/>
        </w:rPr>
      </w:pPr>
      <w:r w:rsidRPr="006E0C34">
        <w:rPr>
          <w:rFonts w:ascii="Segoe UI Symbol" w:hAnsi="Segoe UI Symbol" w:cs="Segoe UI Symbol"/>
          <w:sz w:val="20"/>
          <w:szCs w:val="20"/>
        </w:rPr>
        <w:t>☐</w:t>
      </w:r>
      <w:r w:rsidRPr="006E0C34">
        <w:rPr>
          <w:rFonts w:ascii="Comic Sans MS" w:hAnsi="Comic Sans MS"/>
          <w:sz w:val="20"/>
          <w:szCs w:val="20"/>
        </w:rPr>
        <w:t xml:space="preserve"> I do not give permission for school staff to provide intimate care following a toileting accident and understand that the school will contact me to discuss alternative arrangements.</w:t>
      </w:r>
    </w:p>
    <w:p w14:paraId="3E5C25F0"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I understand that:</w:t>
      </w:r>
    </w:p>
    <w:p w14:paraId="702837C2"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Every effort will be made to preserve my child's dignity and privacy.</w:t>
      </w:r>
    </w:p>
    <w:p w14:paraId="51F009EF"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Staff will encourage my child to manage as much of their own personal care as possible.</w:t>
      </w:r>
    </w:p>
    <w:p w14:paraId="00B9E46E"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Appropriate safeguarding and hygiene procedures will be followed.</w:t>
      </w:r>
    </w:p>
    <w:p w14:paraId="767CF1D3"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School staff will inform me of any significant concerns arising from a toileting incident.</w:t>
      </w:r>
    </w:p>
    <w:p w14:paraId="32562FC1"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 This consent relates to occasional or emergency toileting incidents and does not replace an Individual Intimate Care Plan where ongoing support is required.</w:t>
      </w:r>
    </w:p>
    <w:p w14:paraId="2F72C71F"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Child's Name: ______________________________________</w:t>
      </w:r>
    </w:p>
    <w:p w14:paraId="614DB917"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Class: ______________________________________</w:t>
      </w:r>
    </w:p>
    <w:p w14:paraId="7DC29678"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Parent/</w:t>
      </w:r>
      <w:proofErr w:type="spellStart"/>
      <w:r w:rsidRPr="006E0C34">
        <w:rPr>
          <w:rFonts w:ascii="Comic Sans MS" w:hAnsi="Comic Sans MS"/>
          <w:sz w:val="20"/>
          <w:szCs w:val="20"/>
        </w:rPr>
        <w:t>Carer</w:t>
      </w:r>
      <w:proofErr w:type="spellEnd"/>
      <w:r w:rsidRPr="006E0C34">
        <w:rPr>
          <w:rFonts w:ascii="Comic Sans MS" w:hAnsi="Comic Sans MS"/>
          <w:sz w:val="20"/>
          <w:szCs w:val="20"/>
        </w:rPr>
        <w:t xml:space="preserve"> Name: ______________________________________</w:t>
      </w:r>
    </w:p>
    <w:p w14:paraId="2D13881C"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Signature: ______________________________________</w:t>
      </w:r>
    </w:p>
    <w:p w14:paraId="6159603A" w14:textId="77777777" w:rsidR="00243A32" w:rsidRPr="006E0C34" w:rsidRDefault="00243A32" w:rsidP="00243A32">
      <w:pPr>
        <w:rPr>
          <w:rFonts w:ascii="Comic Sans MS" w:hAnsi="Comic Sans MS"/>
          <w:sz w:val="20"/>
          <w:szCs w:val="20"/>
        </w:rPr>
      </w:pPr>
      <w:r w:rsidRPr="006E0C34">
        <w:rPr>
          <w:rFonts w:ascii="Comic Sans MS" w:hAnsi="Comic Sans MS"/>
          <w:sz w:val="20"/>
          <w:szCs w:val="20"/>
        </w:rPr>
        <w:t>Date: ______________________________________</w:t>
      </w:r>
    </w:p>
    <w:p w14:paraId="098C5BDB" w14:textId="77777777" w:rsidR="00243A32" w:rsidRPr="006E0C34" w:rsidRDefault="00243A32" w:rsidP="00210E0D">
      <w:pPr>
        <w:spacing w:line="240" w:lineRule="auto"/>
        <w:rPr>
          <w:rFonts w:ascii="Comic Sans MS" w:hAnsi="Comic Sans MS"/>
          <w:b/>
          <w:bCs/>
          <w:sz w:val="20"/>
          <w:szCs w:val="20"/>
        </w:rPr>
      </w:pPr>
    </w:p>
    <w:sectPr w:rsidR="00243A32" w:rsidRPr="006E0C34" w:rsidSect="002649D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1EC6C" w14:textId="77777777" w:rsidR="00A15EE2" w:rsidRDefault="00A15EE2" w:rsidP="00A15EE2">
      <w:pPr>
        <w:spacing w:after="0" w:line="240" w:lineRule="auto"/>
      </w:pPr>
      <w:r>
        <w:separator/>
      </w:r>
    </w:p>
  </w:endnote>
  <w:endnote w:type="continuationSeparator" w:id="0">
    <w:p w14:paraId="03817C7A" w14:textId="77777777" w:rsidR="00A15EE2" w:rsidRDefault="00A15EE2" w:rsidP="00A15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CC7F3" w14:textId="77777777" w:rsidR="00A15EE2" w:rsidRDefault="00A15EE2" w:rsidP="00A15EE2">
      <w:pPr>
        <w:spacing w:after="0" w:line="240" w:lineRule="auto"/>
      </w:pPr>
      <w:r>
        <w:separator/>
      </w:r>
    </w:p>
  </w:footnote>
  <w:footnote w:type="continuationSeparator" w:id="0">
    <w:p w14:paraId="120093A2" w14:textId="77777777" w:rsidR="00A15EE2" w:rsidRDefault="00A15EE2" w:rsidP="00A15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C933392"/>
    <w:multiLevelType w:val="hybridMultilevel"/>
    <w:tmpl w:val="4F560B2E"/>
    <w:lvl w:ilvl="0" w:tplc="A93E243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E91A92"/>
    <w:multiLevelType w:val="hybridMultilevel"/>
    <w:tmpl w:val="0AACD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BAA"/>
    <w:rsid w:val="0015074B"/>
    <w:rsid w:val="001650CC"/>
    <w:rsid w:val="0019666A"/>
    <w:rsid w:val="00210E0D"/>
    <w:rsid w:val="00243A32"/>
    <w:rsid w:val="002649D5"/>
    <w:rsid w:val="00273B69"/>
    <w:rsid w:val="0029639D"/>
    <w:rsid w:val="002E1E98"/>
    <w:rsid w:val="00326F90"/>
    <w:rsid w:val="0037155D"/>
    <w:rsid w:val="004276D3"/>
    <w:rsid w:val="004D41C6"/>
    <w:rsid w:val="00527BD6"/>
    <w:rsid w:val="006E0C34"/>
    <w:rsid w:val="00716A8F"/>
    <w:rsid w:val="007872E8"/>
    <w:rsid w:val="00907FD0"/>
    <w:rsid w:val="00A15EE2"/>
    <w:rsid w:val="00A81570"/>
    <w:rsid w:val="00AA1D8D"/>
    <w:rsid w:val="00B23C55"/>
    <w:rsid w:val="00B47730"/>
    <w:rsid w:val="00B50C02"/>
    <w:rsid w:val="00BB6D39"/>
    <w:rsid w:val="00C04285"/>
    <w:rsid w:val="00CB0664"/>
    <w:rsid w:val="00DC4198"/>
    <w:rsid w:val="00F82EAD"/>
    <w:rsid w:val="00FC693F"/>
    <w:rsid w:val="00FE6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64B41F"/>
  <w14:defaultImageDpi w14:val="300"/>
  <w15:docId w15:val="{9F938490-E63C-49DE-9124-3E828F7C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8D475-F02D-4783-BAE0-F4B82437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2884</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Cornelius, Julie</cp:lastModifiedBy>
  <cp:revision>3</cp:revision>
  <dcterms:created xsi:type="dcterms:W3CDTF">2026-06-29T15:17:00Z</dcterms:created>
  <dcterms:modified xsi:type="dcterms:W3CDTF">2026-06-29T15:22:00Z</dcterms:modified>
  <cp:category/>
</cp:coreProperties>
</file>